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- 10/12/2021 - ISSUE"</w:t>
      </w:r>
      <w:r>
        <w:br/>
      </w:r>
      <w:r>
        <w:rPr>
          <w:b w:val="0"/>
          <w:i w:val="0"/>
        </w:rPr>
        <w:br/>
        <w:t>date_original: "10/12/2021 - ISSUE"</w:t>
      </w:r>
      <w:r>
        <w:br/>
      </w:r>
      <w:r>
        <w:rPr>
          <w:b w:val="0"/>
          <w:i w:val="0"/>
        </w:rPr>
        <w:br/>
        <w:t>source_url: "https://www.ourdogs.co.uk/members/breednotes/RetrieverLabradorMain.php"</w:t>
      </w:r>
      <w:r>
        <w:br/>
      </w:r>
      <w:r>
        <w:rPr>
          <w:b w:val="0"/>
          <w:i w:val="0"/>
        </w:rPr>
        <w:br/>
        <w:t>scraped_at: "2026-09-13T15:13:23"</w:t>
      </w:r>
      <w:r>
        <w:br/>
      </w:r>
      <w:r>
        <w:rPr>
          <w:b w:val="0"/>
          <w:i w:val="0"/>
        </w:rPr>
        <w:br/>
        <w:t>word_count: 476</w:t>
      </w:r>
    </w:p>
    <w:p>
      <w:r>
        <w:t>――――――――――――――――――――――――――――――</w:t>
      </w:r>
    </w:p>
    <w:p>
      <w:r>
        <w:rPr>
          <w:b w:val="0"/>
          <w:i w:val="0"/>
        </w:rPr>
        <w:t>NEWS MEMBERS' AREA SHOP SUBSCRIBE UPCOMING SHOWS MORE</w:t>
      </w:r>
    </w:p>
    <w:p>
      <w:r>
        <w:rPr>
          <w:b w:val="0"/>
          <w:i w:val="0"/>
        </w:rPr>
        <w:t>RETRIEVER LABRADOR</w:t>
      </w:r>
    </w:p>
    <w:p>
      <w:r>
        <w:rPr>
          <w:b w:val="0"/>
          <w:i w:val="0"/>
        </w:rPr>
        <w:t>Issue: 10/12/2021</w:t>
      </w:r>
    </w:p>
    <w:p>
      <w:r>
        <w:rPr>
          <w:b w:val="0"/>
          <w:i w:val="0"/>
        </w:rPr>
        <w:t xml:space="preserve">It is LKA this weekend. Gundogs are on Saturday 11th December. The show is benched. What a treat. </w:t>
      </w:r>
    </w:p>
    <w:p>
      <w:r>
        <w:rPr>
          <w:b w:val="0"/>
          <w:i w:val="0"/>
        </w:rPr>
        <w:t xml:space="preserve">Do remember to take your official NHS proof of Covid vaccination for entry into the event with your dogs and  the suggested,  sensible wearing of face masks. It took me three hours to download my Covid pass as the NHS site crashed,  so do leave plenty of time to download the Covid pass. </w:t>
      </w:r>
    </w:p>
    <w:p>
      <w:r>
        <w:rPr>
          <w:b w:val="0"/>
          <w:i w:val="0"/>
        </w:rPr>
        <w:t>The NEC risk assessment for LKA reads, Ã¢â‚¬Å"All individuals who attend the event will only be allowed into the venue if they have official evidence they have been fully vaccinated or can provide evidence of a negative lateral flow test taken 48 hours prior to the event, unless exempt.</w:t>
      </w:r>
    </w:p>
    <w:p>
      <w:r>
        <w:rPr>
          <w:b w:val="0"/>
          <w:i w:val="0"/>
        </w:rPr>
        <w:t xml:space="preserve">The halls will have hospital grade ventilation system . </w:t>
      </w:r>
    </w:p>
    <w:p>
      <w:r>
        <w:rPr>
          <w:b w:val="0"/>
          <w:i w:val="0"/>
        </w:rPr>
        <w:t>There are over 600 hand sanitising units across the venue plus hand sanitiser for judges.</w:t>
      </w:r>
    </w:p>
    <w:p>
      <w:r>
        <w:rPr>
          <w:b w:val="0"/>
          <w:i w:val="0"/>
        </w:rPr>
        <w:t>Everyone is requested to wear face covering but it will be left to individual decision and will not be policed.</w:t>
      </w:r>
    </w:p>
    <w:p>
      <w:r>
        <w:rPr>
          <w:b w:val="0"/>
          <w:i w:val="0"/>
        </w:rPr>
        <w:t xml:space="preserve">Catalogues, prepaid only,  can be collected from tables near the entrances. </w:t>
      </w:r>
    </w:p>
    <w:p>
      <w:r>
        <w:rPr>
          <w:b w:val="0"/>
          <w:i w:val="0"/>
        </w:rPr>
        <w:t xml:space="preserve">Stay safe and do try to have an enjoyable show despite Omicrom now circulating readily. </w:t>
      </w:r>
    </w:p>
    <w:p>
      <w:r>
        <w:rPr>
          <w:b w:val="0"/>
          <w:i w:val="0"/>
        </w:rPr>
        <w:t xml:space="preserve">Just a reminder that postal entries close on Saturday 11th December for the West of England LRCÃ¢â‚¬â„¢s Open Show to be held at Woolavington Village Hall, nr Bridgewater, Somerset TA7 8DY on Saturday January 8th 2022. </w:t>
      </w:r>
    </w:p>
    <w:p>
      <w:r>
        <w:rPr>
          <w:b w:val="0"/>
          <w:i w:val="0"/>
        </w:rPr>
        <w:t>The  Judge is Mrs Elaine Grummitt, (Manorwell)</w:t>
      </w:r>
    </w:p>
    <w:p>
      <w:r>
        <w:rPr>
          <w:b w:val="0"/>
          <w:i w:val="0"/>
        </w:rPr>
        <w:t>Online entries close at midnight on Sunday 19th December.</w:t>
      </w:r>
    </w:p>
    <w:p>
      <w:r>
        <w:rPr>
          <w:b w:val="0"/>
          <w:i w:val="0"/>
        </w:rPr>
        <w:t>Delicious home made refreshments will be available and the committee will be looking forward to giving everyone a usual warm welcome.</w:t>
      </w:r>
    </w:p>
    <w:p>
      <w:r>
        <w:rPr>
          <w:b w:val="0"/>
          <w:i w:val="0"/>
        </w:rPr>
        <w:t>If anyone should need further details, please contact Hon Secretary Lucy Kent 01823 421321</w:t>
      </w:r>
    </w:p>
    <w:p>
      <w:r>
        <w:rPr>
          <w:b w:val="0"/>
          <w:i w:val="0"/>
        </w:rPr>
        <w:t>Entries for Midland Counties Labrador Club championship show on the 12th December at Newark are as follows:-</w:t>
      </w:r>
    </w:p>
    <w:p>
      <w:r>
        <w:rPr>
          <w:b w:val="0"/>
          <w:i w:val="0"/>
        </w:rPr>
        <w:t>78 DOGS MAKING 94 ENTRIES</w:t>
      </w:r>
    </w:p>
    <w:p>
      <w:r>
        <w:rPr>
          <w:b w:val="0"/>
          <w:i w:val="0"/>
        </w:rPr>
        <w:t>131 BITCHES MAKING 162 ENTRIES</w:t>
      </w:r>
    </w:p>
    <w:p>
      <w:r>
        <w:rPr>
          <w:b w:val="0"/>
          <w:i w:val="0"/>
        </w:rPr>
        <w:t>TOTAL 209 DOGS/BITCHES</w:t>
      </w:r>
    </w:p>
    <w:p>
      <w:r>
        <w:rPr>
          <w:b w:val="0"/>
          <w:i w:val="0"/>
        </w:rPr>
        <w:t>TOTAL 256 ENTRIES</w:t>
      </w:r>
    </w:p>
    <w:p>
      <w:pPr>
        <w:pStyle w:val="ListBullet"/>
      </w:pPr>
      <w:r>
        <w:rPr>
          <w:b w:val="0"/>
          <w:i w:val="0"/>
        </w:rPr>
        <w:t>3 NFC</w:t>
      </w:r>
    </w:p>
    <w:p>
      <w:r>
        <w:rPr>
          <w:b w:val="0"/>
          <w:i w:val="0"/>
        </w:rPr>
        <w:t>Judging dogs is Mr Mark Rawlinson (Halshimoor)</w:t>
      </w:r>
    </w:p>
    <w:p>
      <w:r>
        <w:rPr>
          <w:b w:val="0"/>
          <w:i w:val="0"/>
        </w:rPr>
        <w:t>Judging bitches is Mr Andy Metcalfe (Baileydale) who has replaced Mr Philippe Lammens (of Misty Dreams)</w:t>
      </w:r>
    </w:p>
    <w:p>
      <w:r>
        <w:rPr>
          <w:b w:val="0"/>
          <w:i w:val="0"/>
        </w:rPr>
        <w:t xml:space="preserve">A Conformation &amp; Movement seminar will be held by Midland Counties Lab Club on 15th January at Hilcote Miners Welfare, 544 New St, Hilcote, Alfreton, DE55 5HU with Christina Chapman. For detailed information please contact Mrs Christine Bailiss on 07813 140742.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