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- 29/06/2018 - ISSUE"</w:t>
      </w:r>
      <w:r>
        <w:br/>
      </w:r>
      <w:r>
        <w:rPr>
          <w:b w:val="0"/>
          <w:i w:val="0"/>
        </w:rPr>
        <w:br/>
        <w:t>date_original: "29/06/2018 - ISSUE"</w:t>
      </w:r>
      <w:r>
        <w:br/>
      </w:r>
      <w:r>
        <w:rPr>
          <w:b w:val="0"/>
          <w:i w:val="0"/>
        </w:rPr>
        <w:br/>
        <w:t>source_url: "https://www.ourdogs.co.uk/members/breednotes/RetrieverLabradorMain.php"</w:t>
      </w:r>
      <w:r>
        <w:br/>
      </w:r>
      <w:r>
        <w:rPr>
          <w:b w:val="0"/>
          <w:i w:val="0"/>
        </w:rPr>
        <w:br/>
        <w:t>scraped_at: "2026-09-13T15:22:50"</w:t>
      </w:r>
      <w:r>
        <w:br/>
      </w:r>
      <w:r>
        <w:rPr>
          <w:b w:val="0"/>
          <w:i w:val="0"/>
        </w:rPr>
        <w:br/>
        <w:t>word_count: 1104</w:t>
      </w:r>
    </w:p>
    <w:p>
      <w:r>
        <w:t>――――――――――――――――――――――――――――――</w:t>
      </w:r>
    </w:p>
    <w:p>
      <w:r>
        <w:rPr>
          <w:b w:val="0"/>
          <w:i w:val="0"/>
        </w:rPr>
        <w:t>NEWS MEMBERS' AREA SHOP SUBSCRIBE UPCOMING SHOWS MORE</w:t>
      </w:r>
    </w:p>
    <w:p>
      <w:r>
        <w:rPr>
          <w:b w:val="0"/>
          <w:i w:val="0"/>
        </w:rPr>
        <w:t>RETRIEVER LABRADOR</w:t>
      </w:r>
    </w:p>
    <w:p>
      <w:r>
        <w:rPr>
          <w:b w:val="0"/>
          <w:i w:val="0"/>
        </w:rPr>
        <w:t>Issue: 29/06/2018</w:t>
      </w:r>
    </w:p>
    <w:p>
      <w:r>
        <w:rPr>
          <w:b w:val="0"/>
          <w:i w:val="0"/>
        </w:rPr>
        <w:t xml:space="preserve">Let's Start with some good news this week. The O'Briens, Steve and Lynn, have made up their five year old, home bred yellow bitch Maxfield Maybelline JW (Sh Ch Am Ch Salty Dog of Tampa Bay x Mandursans Miss Demeanour of Maxfield) . Consistently in the cards, she is another in my opinion, that has developed and matured slowly and correctly and by doing so, will look lovely for the rest of her life.  Many congratulations. Be very proud! </w:t>
      </w:r>
    </w:p>
    <w:p>
      <w:r>
        <w:rPr>
          <w:b w:val="0"/>
          <w:i w:val="0"/>
        </w:rPr>
        <w:t>I recall she was Best Puppy in Show at the Labrador Retriever Club in 2013. She won her previous CCs under Anne Lavelle and Linda Harvey Major.</w:t>
      </w:r>
    </w:p>
    <w:p>
      <w:r>
        <w:rPr>
          <w:b w:val="0"/>
          <w:i w:val="0"/>
        </w:rPr>
        <w:t>This cause for celebration occurred at a sundrenched Blackpool on their new show site, under judge Fiona Braddon from a good entry of 216 dogs and bitches.</w:t>
      </w:r>
    </w:p>
    <w:p>
      <w:r>
        <w:rPr>
          <w:b w:val="0"/>
          <w:i w:val="0"/>
        </w:rPr>
        <w:t>The Dog CC and Best of Breed was won by Sharon Lamberts yellow Ch Mattand Exodus JW</w:t>
      </w:r>
    </w:p>
    <w:p>
      <w:r>
        <w:rPr>
          <w:b w:val="0"/>
          <w:i w:val="0"/>
        </w:rPr>
        <w:t>whilst the Dog RCC went to Christine Bailiss's Sh Ch Tissalian Hi Jack JW.</w:t>
      </w:r>
    </w:p>
    <w:p>
      <w:r>
        <w:rPr>
          <w:b w:val="0"/>
          <w:i w:val="0"/>
        </w:rPr>
        <w:t xml:space="preserve">The Bitch CC was the aforementioned, now Sh Ch, Maxfield Maybelline whilst the Bitch RCC </w:t>
      </w:r>
    </w:p>
    <w:p>
      <w:r>
        <w:rPr>
          <w:b w:val="0"/>
          <w:i w:val="0"/>
        </w:rPr>
        <w:t>went to Penny Carpaninis recently crowned black, Sh Ch Carpenny Portia.</w:t>
      </w:r>
    </w:p>
    <w:p>
      <w:r>
        <w:rPr>
          <w:b w:val="0"/>
          <w:i w:val="0"/>
        </w:rPr>
        <w:t xml:space="preserve">Best Puppy was Pam Duggans black dog  A Sense of Pleasures El Toro at Balladoole who was </w:t>
      </w:r>
    </w:p>
    <w:p>
      <w:r>
        <w:rPr>
          <w:b w:val="0"/>
          <w:i w:val="0"/>
        </w:rPr>
        <w:t xml:space="preserve">3rd in the Gundog Puppy Group under David Bell. </w:t>
      </w:r>
    </w:p>
    <w:p>
      <w:r>
        <w:rPr>
          <w:b w:val="0"/>
          <w:i w:val="0"/>
        </w:rPr>
        <w:t>Best Junior was Mac Percival's black bitch Wynfaul Vickers.</w:t>
      </w:r>
    </w:p>
    <w:p>
      <w:r>
        <w:rPr>
          <w:b w:val="0"/>
          <w:i w:val="0"/>
        </w:rPr>
        <w:t>Many thanks to Ryan Ennis Holden for supplying the following results.</w:t>
      </w:r>
    </w:p>
    <w:p>
      <w:r>
        <w:rPr>
          <w:b w:val="0"/>
          <w:i w:val="0"/>
        </w:rPr>
        <w:t>At North West LRC Open Show on 24th June the Judge was - Ann Hoban (Meadowleigh)</w:t>
      </w:r>
    </w:p>
    <w:p>
      <w:r>
        <w:rPr>
          <w:b w:val="0"/>
          <w:i w:val="0"/>
        </w:rPr>
        <w:t>Her BIS/BPIS was Linda Mcgillivarys Antonine Charley Barley (dog)</w:t>
      </w:r>
    </w:p>
    <w:p>
      <w:r>
        <w:rPr>
          <w:b w:val="0"/>
          <w:i w:val="0"/>
        </w:rPr>
        <w:t>(Ch Mocnys Knoxville x Tweedledum Listed Online With Antonine)</w:t>
      </w:r>
    </w:p>
    <w:p>
      <w:r>
        <w:rPr>
          <w:b w:val="0"/>
          <w:i w:val="0"/>
        </w:rPr>
        <w:t>RBIS/BOS was Ryan Ennis-Holdens Bitch  Mariank Decorum (Simandem Seafarer Over Rocheby x Centenalee Sweet Serenade Of Mariank)</w:t>
      </w:r>
    </w:p>
    <w:p>
      <w:r>
        <w:rPr>
          <w:b w:val="0"/>
          <w:i w:val="0"/>
        </w:rPr>
        <w:t>Reserve Best Dog was Leigh Lesley's Steeleigh Blue Print JW (Sh Ch Carromer Blue Lagoon x Steeleigh Perfect Surprise)</w:t>
      </w:r>
    </w:p>
    <w:p>
      <w:r>
        <w:rPr>
          <w:b w:val="0"/>
          <w:i w:val="0"/>
        </w:rPr>
        <w:t>Reserve Best Bitch was Linda Mcgillivrays Woeframs American Abbygail with Antonine(impNED) (am Ch Clearcreek Bonaventure .Dust in the.Wind x Int Ch Clearcreek Bonaventure TexasCiwgirl at Bella Mare)</w:t>
      </w:r>
    </w:p>
    <w:p>
      <w:r>
        <w:rPr>
          <w:b w:val="0"/>
          <w:i w:val="0"/>
        </w:rPr>
        <w:t>BVIS was Leigh Lesley's dog Steeleigh Secrets Out JW  (Steeleigh Truly Unruly JW x Steeleigh Foreign Legacy JW)</w:t>
      </w:r>
    </w:p>
    <w:p>
      <w:r>
        <w:rPr>
          <w:b w:val="0"/>
          <w:i w:val="0"/>
        </w:rPr>
        <w:t xml:space="preserve">Also on the Open show front, Moira Harrop has been having fun with her 8months old puppy, </w:t>
      </w:r>
    </w:p>
    <w:p>
      <w:r>
        <w:rPr>
          <w:b w:val="0"/>
          <w:i w:val="0"/>
        </w:rPr>
        <w:t xml:space="preserve">Harrop Lady Blackstar ( Oakhouse Ortomobile x Team Karma at Harrop) and at </w:t>
      </w:r>
    </w:p>
    <w:p>
      <w:r>
        <w:rPr>
          <w:b w:val="0"/>
          <w:i w:val="0"/>
        </w:rPr>
        <w:t>Ruthin Canine Open Show on 16th June, having won Best of Breed and  Best</w:t>
      </w:r>
    </w:p>
    <w:p>
      <w:r>
        <w:rPr>
          <w:b w:val="0"/>
          <w:i w:val="0"/>
        </w:rPr>
        <w:t>Puppy in Breed, she went on to win Gundog Group 1 and Gundog Puppy Group 1 . What a happy day.</w:t>
      </w:r>
    </w:p>
    <w:p>
      <w:r>
        <w:rPr>
          <w:b w:val="0"/>
          <w:i w:val="0"/>
        </w:rPr>
        <w:t xml:space="preserve">Now, kind hearted, generous sponsorship, however big or small is needed for two Labrador folk raising funds via Just Giving causes. </w:t>
      </w:r>
    </w:p>
    <w:p>
      <w:r>
        <w:rPr>
          <w:b w:val="0"/>
          <w:i w:val="0"/>
        </w:rPr>
        <w:t>Older exhibitors will  fondly remember the Greydunes bitches of David Cooper and his late wife,</w:t>
      </w:r>
    </w:p>
    <w:p>
      <w:r>
        <w:rPr>
          <w:b w:val="0"/>
          <w:i w:val="0"/>
        </w:rPr>
        <w:t xml:space="preserve">June, who, as well as showing successfully, (I recall I gave their quality Black Bitch, </w:t>
      </w:r>
    </w:p>
    <w:p>
      <w:r>
        <w:rPr>
          <w:b w:val="0"/>
          <w:i w:val="0"/>
        </w:rPr>
        <w:t xml:space="preserve">Greydunes Gossip a RCC at Midland Counties CS show in the 1990s), worked tirelessly for Lab </w:t>
      </w:r>
    </w:p>
    <w:p>
      <w:r>
        <w:rPr>
          <w:b w:val="0"/>
          <w:i w:val="0"/>
        </w:rPr>
        <w:t xml:space="preserve">Rescue South East and Central. David, now in a wheelchair , has given so much to </w:t>
      </w:r>
    </w:p>
    <w:p>
      <w:r>
        <w:rPr>
          <w:b w:val="0"/>
          <w:i w:val="0"/>
        </w:rPr>
        <w:t>the Labrador rescue world and is now seeking sponsorship to raise funds for the Motor Neurone charity.</w:t>
      </w:r>
    </w:p>
    <w:p>
      <w:r>
        <w:rPr>
          <w:b w:val="0"/>
          <w:i w:val="0"/>
        </w:rPr>
        <w:t>He wrote to a pal of mine and I am sure won't mind me reproducing some of his text. "I</w:t>
      </w:r>
    </w:p>
    <w:p>
      <w:r>
        <w:rPr>
          <w:b w:val="0"/>
          <w:i w:val="0"/>
        </w:rPr>
        <w:t>I don't have any dogs now after losing Glimmer last year just 2 months before her 16th birthday.</w:t>
      </w:r>
    </w:p>
    <w:p>
      <w:r>
        <w:rPr>
          <w:b w:val="0"/>
          <w:i w:val="0"/>
        </w:rPr>
        <w:t>I seem to be keeping pretty busy though, and can get out and about spending a lot of time</w:t>
      </w:r>
    </w:p>
    <w:p>
      <w:r>
        <w:rPr>
          <w:b w:val="0"/>
          <w:i w:val="0"/>
        </w:rPr>
        <w:t>enjoying myself, travelling around the country to various hotels and Country Clubs and seeing the towns and cities I've not been to for years. Now however, because of my progressive mobility</w:t>
      </w:r>
    </w:p>
    <w:p>
      <w:r>
        <w:rPr>
          <w:b w:val="0"/>
          <w:i w:val="0"/>
        </w:rPr>
        <w:t xml:space="preserve">problem, I need to do these activities using my wheelchair, but it has given me new outlets and interests. </w:t>
      </w:r>
    </w:p>
    <w:p>
      <w:r>
        <w:rPr>
          <w:b w:val="0"/>
          <w:i w:val="0"/>
        </w:rPr>
        <w:t>One of these that I thought I'd let you know about is that I shall be taking part as a 'wheelchair participant' in 3 long-distance running events later in the year:- a half marathon at Ipswich in September,  a 10k run at Bournemouth in October, and a 10 mile run at Portsmouth also in October. Plenty of training going on both in the gym and on the roads and reasonable progress being made, despite the hazards of dodging  traffic and pot hole repairs in the local lanes.</w:t>
      </w:r>
    </w:p>
    <w:p>
      <w:r>
        <w:rPr>
          <w:b w:val="0"/>
          <w:i w:val="0"/>
        </w:rPr>
        <w:t xml:space="preserve">David continues "I am obviously looking for sponsors in order to help support this excellent </w:t>
      </w:r>
    </w:p>
    <w:p>
      <w:r>
        <w:rPr>
          <w:b w:val="0"/>
          <w:i w:val="0"/>
        </w:rPr>
        <w:t>Charity I have recently set up a JustGiving page www.justgiving.com/wizardofthewheels?</w:t>
      </w:r>
    </w:p>
    <w:p>
      <w:r>
        <w:rPr>
          <w:b w:val="0"/>
          <w:i w:val="0"/>
        </w:rPr>
        <w:t xml:space="preserve">Another who has been selflessly putting her best foot forward, is Hayley Jo Brambles, (well naturally it would be ' her BEST foot', not any old ordinary foot with  Hayley) . She is raising money to support a friend who at  57 suddenly went blind. Her pal is now registered  blind and  has nearly lost the very last vestige of her eyesight, but there is a gadget that would assist her to at least see text and photographs. </w:t>
      </w:r>
    </w:p>
    <w:p>
      <w:r>
        <w:rPr>
          <w:b w:val="0"/>
          <w:i w:val="0"/>
        </w:rPr>
        <w:t xml:space="preserve">Effervescent kind-hearted Hayley, opened her Just Giving page for sponsors on a 200k walk. She and seven of her black Labs plus one yellow Lab, and Sprouty the Cocker, in varying groups of energy and age, reached their goal last weekend, having walked over 200 kilometres during the past weeks, come rain or shine, to raise the funds for the Â£2000 purchase price of the gadget. </w:t>
      </w:r>
    </w:p>
    <w:p>
      <w:r>
        <w:rPr>
          <w:b w:val="0"/>
          <w:i w:val="0"/>
        </w:rPr>
        <w:t>Sponsors have been giving generously. Donations can still be made via Hayley's Just Giving page. To think,  just one entry fee towards someone's chance of renewed sight has to be a no brainier. Go to https://www.justgiving.com/crowdfunding/hayley-brambles and let's see if we can help someone with sight loss get some small amount of visual pleasure restored to  her daily life once again.</w:t>
      </w:r>
    </w:p>
    <w:p>
      <w:r>
        <w:rPr>
          <w:b w:val="0"/>
          <w:i w:val="0"/>
        </w:rPr>
        <w:t>The notes are getting a bit long this week. Breed Health Coordinator, Lynda Heron had sent a most interesting but lengthy article on Mast Cell Tumours in Labradors, with which research your assistance is needed.  I will feature this in full in next weeks notes.</w:t>
      </w:r>
    </w:p>
    <w:p>
      <w:r>
        <w:rPr>
          <w:b w:val="0"/>
          <w:i w:val="0"/>
        </w:rPr>
        <w:t xml:space="preserve">Ann Britton </w:t>
      </w:r>
    </w:p>
    <w:p>
      <w:r>
        <w:rPr>
          <w:b w:val="0"/>
          <w:i w:val="0"/>
        </w:rPr>
        <w:t>bowstones@btinternet.com 01989720665</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