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- 14 Sep 2007"</w:t>
      </w:r>
      <w:r>
        <w:br/>
      </w:r>
      <w:r>
        <w:rPr>
          <w:b w:val="0"/>
          <w:i w:val="0"/>
        </w:rPr>
        <w:br/>
        <w:t>date_original: "14 Sep 2007"</w:t>
      </w:r>
      <w:r>
        <w:br/>
      </w:r>
      <w:r>
        <w:rPr>
          <w:b w:val="0"/>
          <w:i w:val="0"/>
        </w:rPr>
        <w:br/>
        <w:t>source_url: "https://www.ourdogs.co.uk/members/breednotes/2007/RetrieverLabrador/RetrieverLabrador-sep14.htm"</w:t>
      </w:r>
      <w:r>
        <w:br/>
      </w:r>
      <w:r>
        <w:rPr>
          <w:b w:val="0"/>
          <w:i w:val="0"/>
        </w:rPr>
        <w:br/>
        <w:t>archive_type: "static_html"</w:t>
      </w:r>
      <w:r>
        <w:br/>
      </w:r>
      <w:r>
        <w:rPr>
          <w:b w:val="0"/>
          <w:i w:val="0"/>
        </w:rPr>
        <w:br/>
        <w:t>scraped_at: "2026-09-13T22:08:28"</w:t>
      </w:r>
      <w:r>
        <w:br/>
      </w:r>
      <w:r>
        <w:rPr>
          <w:b w:val="0"/>
          <w:i w:val="0"/>
        </w:rPr>
        <w:br/>
        <w:t>word_count: 1232</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City of Birmingham Championship show was held at Stoneleigh, Warwickshire in the first days of September. Every time I drive to Stoneleigh and approach the gates, I recall a long time ago as a teenager arriving at the same venue via horse box, with my horse to attend Pony Club rallies, which were such great fun and were held at Stoneleigh during the school holidays. Lord Leigh, who lived at Stoneleigh Abbey was MFH of the North Warwickshire Hunt at the time and most generously allowed us, enthusiastic, Thelwellian children to happily learn the fine arts of equestrianism during the mornings and later gallop over the meadows surrounding his lovely house after lunch. Good times to recall.</w:t>
      </w:r>
    </w:p>
    <w:p>
      <w:r>
        <w:rPr>
          <w:b w:val="0"/>
          <w:i w:val="0"/>
        </w:rPr>
        <w:t>Back to the present day, Gundog day was on the Sunday of the three-day show. The weather was perfect and the ice cream man appeared to be doing very well; the queues to his van were exceedingly long, right up to the end of the show.</w:t>
      </w:r>
    </w:p>
    <w:p>
      <w:r>
        <w:rPr>
          <w:b w:val="0"/>
          <w:i w:val="0"/>
        </w:rPr>
        <w:t>I was saddened to hear that the Associations President, Mike Stockman MRCVS had passed away four days before the opening of the 2007 show. He was a good pal of my parents and when he retired, he purchased their caravan, so that he and his wife could caravan around the dog shows in style and enjoy their hobby at leisure.</w:t>
      </w:r>
    </w:p>
    <w:p>
      <w:r>
        <w:rPr>
          <w:b w:val="0"/>
          <w:i w:val="0"/>
        </w:rPr>
        <w:t>Our judge for the day was Mrs Rosemary Hewitt (Newinn) and she had an entry of 241 dogs and bitches to go over. Judging was undercover and the benches were adjacent to our ring, which was most convenient. I arrived somewhat later than planned, the washing machine which I use for washing the dog blankets deciding to chose the moment of our departure to empty itself completely, all over the garage floor. So by the time I had mopped everywhere up and driven to the show, Open Dog was in progress. It certainly looked a lovely class.</w:t>
      </w:r>
    </w:p>
    <w:p>
      <w:r>
        <w:rPr>
          <w:b w:val="0"/>
          <w:i w:val="0"/>
        </w:rPr>
        <w:t>To great applause, Arwyn Ellis made up his family‚s 3 year old yellow dog, Dolwen Thomas Charles’ (Trenow Lancelot x Bugeilydd Anna Marie of Dolwen), winning his 3rd CC on the day. He is the second yellow dog the Dolwen kennel has made up into a UK show champion. His first CC, plus BOB, came from Janet Cole at the United Retriever Club Ch Show in August 2005 where he completed a splendid day by going Best in Show. His 2nd CC, also with BOB, was awarded by Vic Cole at the Yellow Labrador Club Ch show in September 2006 and he was made up at Birmingham City 2007. Many congratulations. Sh Ch Dolwen Thomas Charles is the 9th champion Labrador of 2007.</w:t>
      </w:r>
    </w:p>
    <w:p>
      <w:r>
        <w:rPr>
          <w:b w:val="0"/>
          <w:i w:val="0"/>
        </w:rPr>
        <w:t>Back to Birmingham, where the Dog RCC was won by Lorraine Tooth’s yellow Sh Ch Ludalor Lunar Orbit JW (Sh Ch Amberstope Blue Moon x Sh Ch Ludalor Lilly). It was so good to see Lorraine back in the show ring after her convalescence following the tricky operation she underwent earlier on in the summer. The Bitch CC and Best of Breed went to the Hodge family’s black Ch Naiken Russian Rhythm JW (Sh Ch Ramsayville Rogue Trader x Naiken Old Curiosity), winning her 5th CC on the day. The Bitch RCC went to David Coode’s yellow, Ch Warringah’s Bunya (Ch Warringah’s Digger x Warringah’s Bunyip). Best Puppy, her 10th such award, was won by Judith Charlton’s yellow, Foxrush Ovaltine (Rocheby Old Smokey x Sh Ch Foxrush Giselle), who later went a splendid 3rd in the Gundog Puppy Group under Dr. Ron James.</w:t>
      </w:r>
    </w:p>
    <w:p>
      <w:r>
        <w:rPr>
          <w:b w:val="0"/>
          <w:i w:val="0"/>
        </w:rPr>
        <w:t>The Welsh Labrador Club are holding their Open Show at Coleg Gwent, Usk, Monmouthshire on Saturday 13th October. The judge will be Huw Bishop (Brynlluan). There will be prize money and rosettes in all classes, with specials for BIS, BPIS and all class winners. There will be two JHA handling classes. Judging commences at 10.30am and the entry fee is £2.50 per class. Entries close on Saturday 22nd September. The venue is easy to get to. From the North, the pretty country town of Usk is an easy twenty minutes drive down the A449 dual carriageway, which continues on from the M50 at Ross on Wye.</w:t>
      </w:r>
    </w:p>
    <w:p>
      <w:r>
        <w:rPr>
          <w:b w:val="0"/>
          <w:i w:val="0"/>
        </w:rPr>
        <w:t xml:space="preserve">From the south, leaving the M4 at the A449, Usk it is only about ten minutes drive away. Do give the show your support. Entry forms may be downloaded from www.labclubofwales.co.uk </w:t>
      </w:r>
      <w:hyperlink r:id="rId9">
        <w:r>
          <w:rPr>
            <w:color w:val="0563C1"/>
            <w:u w:val="single"/>
          </w:rPr>
          <w:t>http://www.labclubofwales.co.uk/</w:t>
        </w:r>
      </w:hyperlink>
      <w:r>
        <w:rPr>
          <w:b w:val="0"/>
          <w:i w:val="0"/>
        </w:rPr>
        <w:t xml:space="preserve"> or by contacting Mrs Margaret Barker on 01443 842 585, or by email address, secretary@labclubofwales.co.uk</w:t>
      </w:r>
    </w:p>
    <w:p>
      <w:r>
        <w:rPr>
          <w:b w:val="0"/>
          <w:i w:val="0"/>
        </w:rPr>
        <w:t>I see from Christine McDonalds Our Dogs Gundog Gossip column, Midland Counties Labrador Club are holding another of their splendid Advanced Judging Seminars on Sunday 28th October at the Canine Acadamy, Tollerton, Nottingham. The seminar starts at 10.30am.and the cost is £25 per student including lunch. Observers may attend at a cost of £10, which also includes lunch. To get an idea of what a super day is in store, you might like to read my report on the last advanced judging seminar which the club held, which appears on pages 108 and 109 in MRLRC 2005 Yearbook. For more details, contact the MCLRC Secretary, Julia Lewis on 01484 680 123</w:t>
      </w:r>
      <w:r>
        <w:br/>
      </w:r>
      <w:r>
        <w:rPr>
          <w:b w:val="0"/>
          <w:i w:val="0"/>
        </w:rPr>
        <w:b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www.labclubofwale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