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- 10/02/2017 - ISSUE"</w:t>
      </w:r>
      <w:r>
        <w:br/>
      </w:r>
      <w:r>
        <w:rPr>
          <w:b w:val="0"/>
          <w:i w:val="0"/>
        </w:rPr>
        <w:br/>
        <w:t>date_original: "10/02/2017 - ISSUE"</w:t>
      </w:r>
      <w:r>
        <w:br/>
      </w:r>
      <w:r>
        <w:rPr>
          <w:b w:val="0"/>
          <w:i w:val="0"/>
        </w:rPr>
        <w:br/>
        <w:t>source_url: "https://www.ourdogs.co.uk/members/breednotes/RetrieverLabradorMain.php"</w:t>
      </w:r>
      <w:r>
        <w:br/>
      </w:r>
      <w:r>
        <w:rPr>
          <w:b w:val="0"/>
          <w:i w:val="0"/>
        </w:rPr>
        <w:br/>
        <w:t>scraped_at: "2026-09-13T15:26:47"</w:t>
      </w:r>
      <w:r>
        <w:br/>
      </w:r>
      <w:r>
        <w:rPr>
          <w:b w:val="0"/>
          <w:i w:val="0"/>
        </w:rPr>
        <w:br/>
        <w:t>word_count: 1052</w:t>
      </w:r>
    </w:p>
    <w:p>
      <w:r>
        <w:t>――――――――――――――――――――――――――――――</w:t>
      </w:r>
    </w:p>
    <w:p>
      <w:r>
        <w:rPr>
          <w:b w:val="0"/>
          <w:i w:val="0"/>
        </w:rPr>
        <w:t>NEWS MEMBERS' AREA SHOP SUBSCRIBE UPCOMING SHOWS MORE</w:t>
      </w:r>
    </w:p>
    <w:p>
      <w:r>
        <w:rPr>
          <w:b w:val="0"/>
          <w:i w:val="0"/>
        </w:rPr>
        <w:t>RETRIEVER LABRADOR</w:t>
      </w:r>
    </w:p>
    <w:p>
      <w:r>
        <w:rPr>
          <w:b w:val="0"/>
          <w:i w:val="0"/>
        </w:rPr>
        <w:t>Issue: 10/02/2017</w:t>
      </w:r>
    </w:p>
    <w:p>
      <w:r>
        <w:rPr>
          <w:b w:val="0"/>
          <w:i w:val="0"/>
        </w:rPr>
        <w:t xml:space="preserve">What a difference a day makes or in this case a year. Last years Lab Club of Wales Ch Show at Chepstow Leisure Centre was blighted by the most awful wet, stormy  weather; so bad that the nearby Severn Bridge was closed to all vehicles. This year similar violent wet weather was predicted for the day of the show at the same venue and midweek I thought "Oh no, poor committee, theyre going to have the same weather problems to cope with all over again". </w:t>
      </w:r>
    </w:p>
    <w:p>
      <w:r>
        <w:rPr>
          <w:b w:val="0"/>
          <w:i w:val="0"/>
        </w:rPr>
        <w:t>However the gods looked favourably down on Secretary Margaret Barker and Chairman Ronwein Phillips and their committee and sent the awful wet weather speedily scudding southwards towards France. Whilst it was very wet the night before the show, the actual show morning dawned bright dry and sunny and stayed that way throughout the day. The predicted storm had passed.</w:t>
      </w:r>
    </w:p>
    <w:p>
      <w:r>
        <w:rPr>
          <w:b w:val="0"/>
          <w:i w:val="0"/>
        </w:rPr>
        <w:t>Via Facebook, exhibitors had worried that carparking might be  difficult, but it was free from any problem. In fact we were greeted on the drive of the Leisure Centre as we arrived, by jovial committee car-parking steward Steph Perkins in full commanding Rule Brittania mode; stopping and directing every vehicle to a safe place. The hall had plenty of crate space and two excellent green carpeted rings . The atmosphere all day was one of the best. It was a most happy  relaxed day out with everyone enjoying chatting and watching the judging whilst munching tasty  Welsh cakes provided by the committees bakers.</w:t>
      </w:r>
    </w:p>
    <w:p>
      <w:r>
        <w:rPr>
          <w:b w:val="0"/>
          <w:i w:val="0"/>
        </w:rPr>
        <w:t>The judges were David Coode ( Dogs) and Lynda Miles ( Bitches) with a great entry of 235 dogs and bitches . Prize winners won generous prize money and bags of Royal Canin plus attractively coloured LRC of Wales trophy certificates on parchment.</w:t>
      </w:r>
    </w:p>
    <w:p>
      <w:r>
        <w:rPr>
          <w:b w:val="0"/>
          <w:i w:val="0"/>
        </w:rPr>
        <w:t xml:space="preserve">Secretary Margaret Barker has kindly sent in her report and writes, " The Labrador Retriever Club Of Wales's 37th Championship Show was held on Saturday February 4th in Chepstow. Dogs were judged by Mr. David Coode with Mrs. Lynda Miles judging the Bitches. The referee was Mr. Richard Morris. A total of 235 dogs produced 309 class entries. </w:t>
      </w:r>
    </w:p>
    <w:p>
      <w:r>
        <w:rPr>
          <w:b w:val="0"/>
          <w:i w:val="0"/>
        </w:rPr>
        <w:t>With the agreement of both judges, B.I.S. was awarded to the Dog C.C. winner from the Special Working class, the Hodge's Ch. Meadowleigh Brown Sugar (Kenne's Walnut Wesley At Ryedown/Meadowleigh Mariella). Reserve B.I.S. was awarded to the Bitch C.C. and Limit Bitch winner, the Metcalfe's Baileydale Miss Busybody J.W. (Sh.Ch., Ir.Sh.Ch. Carpenny Made A Million/Sandylands Spring Blossom For Baileydale J.W., Sh.C.M.).</w:t>
      </w:r>
    </w:p>
    <w:p>
      <w:r>
        <w:rPr>
          <w:b w:val="0"/>
          <w:i w:val="0"/>
        </w:rPr>
        <w:t>The Reserve Dog C.C. went to Finney &amp; Callender's Limit Dog winner Carpenny Ship To Shore (Carpenny Shaw/Carpenny Maid For Me) with the Reserve Bitch C.C. going to the McLellan's Post Graduate Bitch winner Timouron Sioux For Saranden (Saranden Comanche J.W., Sh.C.M./Warringah's Coolangatta).</w:t>
      </w:r>
    </w:p>
    <w:p>
      <w:r>
        <w:rPr>
          <w:b w:val="0"/>
          <w:i w:val="0"/>
        </w:rPr>
        <w:t>Best Puppy In Show was the McLellan's Minor Puppy Bitch winner Saranden Rockrose (Sh.Ch. Ramsayville Rock Solid/Genisval Our Sunny Lula For Saranden). Best Veteran was Mrs. Dodd's 7Â¾ year old Bitch, Sh.Ch. Brockburrow Breaking Dawn (Sh.Ch. Rocheby State Occasion/Eneleon Amethist).</w:t>
      </w:r>
    </w:p>
    <w:p>
      <w:r>
        <w:rPr>
          <w:b w:val="0"/>
          <w:i w:val="0"/>
        </w:rPr>
        <w:t xml:space="preserve">Full results are available at www.labclubofwales.co.uk . </w:t>
      </w:r>
    </w:p>
    <w:p>
      <w:r>
        <w:rPr>
          <w:b w:val="0"/>
          <w:i w:val="0"/>
        </w:rPr>
        <w:t>All in all a very pleasant day out with a friendly atmosphere. Thank you Margaret and the committee.</w:t>
      </w:r>
    </w:p>
    <w:p>
      <w:r>
        <w:rPr>
          <w:b w:val="0"/>
          <w:i w:val="0"/>
        </w:rPr>
        <w:t xml:space="preserve">Optigen are now offering better than ever discounts off DNA tests, at Val Tiller's postal Optigen 20/20 Clinic, shipping 22nd February.  Labradors are invited to be DNA tested for prcd-PRA, RD/OSD, HNPK, ACHM, CNM, EIC, HUU, NARC and also now for SD2 (Skeletal Dysplasia Type 2.)  For full details, and test kits, contact Val now at val.tiller@talk21.com or Tel: (01372) 273597.   </w:t>
      </w:r>
    </w:p>
    <w:p>
      <w:r>
        <w:rPr>
          <w:b w:val="0"/>
          <w:i w:val="0"/>
        </w:rPr>
        <w:t>A couple of recent Open Show results.</w:t>
      </w:r>
    </w:p>
    <w:p>
      <w:r>
        <w:rPr>
          <w:b w:val="0"/>
          <w:i w:val="0"/>
        </w:rPr>
        <w:t>At Stoke On Trent &amp; Dist. Gundog Club on 29.01.2017 there were 11 Labradors entered with 3 absent and 8 present. The Breed Judge was Colette Perkins (Brent) and BIS Judge: Sue Harris (Barleyarch)</w:t>
      </w:r>
    </w:p>
    <w:p>
      <w:r>
        <w:rPr>
          <w:b w:val="0"/>
          <w:i w:val="0"/>
        </w:rPr>
        <w:t>Best of Breed, Best Puppy In Breed &amp; Best Puppy In Show was</w:t>
      </w:r>
    </w:p>
    <w:p>
      <w:r>
        <w:rPr>
          <w:b w:val="0"/>
          <w:i w:val="0"/>
        </w:rPr>
        <w:t xml:space="preserve">Gaskell's Sharouns Ventriloquist for Tempaskell handled by Shaun Williamson. </w:t>
      </w:r>
    </w:p>
    <w:p>
      <w:r>
        <w:rPr>
          <w:b w:val="0"/>
          <w:i w:val="0"/>
        </w:rPr>
        <w:t>Res Best of Breed was Linda Thompson's Ludalor Zodiac at Churnetview</w:t>
      </w:r>
    </w:p>
    <w:p>
      <w:r>
        <w:rPr>
          <w:b w:val="0"/>
          <w:i w:val="0"/>
        </w:rPr>
        <w:t>At Nuneaton and DCS open show there were 8 dogs present from an entry of 12 entered under Breed Judge and Group Judge Jonathon Daltrey. Here Michelle Morgan's Tessholly's Jessica (Sh Ch/Am Ch Tampa Bay &amp; Snobo Gusty Seas Batten Down the Hatch X Tessholly's Summer Breeze) was awarded BOB, BPIB and PG2.</w:t>
      </w:r>
    </w:p>
    <w:p>
      <w:r>
        <w:rPr>
          <w:b w:val="0"/>
          <w:i w:val="0"/>
        </w:rPr>
        <w:t>RBOB was Elaine Grummit's Manorwell Dakota</w:t>
      </w:r>
    </w:p>
    <w:p>
      <w:r>
        <w:rPr>
          <w:b w:val="0"/>
          <w:i w:val="0"/>
        </w:rPr>
        <w:t>Well done everyone.</w:t>
      </w:r>
    </w:p>
    <w:p>
      <w:r>
        <w:rPr>
          <w:b w:val="0"/>
          <w:i w:val="0"/>
        </w:rPr>
        <w:t xml:space="preserve">A reminder that online entries for East Anglian Labrador Club Championship show held at Woodgreen Animal Shelter, Godmanchester PE29 2NH on Saturday 4th March 2017 </w:t>
      </w:r>
    </w:p>
    <w:p>
      <w:r>
        <w:rPr>
          <w:b w:val="0"/>
          <w:i w:val="0"/>
        </w:rPr>
        <w:t xml:space="preserve">close  via Fosse Data  at midnight on Monday 13th February. For more information contact  Mrs Janet Cole 01354680375email jcole.mrs@gmail.comThe judges are  Mrs Lynda Miles (Llanstinan) dogs, and  Mr Eric Parr (Stoneaven) bitches. </w:t>
      </w:r>
    </w:p>
    <w:p>
      <w:r>
        <w:rPr>
          <w:b w:val="0"/>
          <w:i w:val="0"/>
        </w:rPr>
        <w:t>The Labrador Club of Scotland are holding their Championship Show on Saturday 1st  April 2017 at Lanark Agricultural Centre. The judges are - Dogs, Mrs Angela Williams (Foulby) and   Bitches, Mrs Lynda Heron (Brigburn)</w:t>
      </w:r>
    </w:p>
    <w:p>
      <w:r>
        <w:rPr>
          <w:b w:val="0"/>
          <w:i w:val="0"/>
        </w:rPr>
        <w:t>Postal Entries close Friday 03 March, 2017</w:t>
      </w:r>
    </w:p>
    <w:p>
      <w:r>
        <w:rPr>
          <w:b w:val="0"/>
          <w:i w:val="0"/>
        </w:rPr>
        <w:t xml:space="preserve">Online Entries via Fosse Data can be made up until midnight Saturday 11 March 2017. </w:t>
      </w:r>
    </w:p>
    <w:p>
      <w:r>
        <w:rPr>
          <w:b w:val="0"/>
          <w:i w:val="0"/>
        </w:rPr>
        <w:t xml:space="preserve">Schedules can be downloaded from www.fossedata.co.uk </w:t>
      </w:r>
    </w:p>
    <w:p>
      <w:r>
        <w:rPr>
          <w:b w:val="0"/>
          <w:i w:val="0"/>
        </w:rPr>
        <w:t>A reminder that the KSSLRC have the following two events</w:t>
      </w:r>
    </w:p>
    <w:p>
      <w:r>
        <w:rPr>
          <w:b w:val="0"/>
          <w:i w:val="0"/>
        </w:rPr>
        <w:t>Sunday 5th March 2017</w:t>
      </w:r>
    </w:p>
    <w:p>
      <w:r>
        <w:rPr>
          <w:b w:val="0"/>
          <w:i w:val="0"/>
        </w:rPr>
        <w:t>Bletchingly Village Hall, Bletchingly, Nr Redhill, Surrey -Breed Specific Seminar with David Craig (Davricard/Foulby) OBSERVER ONLY places left Â£15</w:t>
      </w:r>
    </w:p>
    <w:p>
      <w:r>
        <w:rPr>
          <w:b w:val="0"/>
          <w:i w:val="0"/>
        </w:rPr>
        <w:t>Sunday 9th April 2017</w:t>
      </w:r>
    </w:p>
    <w:p>
      <w:r>
        <w:rPr>
          <w:b w:val="0"/>
          <w:i w:val="0"/>
        </w:rPr>
        <w:t>Bletchingly Village Hall, Bletchingly, Nr Redhill, Surrey  - The History of Labradors with Breed Historian, Richard Edwards.  Cost Â£10 inc Light lunch</w:t>
      </w:r>
    </w:p>
    <w:p>
      <w:r>
        <w:rPr>
          <w:b w:val="0"/>
          <w:i w:val="0"/>
        </w:rPr>
        <w:t>For booking forms please contact Alison Scutcher winsleywood@gmail.com</w:t>
      </w:r>
    </w:p>
    <w:p>
      <w:r>
        <w:rPr>
          <w:b w:val="0"/>
          <w:i w:val="0"/>
        </w:rPr>
        <w:t xml:space="preserve">Ann Britton </w:t>
      </w:r>
    </w:p>
    <w:p>
      <w:r>
        <w:rPr>
          <w:b w:val="0"/>
          <w:i w:val="0"/>
        </w:rPr>
        <w:t>01989720665</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