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- 12/03/2021 - ISSUE"</w:t>
      </w:r>
      <w:r>
        <w:br/>
      </w:r>
      <w:r>
        <w:rPr>
          <w:b w:val="0"/>
          <w:i w:val="0"/>
        </w:rPr>
        <w:br/>
        <w:t>date_original: "12/03/2021 - ISSUE"</w:t>
      </w:r>
      <w:r>
        <w:br/>
      </w:r>
      <w:r>
        <w:rPr>
          <w:b w:val="0"/>
          <w:i w:val="0"/>
        </w:rPr>
        <w:br/>
        <w:t>source_url: "https://www.ourdogs.co.uk/members/breednotes/RetrieverLabradorMain.php"</w:t>
      </w:r>
      <w:r>
        <w:br/>
      </w:r>
      <w:r>
        <w:rPr>
          <w:b w:val="0"/>
          <w:i w:val="0"/>
        </w:rPr>
        <w:br/>
        <w:t>scraped_at: "2026-09-13T15:15:26"</w:t>
      </w:r>
      <w:r>
        <w:br/>
      </w:r>
      <w:r>
        <w:rPr>
          <w:b w:val="0"/>
          <w:i w:val="0"/>
        </w:rPr>
        <w:br/>
        <w:t>word_count: 960</w:t>
      </w:r>
    </w:p>
    <w:p>
      <w:r>
        <w:t>――――――――――――――――――――――――――――――</w:t>
      </w:r>
    </w:p>
    <w:p>
      <w:r>
        <w:rPr>
          <w:b w:val="0"/>
          <w:i w:val="0"/>
        </w:rPr>
        <w:t>NEWS MEMBERS' AREA SHOP SUBSCRIBE UPCOMING SHOWS MORE</w:t>
      </w:r>
    </w:p>
    <w:p>
      <w:r>
        <w:rPr>
          <w:b w:val="0"/>
          <w:i w:val="0"/>
        </w:rPr>
        <w:t>RETRIEVER LABRADOR</w:t>
      </w:r>
    </w:p>
    <w:p>
      <w:r>
        <w:rPr>
          <w:b w:val="0"/>
          <w:i w:val="0"/>
        </w:rPr>
        <w:t>Issue: 12/03/2021</w:t>
      </w:r>
    </w:p>
    <w:p>
      <w:r>
        <w:rPr>
          <w:b w:val="0"/>
          <w:i w:val="0"/>
        </w:rPr>
        <w:t>At last, the daffodils and crocus are out in full flower and the days are getting longer and much brighter: maybe there is an end in sight of Covid 19; hopefully, schoolchildren returning to their school desks this week will prove to be a first success in a general return to normal life.</w:t>
      </w:r>
    </w:p>
    <w:p>
      <w:r>
        <w:rPr>
          <w:b w:val="0"/>
          <w:i w:val="0"/>
        </w:rPr>
        <w:t>At home, garden tidying up after the long, dreary, muddy winter has now taken pole position. Much to do, accompanied by faithful Labradors, happy to sit and doze in whatever tiny warming patch of sun breaks through the cloud overhead.</w:t>
      </w:r>
    </w:p>
    <w:p>
      <w:r>
        <w:rPr>
          <w:b w:val="0"/>
          <w:i w:val="0"/>
        </w:rPr>
        <w:t>Whilst digging holes keeps my inquisitive terrier, Mabel, busy, investigating where the extremely active moles have been racing back and forth, through their myriad, underground tunnel systems most of the winter.</w:t>
      </w:r>
    </w:p>
    <w:p>
      <w:r>
        <w:rPr>
          <w:b w:val="0"/>
          <w:i w:val="0"/>
        </w:rPr>
        <w:t xml:space="preserve">Now the numerous mole hills are flattened, shrubs and roses pruned, the mowers sent for servicing and the final fallen mleaves gathered up from under the hedges and composted, itÃ¢â‚¬â„¢s all systems go. Spring is coming! </w:t>
      </w:r>
    </w:p>
    <w:p>
      <w:r>
        <w:rPr>
          <w:b w:val="0"/>
          <w:i w:val="0"/>
        </w:rPr>
        <w:t xml:space="preserve">Time for sowing seeds and looking ahead to freedom and perhaps a dog show or two sometime later this year! (Another casualty announced, I understand SKC scheduled for May has now been cancelled.) </w:t>
      </w:r>
    </w:p>
    <w:p>
      <w:r>
        <w:rPr>
          <w:b w:val="0"/>
          <w:i w:val="0"/>
        </w:rPr>
        <w:t xml:space="preserve">As I swept up the last of the leaves outside today with my yellow, long handled, rubber headed broom, I recalled buying it at a Manchester dog show at the G-Mex exhibition Hall in the centre of Manchester rather a long time ago: probably thirty years or more. </w:t>
      </w:r>
    </w:p>
    <w:p>
      <w:r>
        <w:rPr>
          <w:b w:val="0"/>
          <w:i w:val="0"/>
        </w:rPr>
        <w:t xml:space="preserve">The young salesman was so enthusiastic and proud of the sole product he was selling off his trade stand, the Yellow Broom; guaranteed to remove dog hairs from all surfaces and last a lifetime. There were queues of dog show exhibitors around his stand, as he demonstrated the effectiveness of the Yellow Broom to his rapt audience. </w:t>
      </w:r>
    </w:p>
    <w:p>
      <w:r>
        <w:rPr>
          <w:b w:val="0"/>
          <w:i w:val="0"/>
        </w:rPr>
        <w:t xml:space="preserve">So good was his sales pitch that the Yellow Brooms sold out like hot cakes, the majority of us purchasing one. </w:t>
      </w:r>
    </w:p>
    <w:p>
      <w:r>
        <w:rPr>
          <w:b w:val="0"/>
          <w:i w:val="0"/>
        </w:rPr>
        <w:t>The negative side appeared for us all at going home time. How to get safely to the car park below with three dogs, a show bag and a six foot long broom, amongst a few thousand other exhibitors who had also bought a six foot long broom. We looked like a band of medieval re-enactors with jousting poles.</w:t>
      </w:r>
    </w:p>
    <w:p>
      <w:r>
        <w:rPr>
          <w:b w:val="0"/>
          <w:i w:val="0"/>
        </w:rPr>
        <w:t xml:space="preserve">The car park for G-Mex at that time was under the exhibition hall, I think it was called The Undercroft. It was a warren of interconnecting small, dark, dungeon-like spaces, each accommodating a few parked cars, that is, if the drivers could negotiate the intricate, tight twists and turns with a good lock on the steering. </w:t>
      </w:r>
    </w:p>
    <w:p>
      <w:r>
        <w:rPr>
          <w:b w:val="0"/>
          <w:i w:val="0"/>
        </w:rPr>
        <w:t xml:space="preserve">For pedestrians returning to their cars at the end of the day, the Undercroft was accessed down a sole flight of open treaded, clickerty, clackerty iron stairs with no risers and a clear view through each decorative tread of the car park floor, several metres down below. </w:t>
      </w:r>
    </w:p>
    <w:p>
      <w:r>
        <w:rPr>
          <w:b w:val="0"/>
          <w:i w:val="0"/>
        </w:rPr>
        <w:t xml:space="preserve">Nearly every single dog that had previously walked timorously into the show up these stairs already feared and detested them. A bit like Billy Goat Gruff, going over the Rickety Rackety bridge. </w:t>
      </w:r>
    </w:p>
    <w:p>
      <w:r>
        <w:rPr>
          <w:b w:val="0"/>
          <w:i w:val="0"/>
        </w:rPr>
        <w:t>To go home, we all queued at the top of the stairs. I had three dogs, a show bag and my six foot Yellow Brush as did most others, but one by one, everyoneÃ¢â‚¬â„¢s dogs put the brakes on, bucked, struggled, pulled away, slipped leads, and generally refused to willingly venture a single paw onto the clearly dangerous to them, open tread iron steps. Ã¢â‚¬Å"We might fall right down THERE! Arrrh! Not moving!Ã¢â‚¬Â</w:t>
      </w:r>
    </w:p>
    <w:p>
      <w:r>
        <w:rPr>
          <w:b w:val="0"/>
          <w:i w:val="0"/>
        </w:rPr>
        <w:t>We all helped each other, some holding others dogs, some, the Yellow Brooms, some descended carrying other exhibitors large dogs on their shoulders, others urged their dogs down with food, one step at a time, then a joyous final flying dog leap into mid air, off the last four steps, to safety. Ã¢â‚¬Å"Phew!Ã¢â‚¬Â</w:t>
      </w:r>
    </w:p>
    <w:p>
      <w:r>
        <w:rPr>
          <w:b w:val="0"/>
          <w:i w:val="0"/>
        </w:rPr>
        <w:t>At the bottom we were all reunited with our dogs, bags and Yellow Brooms and eventually made it to our cars in the Undercroft, quite exhausted.  We then queued for ages to get out of the car- park, but thatÃ¢â‚¬â„¢s another story.</w:t>
      </w:r>
    </w:p>
    <w:p>
      <w:r>
        <w:rPr>
          <w:b w:val="0"/>
          <w:i w:val="0"/>
        </w:rPr>
        <w:t xml:space="preserve">The brush seller appeared at a few of that years shows always very popular, then he was not seen again. </w:t>
      </w:r>
    </w:p>
    <w:p>
      <w:r>
        <w:rPr>
          <w:b w:val="0"/>
          <w:i w:val="0"/>
        </w:rPr>
        <w:t xml:space="preserve">Thinking about it this week, considering my excellent Yellow Broom  is still in as good as new working order, I presume he must have saturated the market with a product that worked and lasted so well, it never wore out. No one ever needed to buy another one again. </w:t>
      </w:r>
    </w:p>
    <w:p>
      <w:r>
        <w:rPr>
          <w:b w:val="0"/>
          <w:i w:val="0"/>
        </w:rPr>
        <w:t xml:space="preserve">Inbuilt obsolescence was not a thing of those times, items were made to last, whereas todayÃ¢â‚¬â„¢s mop I bought last month having fallen for its highly advertised promotion on tv, far from swooping round a sparkling clean kitchen floor has already given up the ghost and been sent to the tip. </w:t>
      </w:r>
    </w:p>
    <w:p>
      <w:r>
        <w:rPr>
          <w:b w:val="0"/>
          <w:i w:val="0"/>
        </w:rPr>
        <w:t>This story of the Yellow Broom brings to mind other purchases I have made at various dog shows the amusing accounts of which can appear in another edition. Have you any similar tales to share? Please do!</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