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- 23/10/2020 - ISSUE"</w:t>
      </w:r>
      <w:r>
        <w:br/>
      </w:r>
      <w:r>
        <w:rPr>
          <w:b w:val="0"/>
          <w:i w:val="0"/>
        </w:rPr>
        <w:br/>
        <w:t>date_original: "23/10/2020 - ISSUE"</w:t>
      </w:r>
      <w:r>
        <w:br/>
      </w:r>
      <w:r>
        <w:rPr>
          <w:b w:val="0"/>
          <w:i w:val="0"/>
        </w:rPr>
        <w:br/>
        <w:t>source_url: "https://www.ourdogs.co.uk/members/breednotes/RetrieverLabradorMain.php"</w:t>
      </w:r>
      <w:r>
        <w:br/>
      </w:r>
      <w:r>
        <w:rPr>
          <w:b w:val="0"/>
          <w:i w:val="0"/>
        </w:rPr>
        <w:br/>
        <w:t>scraped_at: "2026-09-13T15:16:25"</w:t>
      </w:r>
      <w:r>
        <w:br/>
      </w:r>
      <w:r>
        <w:rPr>
          <w:b w:val="0"/>
          <w:i w:val="0"/>
        </w:rPr>
        <w:br/>
        <w:t>word_count: 967</w:t>
      </w:r>
    </w:p>
    <w:p>
      <w:r>
        <w:t>――――――――――――――――――――――――――――――</w:t>
      </w:r>
    </w:p>
    <w:p>
      <w:r>
        <w:rPr>
          <w:b w:val="0"/>
          <w:i w:val="0"/>
        </w:rPr>
        <w:t>NEWS MEMBERS' AREA SHOP SUBSCRIBE UPCOMING SHOWS MORE</w:t>
      </w:r>
    </w:p>
    <w:p>
      <w:r>
        <w:rPr>
          <w:b w:val="0"/>
          <w:i w:val="0"/>
        </w:rPr>
        <w:t>RETRIEVER LABRADOR</w:t>
      </w:r>
    </w:p>
    <w:p>
      <w:r>
        <w:rPr>
          <w:b w:val="0"/>
          <w:i w:val="0"/>
        </w:rPr>
        <w:t>Issue: 23/10/2020</w:t>
      </w:r>
    </w:p>
    <w:p>
      <w:r>
        <w:rPr>
          <w:b w:val="0"/>
          <w:i w:val="0"/>
        </w:rPr>
        <w:t>During the summer lockdown, we had hoped that our championship shows, cancelled due to Covid19 for 2020, would at least be restarting in the first months of 2021. Not so. The first two shows of the year, Boston and Manchester have both been cancelled now and who knows when things will start to get back to normal.</w:t>
      </w:r>
    </w:p>
    <w:p>
      <w:r>
        <w:rPr>
          <w:b w:val="0"/>
          <w:i w:val="0"/>
        </w:rPr>
        <w:t>One commentator on the radio said we would never go back to what we regarded as Ã¢â‚¬Å"normalÃ¢â‚¬Â prior to Covid and that we must learn to live a new, very different way of life. It certainly looks like a barren time ahead on the showing front and all very depressing in general. Hopefully we will all be fit and well when we finally do meet again.</w:t>
      </w:r>
    </w:p>
    <w:p>
      <w:r>
        <w:rPr>
          <w:b w:val="0"/>
          <w:i w:val="0"/>
        </w:rPr>
        <w:t>The Covid virus is spreading around the country so easily. An illustration came the other day demonstrating that one cannot be too careful and ones best protection is to keep oneself to oneself.</w:t>
      </w:r>
    </w:p>
    <w:p>
      <w:r>
        <w:rPr>
          <w:b w:val="0"/>
          <w:i w:val="0"/>
        </w:rPr>
        <w:t>I was walking dogs the other day and turning towards home met a young lady, new to the village, also walking her dogs. Consequently, we walked together, socially distanced, and chatted as we made our way home. She was a student at the local Agricultural University studying equitation; not living on campus but at home in the village with her parents.</w:t>
      </w:r>
    </w:p>
    <w:p>
      <w:r>
        <w:rPr>
          <w:b w:val="0"/>
          <w:i w:val="0"/>
        </w:rPr>
        <w:t>We eventually said our goodbyes as we went our separate ways.</w:t>
      </w:r>
    </w:p>
    <w:p>
      <w:r>
        <w:rPr>
          <w:b w:val="0"/>
          <w:i w:val="0"/>
        </w:rPr>
        <w:t>Imagine my apprehension when my ears pricked the next day as the local radio news declared the same local Agricultural University, in the heart of rural England, had become a coronavirus hotspot, with 56 students very poorly, up from 33 a few days before. Some students were normally resident on campus but the majority were in lodgings locally or living at home and attending on a day basis.</w:t>
      </w:r>
    </w:p>
    <w:p>
      <w:r>
        <w:rPr>
          <w:b w:val="0"/>
          <w:i w:val="0"/>
        </w:rPr>
        <w:t>Hopefully my walking companion was not carrying the virus, but who knows if she was or not. Only time will tell and that story shows how very easily it could be transferred even in a country backwater if someone is unknowingly asymptomatic. IÃ¢â‚¬â„¢ve marked 14 days until clear on my calendar!</w:t>
      </w:r>
    </w:p>
    <w:p>
      <w:r>
        <w:rPr>
          <w:b w:val="0"/>
          <w:i w:val="0"/>
        </w:rPr>
        <w:t>For those who had submitted X-rays to the BVA for scoring and were wondering when the scores would be received in view of obvious delays due to Covid19, news comes from the Labrador Breed Health group from Lynda Heron.</w:t>
      </w:r>
    </w:p>
    <w:p>
      <w:r>
        <w:rPr>
          <w:b w:val="0"/>
          <w:i w:val="0"/>
        </w:rPr>
        <w:t>Ã¢â‚¬Å"Further to the concerned emails, messages and social media posts regarding the long turnaround times and other issues with the BVA Health Schemes, particularly the hip and elbow turnaround times, I have been in contact with the Head of Operations for CHS Kelly Thatcher. As one would expect Kelly is fully aware of the issues and has offered me the following insights into the problems that have been encountered during the last 6 months.</w:t>
      </w:r>
    </w:p>
    <w:p>
      <w:r>
        <w:rPr>
          <w:b w:val="0"/>
          <w:i w:val="0"/>
        </w:rPr>
        <w:t>During lockdown, the offices were closed for four months and only senior staff had been working. All Clerical staff have been on furlough, with only a majority returning in July. Mail was not delivered as it arrives in sacks and the offices were closed to accept delivery.</w:t>
      </w:r>
    </w:p>
    <w:p>
      <w:r>
        <w:rPr>
          <w:b w:val="0"/>
          <w:i w:val="0"/>
        </w:rPr>
        <w:t>When the offices reopened staff were met with deliveries of large numbers of sacks of mail. Whilst staff have attempted to deal with this in order, it is true some people have had extremely long delays. Some of the out of sequence delays can be put down to clerical errors by submitting vets which has resulted in paperwork being returned to practices long after they were sent to the BVA, there has also been post lost and the staff have been unaware of the submission until the vet or owner contacts them.</w:t>
      </w:r>
    </w:p>
    <w:p>
      <w:r>
        <w:rPr>
          <w:b w:val="0"/>
          <w:i w:val="0"/>
        </w:rPr>
        <w:t>The backlog when readings started again after lockdown was over 4,000. I understand that the current number of plates read in a day during a weekly session is between 300 and 400, however with more coming in daily this huge backlog is a struggle to get on top of.</w:t>
      </w:r>
    </w:p>
    <w:p>
      <w:r>
        <w:rPr>
          <w:b w:val="0"/>
          <w:i w:val="0"/>
        </w:rPr>
        <w:t>The BVA has instigated some mitigating measures to try to relieve some of the issues.</w:t>
      </w:r>
    </w:p>
    <w:p>
      <w:pPr>
        <w:pStyle w:val="ListNumber"/>
      </w:pPr>
      <w:r>
        <w:rPr>
          <w:b w:val="0"/>
          <w:i w:val="0"/>
        </w:rPr>
        <w:br/>
      </w:r>
      <w:r>
        <w:rPr>
          <w:b w:val="0"/>
          <w:i w:val="0"/>
        </w:rPr>
        <w:t>Temporary clerical staff have been employed and the remainder of the team are no longer furloughed as of October.</w:t>
      </w:r>
      <w:r>
        <w:rPr>
          <w:b w:val="0"/>
          <w:i w:val="0"/>
        </w:rPr>
        <w:br/>
      </w:r>
    </w:p>
    <w:p>
      <w:pPr>
        <w:pStyle w:val="ListNumber"/>
      </w:pPr>
      <w:r>
        <w:rPr>
          <w:b w:val="0"/>
          <w:i w:val="0"/>
        </w:rPr>
        <w:br/>
      </w:r>
      <w:r>
        <w:rPr>
          <w:b w:val="0"/>
          <w:i w:val="0"/>
        </w:rPr>
        <w:t>As of this week (12th Oct 20) some plates will, for the first time, be read remotely. This will mean more than one sitting a week will become possible (but only after a very intensive trial to make sure its efficient)</w:t>
      </w:r>
      <w:r>
        <w:rPr>
          <w:b w:val="0"/>
          <w:i w:val="0"/>
        </w:rPr>
        <w:br/>
      </w:r>
    </w:p>
    <w:p>
      <w:pPr>
        <w:pStyle w:val="ListNumber"/>
      </w:pPr>
      <w:r>
        <w:rPr>
          <w:b w:val="0"/>
          <w:i w:val="0"/>
        </w:rPr>
        <w:br/>
      </w:r>
      <w:r>
        <w:rPr>
          <w:b w:val="0"/>
          <w:i w:val="0"/>
        </w:rPr>
        <w:t>In the medium term an online system of payments is being rolled out which will free up staff to deal with other things and help people to pay without the frustration of trying to call the office.</w:t>
      </w:r>
      <w:r>
        <w:rPr>
          <w:b w:val="0"/>
          <w:i w:val="0"/>
        </w:rPr>
        <w:br/>
      </w:r>
    </w:p>
    <w:p>
      <w:pPr>
        <w:pStyle w:val="ListNumber"/>
      </w:pPr>
      <w:r>
        <w:rPr>
          <w:b w:val="0"/>
          <w:i w:val="0"/>
        </w:rPr>
        <w:br/>
      </w:r>
      <w:r>
        <w:rPr>
          <w:b w:val="0"/>
          <w:i w:val="0"/>
        </w:rPr>
        <w:t>It is hoped that the whole system will go paperless in 2021.</w:t>
      </w:r>
      <w:r>
        <w:rPr>
          <w:b w:val="0"/>
          <w:i w:val="0"/>
        </w:rPr>
        <w:br/>
      </w:r>
    </w:p>
    <w:p>
      <w:r>
        <w:rPr>
          <w:b w:val="0"/>
          <w:i w:val="0"/>
        </w:rPr>
        <w:t>Anyone with x-rays outstanding which they believe should have reached the BVA before the end of July is advised to email chs@bva.org.uk rather than call. (It is important to remember the date of x-rays being taken and them being received at BVA can be many weeks apart if your vet doesnÃ¢â‚¬â„¢t send immediately).</w:t>
      </w:r>
    </w:p>
    <w:p>
      <w:r>
        <w:rPr>
          <w:b w:val="0"/>
          <w:i w:val="0"/>
        </w:rPr>
        <w:t xml:space="preserve">Please be respectful of staff who currently have an exceedingly difficult job to do under very trying circumstances. </w:t>
      </w:r>
    </w:p>
    <w:p>
      <w:r>
        <w:rPr>
          <w:b w:val="0"/>
          <w:i w:val="0"/>
        </w:rPr>
        <w:t>Lynda HeronÃ¢â‚¬Â</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