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- 11/04/2025 - ISSUE"</w:t>
      </w:r>
      <w:r>
        <w:br/>
      </w:r>
      <w:r>
        <w:rPr>
          <w:b w:val="0"/>
          <w:i w:val="0"/>
        </w:rPr>
        <w:br/>
        <w:t>date_original: "11/04/2025 - ISSUE"</w:t>
      </w:r>
      <w:r>
        <w:br/>
      </w:r>
      <w:r>
        <w:rPr>
          <w:b w:val="0"/>
          <w:i w:val="0"/>
        </w:rPr>
        <w:br/>
        <w:t>source_url: "https://www.ourdogs.co.uk/members/breednotes/RetrieverLabradorMain.php"</w:t>
      </w:r>
      <w:r>
        <w:br/>
      </w:r>
      <w:r>
        <w:rPr>
          <w:b w:val="0"/>
          <w:i w:val="0"/>
        </w:rPr>
        <w:br/>
        <w:t>scraped_at: "2026-09-13T15:06:00"</w:t>
      </w:r>
      <w:r>
        <w:br/>
      </w:r>
      <w:r>
        <w:rPr>
          <w:b w:val="0"/>
          <w:i w:val="0"/>
        </w:rPr>
        <w:br/>
        <w:t>word_count: 1094</w:t>
      </w:r>
    </w:p>
    <w:p>
      <w:r>
        <w:t>――――――――――――――――――――――――――――――</w:t>
      </w:r>
    </w:p>
    <w:p>
      <w:r>
        <w:rPr>
          <w:b w:val="0"/>
          <w:i w:val="0"/>
        </w:rPr>
        <w:t>NEWS MEMBERS' AREA SHOP SUBSCRIBE UPCOMING SHOWS MORE</w:t>
      </w:r>
    </w:p>
    <w:p>
      <w:r>
        <w:rPr>
          <w:b w:val="0"/>
          <w:i w:val="0"/>
        </w:rPr>
        <w:t>RETRIEVER LABRADOR</w:t>
      </w:r>
    </w:p>
    <w:p>
      <w:r>
        <w:rPr>
          <w:b w:val="0"/>
          <w:i w:val="0"/>
        </w:rPr>
        <w:t>Issue: 11/04/2025</w:t>
      </w:r>
    </w:p>
    <w:p>
      <w:r>
        <w:rPr>
          <w:b w:val="0"/>
          <w:i w:val="0"/>
        </w:rPr>
        <w:t xml:space="preserve">At the Lab Club of Scotland Ch Show under judges Frank Gilroy (dogs) and Arwyn Ellis (Bitches) the winners including two new champions, the Dog and the Bitch CC winners made up on the day, were </w:t>
      </w:r>
    </w:p>
    <w:p>
      <w:r>
        <w:rPr>
          <w:b w:val="0"/>
          <w:i w:val="0"/>
        </w:rPr>
        <w:t xml:space="preserve">DCC &amp; BIS Miss K Druggan - A Sense of Pleasureâ€™s Get Lucky JW (Imp Deu) made upon on the day. Many Congratulations. </w:t>
      </w:r>
    </w:p>
    <w:p>
      <w:r>
        <w:rPr>
          <w:b w:val="0"/>
          <w:i w:val="0"/>
        </w:rPr>
        <w:t xml:space="preserve">Dog RDCC Mrs D Tulloch - Binnaig Sea the Stars over Tullochmohr JW </w:t>
      </w:r>
    </w:p>
    <w:p>
      <w:r>
        <w:rPr>
          <w:b w:val="0"/>
          <w:i w:val="0"/>
        </w:rPr>
        <w:t xml:space="preserve">BCC &amp; RBIS &amp; BOS Ms C Campbell - Binnaig Buppsala JW Her 3rd CC and made up on the day. Many Congratulations. </w:t>
      </w:r>
    </w:p>
    <w:p>
      <w:r>
        <w:rPr>
          <w:b w:val="0"/>
          <w:i w:val="0"/>
        </w:rPr>
        <w:t xml:space="preserve">RBCC Mrs C &amp; Mr D Clayton - Rochevale Sapphire </w:t>
      </w:r>
    </w:p>
    <w:p>
      <w:r>
        <w:rPr>
          <w:b w:val="0"/>
          <w:i w:val="0"/>
        </w:rPr>
        <w:t xml:space="preserve">BPIS Mrs J Charlton - Foxrush Hope So </w:t>
      </w:r>
    </w:p>
    <w:p>
      <w:r>
        <w:rPr>
          <w:b w:val="0"/>
          <w:i w:val="0"/>
        </w:rPr>
        <w:t>BVIS Mr P McCrory - Sh Ch Millroseglen Make My Day with Meadowvillabs</w:t>
      </w:r>
    </w:p>
    <w:p>
      <w:r>
        <w:rPr>
          <w:b w:val="0"/>
          <w:i w:val="0"/>
        </w:rPr>
        <w:t xml:space="preserve">BBP Mrs L Tooth - Mattand Halloween Moon by Ludalor </w:t>
      </w:r>
    </w:p>
    <w:p>
      <w:r>
        <w:rPr>
          <w:b w:val="0"/>
          <w:i w:val="0"/>
        </w:rPr>
        <w:t>Congratulations to all the winners.</w:t>
      </w:r>
    </w:p>
    <w:p>
      <w:r>
        <w:rPr>
          <w:b w:val="0"/>
          <w:i w:val="0"/>
        </w:rPr>
        <w:t xml:space="preserve">Long-standing Chairman of the Midland Counties Labrador Retriever Club, Marion Hopkinson has retired after many years of dedicated service to the club and to our breed. The new Chairman is former club Secretary, Julia Lewis, and, taking over the Secretary role from Julia, is Penny Smith (nee Teasdale). I understand David Hopkinson and Christine Bailiss have also retired from the committee after very many years of commitment to the club. </w:t>
      </w:r>
    </w:p>
    <w:p>
      <w:r>
        <w:rPr>
          <w:b w:val="0"/>
          <w:i w:val="0"/>
        </w:rPr>
        <w:t>Anne Hoban writes, â€œPostal entries for the West of England LRC Open Show on Saturday 10th May held at Woolavington Village Hall, Bridgewater, Somerset TA7 8DY, close this coming Saturday 12th April but otherwise, you still have until Sunday 20th to enter on line.</w:t>
      </w:r>
    </w:p>
    <w:p>
      <w:r>
        <w:rPr>
          <w:b w:val="0"/>
          <w:i w:val="0"/>
        </w:rPr>
        <w:t>Our judge is Steve Oâ€™Brien (Maxfield)</w:t>
      </w:r>
    </w:p>
    <w:p>
      <w:r>
        <w:rPr>
          <w:b w:val="0"/>
          <w:i w:val="0"/>
        </w:rPr>
        <w:t xml:space="preserve">Always a warm welcome and delicious hot and cold refreshments will be available. </w:t>
      </w:r>
    </w:p>
    <w:p>
      <w:r>
        <w:rPr>
          <w:b w:val="0"/>
          <w:i w:val="0"/>
        </w:rPr>
        <w:t xml:space="preserve">If you do happen to have any raffle contributions, they would be much appreciated. </w:t>
      </w:r>
    </w:p>
    <w:p>
      <w:r>
        <w:rPr>
          <w:b w:val="0"/>
          <w:i w:val="0"/>
        </w:rPr>
        <w:t xml:space="preserve">Looking forward to seeing you with your dogs or if you are just coming along to watch and enjoy. </w:t>
      </w:r>
    </w:p>
    <w:p>
      <w:r>
        <w:rPr>
          <w:b w:val="0"/>
          <w:i w:val="0"/>
        </w:rPr>
        <w:t xml:space="preserve">Three Counties Ch Show entries via Fosse Data close soon. The Labradors are on the fourth day Sunday 8th June and the judge is David Coode. </w:t>
      </w:r>
    </w:p>
    <w:p>
      <w:r>
        <w:rPr>
          <w:b w:val="0"/>
          <w:i w:val="0"/>
        </w:rPr>
        <w:t>Postal Entries Close:    Saturday, 12 April 2025 at 23:59</w:t>
      </w:r>
    </w:p>
    <w:p>
      <w:r>
        <w:rPr>
          <w:b w:val="0"/>
          <w:i w:val="0"/>
        </w:rPr>
        <w:t>Online Entries Close: Tuesday, 22 April 2025 at 23:59</w:t>
      </w:r>
    </w:p>
    <w:p>
      <w:r>
        <w:rPr>
          <w:b w:val="0"/>
          <w:i w:val="0"/>
        </w:rPr>
        <w:t xml:space="preserve">Online Entries for Bath Ch Show close on Wednesday 23rd April at 23.59 also via FosseData. Gundogs are on Sunday 25thMay and the Labrador Judge is Lucy Rawlinson. </w:t>
      </w:r>
    </w:p>
    <w:p>
      <w:r>
        <w:rPr>
          <w:b w:val="0"/>
          <w:i w:val="0"/>
        </w:rPr>
        <w:t xml:space="preserve">The registered charity, Hearing Dogs for the Deaf People train wonderfully supportive assistance dogs for people whose hearing is not the best. Itâ€™s a popular charity whose regular news posts I am happy to receive and support. </w:t>
      </w:r>
    </w:p>
    <w:p>
      <w:r>
        <w:rPr>
          <w:b w:val="0"/>
          <w:i w:val="0"/>
        </w:rPr>
        <w:t>In recognition of the retirement of her own assistance yellow Labrador dog Sparky, who incidentally will not be leaving home but, once retired, will still continue to live a happy life with the lady he has cared for over the past ten years, his devoted owner, Meg, writes of her beloved Sparky:-</w:t>
      </w:r>
    </w:p>
    <w:p>
      <w:r>
        <w:rPr>
          <w:b w:val="0"/>
          <w:i w:val="0"/>
        </w:rPr>
        <w:t>â€œDear Sparky,</w:t>
      </w:r>
    </w:p>
    <w:p>
      <w:r>
        <w:rPr>
          <w:b w:val="0"/>
          <w:i w:val="0"/>
        </w:rPr>
        <w:t>Itâ€™s been over 10 years now since we came home together from Hearing Dogs for Deaf Peopleâ€™s southern training centre. How well I remember that journey.</w:t>
      </w:r>
    </w:p>
    <w:p>
      <w:r>
        <w:rPr>
          <w:b w:val="0"/>
          <w:i w:val="0"/>
        </w:rPr>
        <w:t>Youâ€™ve been by my side ever since, and Iâ€™ve watched you grow from an affectionate, clever and enthusiastic young dog into a mature, loving and loyal older gentleman.</w:t>
      </w:r>
    </w:p>
    <w:p>
      <w:r>
        <w:rPr>
          <w:b w:val="0"/>
          <w:i w:val="0"/>
        </w:rPr>
        <w:t>Very soon you are going to retire from your role as my hearing dog, and this feels like a good time to tell you just how much your presence in my life has meant to me.</w:t>
      </w:r>
    </w:p>
    <w:p>
      <w:r>
        <w:rPr>
          <w:b w:val="0"/>
          <w:i w:val="0"/>
        </w:rPr>
        <w:t>You have not only given me practical help and made me feel safe by alerting me to important sounds like the smoke alarm and the doorbell, youâ€™ve also given me affection, unwavering loyalty, and companionship.</w:t>
      </w:r>
    </w:p>
    <w:p>
      <w:r>
        <w:rPr>
          <w:b w:val="0"/>
          <w:i w:val="0"/>
        </w:rPr>
        <w:t>Youâ€™ve given me a reason to get out and appreciate nature every day and, wearing your burgundy Hearing Dogs jacket so that people know Iâ€™m deaf, youâ€™ve helped me make new friends.</w:t>
      </w:r>
    </w:p>
    <w:p>
      <w:r>
        <w:rPr>
          <w:b w:val="0"/>
          <w:i w:val="0"/>
        </w:rPr>
        <w:t>Above all, youâ€™ve allowed me to conquer my hearing loss by helping me leave loneliness behind and reconnect with life.</w:t>
      </w:r>
    </w:p>
    <w:p>
      <w:r>
        <w:rPr>
          <w:b w:val="0"/>
          <w:i w:val="0"/>
        </w:rPr>
        <w:t>We have had some worries along the way; you lost an eye when you were nine years old. It was very traumatic, but you came through in your stoic, Labrador way, adapting so well to your one-eyed status. More recently a tumour on your paw also caused me some sleepless nights.</w:t>
      </w:r>
    </w:p>
    <w:p>
      <w:r>
        <w:rPr>
          <w:b w:val="0"/>
          <w:i w:val="0"/>
        </w:rPr>
        <w:t>When you accompanied me to give talks to local community groups about Hearing Dogs for Deaf People, you were, quite rightly, the main attraction. Speaking in public is something I never thought I could do, but I felt so proud of you, and you boosted my confidence, simply by being by my side.</w:t>
      </w:r>
    </w:p>
    <w:p>
      <w:r>
        <w:rPr>
          <w:b w:val="0"/>
          <w:i w:val="0"/>
        </w:rPr>
        <w:t>I treasure memories of my 70th birthday weekend in Wales when you and my daughterâ€™s dog Bridie had such a wonderful time running together on the beach. I remember your protective ways, shepherding Bridie along as you splashed around together in rock pools.</w:t>
      </w:r>
    </w:p>
    <w:p>
      <w:r>
        <w:rPr>
          <w:b w:val="0"/>
          <w:i w:val="0"/>
        </w:rPr>
        <w:t>For five years, you joined me when I worked as a volunteer befriender at a local Cancer Support Centre. You quickly established yourself as a very popular team member, even being forgiven when you couldnâ€™t resist stealing a cake off the lap of one of our visitors.</w:t>
      </w:r>
    </w:p>
    <w:p>
      <w:r>
        <w:rPr>
          <w:b w:val="0"/>
          <w:i w:val="0"/>
        </w:rPr>
        <w:t>So, my dear Sparky, it is with a slight sense of sadness that I am packing up your uniform ready to return it to the Hearing Dogs training centre at the end of your working life.</w:t>
      </w:r>
    </w:p>
    <w:p>
      <w:r>
        <w:rPr>
          <w:b w:val="0"/>
          <w:i w:val="0"/>
        </w:rPr>
        <w:t>But you are almost 12 years old, and you certainly deserve a restful retirement. I am so glad you will continue to live with me and I hope we will enjoy plenty more time together yet.</w:t>
      </w:r>
    </w:p>
    <w:p>
      <w:r>
        <w:rPr>
          <w:b w:val="0"/>
          <w:i w:val="0"/>
        </w:rPr>
        <w:t>I am so very grateful for your help, companionship, love and loyalty over the years.</w:t>
      </w:r>
    </w:p>
    <w:p>
      <w:r>
        <w:rPr>
          <w:b w:val="0"/>
          <w:i w:val="0"/>
        </w:rPr>
        <w:t>I love you so much.</w:t>
      </w:r>
    </w:p>
    <w:p>
      <w:r>
        <w:rPr>
          <w:b w:val="0"/>
          <w:i w:val="0"/>
        </w:rPr>
        <w:t>Megâ€</w:t>
      </w:r>
    </w:p>
    <w:p>
      <w:r>
        <w:rPr>
          <w:b w:val="0"/>
          <w:i w:val="0"/>
        </w:rPr>
        <w:t>For those who would like to support Hearing Dogs for Deaf People, you can sponsor a puppy from just Â£5 a month and follow their journey as they learn how to help a deaf person. For more information contact the puppy sponsorship team on Tel: 01844 340734 or Email: puppy.sponsorship@hearingdogs.org.uk</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