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- 10/06/2022 - ISSUE"</w:t>
      </w:r>
      <w:r>
        <w:br/>
      </w:r>
      <w:r>
        <w:rPr>
          <w:b w:val="0"/>
          <w:i w:val="0"/>
        </w:rPr>
        <w:br/>
        <w:t>date_original: "10/06/2022 - ISSUE"</w:t>
      </w:r>
      <w:r>
        <w:br/>
      </w:r>
      <w:r>
        <w:rPr>
          <w:b w:val="0"/>
          <w:i w:val="0"/>
        </w:rPr>
        <w:br/>
        <w:t>source_url: "https://www.ourdogs.co.uk/members/breednotes/RetrieverLabradorMain.php"</w:t>
      </w:r>
      <w:r>
        <w:br/>
      </w:r>
      <w:r>
        <w:rPr>
          <w:b w:val="0"/>
          <w:i w:val="0"/>
        </w:rPr>
        <w:br/>
        <w:t>scraped_at: "2026-09-13T15:12:07"</w:t>
      </w:r>
      <w:r>
        <w:br/>
      </w:r>
      <w:r>
        <w:rPr>
          <w:b w:val="0"/>
          <w:i w:val="0"/>
        </w:rPr>
        <w:br/>
        <w:t>word_count: 749</w:t>
      </w:r>
    </w:p>
    <w:p>
      <w:r>
        <w:t>――――――――――――――――――――――――――――――</w:t>
      </w:r>
    </w:p>
    <w:p>
      <w:r>
        <w:rPr>
          <w:b w:val="0"/>
          <w:i w:val="0"/>
        </w:rPr>
        <w:t>NEWS MEMBERS' AREA SHOP SUBSCRIBE UPCOMING SHOWS MORE</w:t>
      </w:r>
    </w:p>
    <w:p>
      <w:r>
        <w:rPr>
          <w:b w:val="0"/>
          <w:i w:val="0"/>
        </w:rPr>
        <w:t>RETRIEVER LABRADOR</w:t>
      </w:r>
    </w:p>
    <w:p>
      <w:r>
        <w:rPr>
          <w:b w:val="0"/>
          <w:i w:val="0"/>
        </w:rPr>
        <w:t>Issue: 10/06/2022</w:t>
      </w:r>
    </w:p>
    <w:p>
      <w:r>
        <w:rPr>
          <w:b w:val="0"/>
          <w:i w:val="0"/>
        </w:rPr>
        <w:t>Caroline Edwards writes with exciting news, Ã¢â‚¬Å"Kimbajak Miss Jazz Swinger...who won best Eukanuba Gundog Puppy Stakes at Bath on Gundog Day, went back for the finals on the Monday but it wasnÃ¢â‚¬â„¢t our day unfortunately. On Tuesday she went to Boston open show and was awarded BP and Gundog Puppy Goup 3.</w:t>
      </w:r>
    </w:p>
    <w:p>
      <w:r>
        <w:rPr>
          <w:b w:val="0"/>
          <w:i w:val="0"/>
        </w:rPr>
        <w:t>Ã¢â‚¬Å"She has enough open show points now to claim a JW at just turned 11 months. At SE Gundog under breed specialist Lisa Finney a week before she was awarded BP and BOB. She made the final 7 under Anthony Allen for BPIS. The week before this she was Gundog puppy group 2 at Herts and Essex.Ã¢â‚¬Â</w:t>
      </w:r>
    </w:p>
    <w:p>
      <w:r>
        <w:rPr>
          <w:b w:val="0"/>
          <w:i w:val="0"/>
        </w:rPr>
        <w:t>If youÃ¢â‚¬â„¢re like me you will have spent a memorably happy four days watching tv and celebrating our wonderful Queens Platinum Jubilee. 70 years on the throne. I remember her coronation. I was a child in 1953 and lived at that time, surrounded by dogs, near Birmingham. My grandparents already had a television set. We did not, so Dad drove us to Manchester (no M6 then) where the grandparents lived to watch the ceremonies. The tv screen was tiny, about the size of a biscuit tin, and it was housed towards the top of an enormously bland brown wooden case, the size of a large plain freezer. No one was allowed to speak whilst watching the amazing black and white picture.</w:t>
      </w:r>
    </w:p>
    <w:p>
      <w:r>
        <w:rPr>
          <w:b w:val="0"/>
          <w:i w:val="0"/>
        </w:rPr>
        <w:t>This year the first dayÃ¢â‚¬â„¢s celebrations included the Trooping of the Colour. A magnificent spectacle. The following day there was a service in St PaulÃ¢â‚¬â„¢s which coincided with Gundog Day at Southern Counties. The third evening, shared with millions around the world, an unbelievably good evening pop concert covering all eras, on an enormous, specially erected stage immediately outside Buckingham Palace with entertainment from mega-stars. On the forth day there was a brilliant pageant which lasted about three hours, at the end of which the Queen appeared happily, with her close working family on the Buckingham Palace balcony. Cheers from the crowds filled the Mall as far as could be seem, vocal support was unstoppable and surely there wasnÃ¢â‚¬â„¢t a dry eye in the house! Long may the Queen reign.</w:t>
      </w:r>
    </w:p>
    <w:p>
      <w:r>
        <w:rPr>
          <w:b w:val="0"/>
          <w:i w:val="0"/>
        </w:rPr>
        <w:t>Few will ever forget the great fun sketch on Saturday night, of her revealing what is in the handbag she always carries.</w:t>
      </w:r>
    </w:p>
    <w:p>
      <w:r>
        <w:rPr>
          <w:b w:val="0"/>
          <w:i w:val="0"/>
        </w:rPr>
        <w:t>A brilliant sketch showed her taking tea with Paddington Bear at Buckingham Palace where he offered to share his marmalade sandwich with her, having spilt the tea when trying to fill her teacup. It was so playfully responded to by the Queen who gleefully told him with a twinkle in her eye and a big smile, that she already had her own marmalade sandwich which she then extracted from her handbag, stating that was what the handbag was always for, to store a sandwich for eating later!</w:t>
      </w:r>
    </w:p>
    <w:p>
      <w:r>
        <w:rPr>
          <w:b w:val="0"/>
          <w:i w:val="0"/>
        </w:rPr>
        <w:t xml:space="preserve">Southern Counties Ch Show was on the Friday. Allrounder Patsy Hollings judged an entry of 103 Labradors less 28 absentees. The winners were Dog CC his second Jean and Gary Johnsons Cremino Calabrese, Dog RCC the Hodge familyÃ¢â‚¬â„¢s Sh Ch Naiken East Neets West. Bitch CC and BOB Erica Jates and Ed CaseyÃ¢â‚¬â„¢s Lapema Masquerade at Sandylands, Bitch RCC Sussie Wiles Richbiurne Hermoine, Best Puppy Berlan First in Line at Sandylands, Best Junior Anne Lavelle Crosscroyd Cheeky Emma, Best Veteran CM Smiths Flyinpyg Snout Like It, Best Special Beginner Becca Milks Jaybec Winter. </w:t>
      </w:r>
    </w:p>
    <w:p>
      <w:r>
        <w:rPr>
          <w:b w:val="0"/>
          <w:i w:val="0"/>
        </w:rPr>
        <w:t>Tragedy struck the following night for Joy Venturi Rose whose Graduate Bitch 1st prize winner at the show was found dead in her sleep, cause unknown, in bed some hours later. She was not yet two years old. So very sad. Our condolences go to Joy and Chris.</w:t>
      </w:r>
    </w:p>
    <w:p>
      <w:r>
        <w:rPr>
          <w:b w:val="0"/>
          <w:i w:val="0"/>
        </w:rPr>
        <w:t>Next show is Three Counties at Malvern. I hope the weather improves.</w:t>
      </w:r>
    </w:p>
    <w:p>
      <w:r>
        <w:rPr>
          <w:b w:val="0"/>
          <w:i w:val="0"/>
        </w:rPr>
        <w:t xml:space="preserve">Ann Britton </w:t>
      </w:r>
    </w:p>
    <w:p>
      <w:r>
        <w:rPr>
          <w:b w:val="0"/>
          <w:i w:val="0"/>
        </w:rPr>
        <w:t>bowstones@ 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