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- 5 Oct 2007"</w:t>
      </w:r>
      <w:r>
        <w:br/>
      </w:r>
      <w:r>
        <w:rPr>
          <w:b w:val="0"/>
          <w:i w:val="0"/>
        </w:rPr>
        <w:br/>
        <w:t>date_original: "5 Oct 2007"</w:t>
      </w:r>
      <w:r>
        <w:br/>
      </w:r>
      <w:r>
        <w:rPr>
          <w:b w:val="0"/>
          <w:i w:val="0"/>
        </w:rPr>
        <w:br/>
        <w:t>source_url: "https://www.ourdogs.co.uk/members/breednotes/2007/RetrieverLabrador/RetrieverLabrador-oct5.htm"</w:t>
      </w:r>
      <w:r>
        <w:br/>
      </w:r>
      <w:r>
        <w:rPr>
          <w:b w:val="0"/>
          <w:i w:val="0"/>
        </w:rPr>
        <w:br/>
        <w:t>archive_type: "static_html"</w:t>
      </w:r>
      <w:r>
        <w:br/>
      </w:r>
      <w:r>
        <w:rPr>
          <w:b w:val="0"/>
          <w:i w:val="0"/>
        </w:rPr>
        <w:br/>
        <w:t>scraped_at: "2026-09-13T22:08:26"</w:t>
      </w:r>
      <w:r>
        <w:br/>
      </w:r>
      <w:r>
        <w:rPr>
          <w:b w:val="0"/>
          <w:i w:val="0"/>
        </w:rPr>
        <w:br/>
        <w:t>word_count: 1448</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Brrr, its chilly. Winter draws on! Summer has disappeared, the moles have returned to the paddock with a vengeance and the mud is back; the winds have turned a cold northerly and winter beckons. There are just a handful of championship shows left to attend this year. Only 11 weeks to Christmas!</w:t>
      </w:r>
    </w:p>
    <w:p>
      <w:r>
        <w:rPr>
          <w:b w:val="0"/>
          <w:i w:val="0"/>
        </w:rPr>
        <w:t>Driffield championship show was held for the second year running at Wetherby Racecourse just off the A1 in Yorkshire. Gundog Day was the Sunday, which made travelling easier than on a weekday.</w:t>
      </w:r>
    </w:p>
    <w:p>
      <w:r>
        <w:rPr>
          <w:b w:val="0"/>
          <w:i w:val="0"/>
        </w:rPr>
        <w:t>I missed the show last year, so this was my first visit to the venue and what a lovely event it is. Just like dog shows used to be; car-parking near the benching tents, a rectangle of well sized outdoor grass rings reasonably near the benching, surrounded by trade-stands; the elegant Pavilion housing the Best in Show ring forming one side of the rectangle. The ladies loos built in former years (very much former it seemed to me), were close to our benching tent and when I visited them just prior to the challenge for the Bitch CC, proved how ingenious we dog-showers have to be.</w:t>
      </w:r>
    </w:p>
    <w:p>
      <w:r>
        <w:rPr>
          <w:b w:val="0"/>
          <w:i w:val="0"/>
        </w:rPr>
        <w:t>In a hurry not to be late in the ring, I discovered the strong bolt, which I had firmly slid across to close the cubicle door, had no little button on it to pull it back and there was no way to open the door. Help! Locked in the loo like the lady from Pickering on the TV recently, who spent the night locked in the public loos. I began to wonder if this was a new Yorkshire custom. Thanks to my car-key and a bit of ingenuity, I did manage to escape. I hope I didn’t hold everyone up too long! The moral of this story ‘Don’t forget your car keys if you go to the Wetherby loos!’.</w:t>
      </w:r>
    </w:p>
    <w:p>
      <w:r>
        <w:rPr>
          <w:b w:val="0"/>
          <w:i w:val="0"/>
        </w:rPr>
        <w:t>The weather was slightly overcast with occasional sunshine and a slight breeze. Good weather for showing dogs outside.</w:t>
      </w:r>
    </w:p>
    <w:p>
      <w:r>
        <w:rPr>
          <w:b w:val="0"/>
          <w:i w:val="0"/>
        </w:rPr>
        <w:t>Our judge was Anthony Allen (Allenie) who had an entry of 204 to go over. The Dog CC winner and Best of Breed followed by a splendid Group 2 under Mrs Val Foss (the Group 1 winner went Best in Show), was Italian exhibitor, Franco Barberi’s yellow Loch Mor Welldone. (It Ch Heatherbourne Watchman x Deep Emotion). The Dog RCC was won by Michael Neachell’s yellow, Sh Ch Suttonpark Manifesto JW (Ch Saranden Saboteur JW x Mileoak Cranberry from Suttonpark). The Bitch CC, her second, went to Marlene Hepper‚s black, Mardas Sahara Silk, (Brigburn Sedge x Mardas Café Noir), whilst the Bitch RCC was won by the Gawthorpe family’s yellow, Waterbrook Sweet Charity (Rocheby Old Smokey x Waterbrook Morning Breeze). Best puppy was Mr Mulligan and Ms Marchant’s yellow, Alanwood Lady Jazz Amour (Greenworth Odds Against x Alanwood Magic Box).</w:t>
      </w:r>
    </w:p>
    <w:p>
      <w:r>
        <w:rPr>
          <w:b w:val="0"/>
          <w:i w:val="0"/>
        </w:rPr>
        <w:t>Three days later the alarm clock was once again set to far too early and we were up and off to the Yellow Labrador Club 33rd Ch Show held at the now ‘very blue Sports Connection’ near Coventry. The redecoration of the internal décor last year replaced the sandy mellow colouring of the sports hall, which we had got used to over the past twenty years, with a chilly-looking, all over, mid blue. It is quite an eye-opener when entering the hall; absolutely everywhere seems blue; blue walls, blue floor.</w:t>
      </w:r>
    </w:p>
    <w:p>
      <w:r>
        <w:rPr>
          <w:b w:val="0"/>
          <w:i w:val="0"/>
        </w:rPr>
        <w:t>I wore blue trousers of the same colour, thinking I might just fade into the blue background and look incredibly thin. Don‚t think it worked, but worth a try! One plus point is that there is an excellent new bar within the hall; no longer is the coffee served from a jug on a trestle table jostling for space amongst the abandoned netball posts, punctured footballs and discarded sweat-shirts. Luxury reigns, with a good bar and smart little tables and chairs to sit and sup at.</w:t>
      </w:r>
    </w:p>
    <w:p>
      <w:r>
        <w:rPr>
          <w:b w:val="0"/>
          <w:i w:val="0"/>
        </w:rPr>
        <w:t>The Committee are to be congratulated on a lovely show, well attended with a well filled ringside around both rings throughout the day and some interesting trade stands to relieve us of our money. There was a good atmosphere and a splendid entry of 380 for judges Anne Taylor (Fabracken) judging dogs and Carole Coode (Warringah) judging the bitches. The Dog CC was a first for dog and owner, Mr Whitley’s black Graduate winner, Danomic Denzil Washington (Gulsary Guiding Light at Danomic x Gulsary Black Widow). The Dog RCC went to Les Brabbans yellow Cambremer Craftsman (Rocheby Old Smokey x Sh Ch Cambremer Call My Bluff).</w:t>
      </w:r>
    </w:p>
    <w:p>
      <w:r>
        <w:rPr>
          <w:b w:val="0"/>
          <w:i w:val="0"/>
        </w:rPr>
        <w:t>Best in Show and Best Veteran having won the Bitch CC was Felicity and Kira Leith Ross splendid black bitch, just short of eight year of age and still looking so good, Sh Ch CHIB/CHS/CHCS Trialer Pooles Memory of Tintagel Winds (Ch Carromer Charlie Chalk x Trialer Lasting Memory of Tintagel Winds). The Bitch RCC went to the Allen family’s yellow Allenies Jezzabel (Rocheby Old Smokey x Carromers Imogen of Allenie). Best Puppy in Show was Marion Hopkinson’s yellow bitch Rocheby Spun Silk (Rocheby State Occasion x Rocheby Georgette).</w:t>
      </w:r>
      <w:r>
        <w:br/>
      </w:r>
      <w:r>
        <w:rPr>
          <w:b w:val="0"/>
          <w:i w:val="0"/>
        </w:rPr>
        <w:br/>
        <w:t>I understand that Marjorie Satterthwaite (Lawnwoods) is in hospital. A card from her friends would perhaps brighten her day; they may be sent to her home address (in the yearbooks). In the meantime Marjorie, we send you our best wishes for a speedy return home.</w:t>
      </w:r>
    </w:p>
    <w:p>
      <w:r>
        <w:rPr>
          <w:b w:val="0"/>
          <w:i w:val="0"/>
        </w:rPr>
        <w:t>Congratulations to Linda Harvey Major whose yellow bitch, Linjor Xtra Thyme (Rocheby Old Smokey x Sh Ch Siskin de la Vigne Nievil avec Linjor) has gained her junior Warrant. Her litter brother Linjor X Factor completed his Junior Warrant a while ago and has qualified for the Junior Warrant finals competition to be held later this year in conjunction with Discover Dogs at Earls Court. Linda has recently competed on the Irish circuit and enjoyed great success winning four Green Stars with her black, Tabathas Chivalry over Linjor. These wins might in some small way brighten Linda’s day having so sadly lost two bitches recently including her young champion bitch Siskin. Linda would like to thank all those who have sent her kind messages and cards following their loss.</w:t>
      </w:r>
    </w:p>
    <w:p>
      <w:r>
        <w:rPr>
          <w:b w:val="0"/>
          <w:i w:val="0"/>
        </w:rPr>
        <w:t>Mr and Mrs Autey have enjoyed a successful weekend recently with their chocolate dog Ryedown Scottish Reel, winning Best Dog and Reserve Best in Show at KSS Lab Club Open Show under Lindsey Walsh and then going Best of Breed and Group 2 the following day at Eastbourne Open Show held at Ardingly under Lynda Miles. (Llanstinan).</w:t>
      </w:r>
      <w:r>
        <w:br/>
      </w:r>
      <w:r>
        <w:rPr>
          <w:b w:val="0"/>
          <w:i w:val="0"/>
        </w:rPr>
        <w:b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