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- 19/04/2019 - ISSUE"</w:t>
      </w:r>
      <w:r>
        <w:br/>
      </w:r>
      <w:r>
        <w:rPr>
          <w:b w:val="0"/>
          <w:i w:val="0"/>
        </w:rPr>
        <w:br/>
        <w:t>date_original: "19/04/2019 - ISSUE"</w:t>
      </w:r>
      <w:r>
        <w:br/>
      </w:r>
      <w:r>
        <w:rPr>
          <w:b w:val="0"/>
          <w:i w:val="0"/>
        </w:rPr>
        <w:br/>
        <w:t>source_url: "https://www.ourdogs.co.uk/members/breednotes/RetrieverLabradorMain.php"</w:t>
      </w:r>
      <w:r>
        <w:br/>
      </w:r>
      <w:r>
        <w:rPr>
          <w:b w:val="0"/>
          <w:i w:val="0"/>
        </w:rPr>
        <w:br/>
        <w:t>scraped_at: "2026-09-13T15:20:32"</w:t>
      </w:r>
      <w:r>
        <w:br/>
      </w:r>
      <w:r>
        <w:rPr>
          <w:b w:val="0"/>
          <w:i w:val="0"/>
        </w:rPr>
        <w:br/>
        <w:t>word_count: 1153</w:t>
      </w:r>
    </w:p>
    <w:p>
      <w:r>
        <w:t>――――――――――――――――――――――――――――――</w:t>
      </w:r>
    </w:p>
    <w:p>
      <w:r>
        <w:rPr>
          <w:b w:val="0"/>
          <w:i w:val="0"/>
        </w:rPr>
        <w:t>NEWS MEMBERS' AREA SHOP SUBSCRIBE UPCOMING SHOWS MORE</w:t>
      </w:r>
    </w:p>
    <w:p>
      <w:r>
        <w:rPr>
          <w:b w:val="0"/>
          <w:i w:val="0"/>
        </w:rPr>
        <w:t>RETRIEVER LABRADOR</w:t>
      </w:r>
    </w:p>
    <w:p>
      <w:r>
        <w:rPr>
          <w:b w:val="0"/>
          <w:i w:val="0"/>
        </w:rPr>
        <w:t>Issue: 19/04/2019</w:t>
      </w:r>
    </w:p>
    <w:p>
      <w:r>
        <w:rPr>
          <w:b w:val="0"/>
          <w:i w:val="0"/>
        </w:rPr>
        <w:t>Barbara Gentleman contacted me with details of Vic Coles funeral which are as follows. The Funeral will take place on the 1st May at Manea Church, Cambs at 1 o'clock. All are welcome and invited to join the family at the Village Hall afterwards.</w:t>
      </w:r>
    </w:p>
    <w:p>
      <w:r>
        <w:rPr>
          <w:b w:val="0"/>
          <w:i w:val="0"/>
        </w:rPr>
        <w:t>The Labrador Club of Wales held its Open Show at Caerphilly on a bright sunny April Saturday. The journey to the show was extra pretty with spring flowering trees, shrubs and daffodils in full flower in fields and gardens beside the roads. A perfect spring day with perfect blue sky overhead.</w:t>
      </w:r>
    </w:p>
    <w:p>
      <w:r>
        <w:rPr>
          <w:b w:val="0"/>
          <w:i w:val="0"/>
        </w:rPr>
        <w:t xml:space="preserve">Chairman Ronwein Phillips, Secretary Margaret Barker and their team of smiling committee members have got show organising down to a fine art and as ever it was a pleasure to be there. Trevor Barker Margaret's husband has kindly sent in the report. </w:t>
      </w:r>
    </w:p>
    <w:p>
      <w:r>
        <w:rPr>
          <w:b w:val="0"/>
          <w:i w:val="0"/>
        </w:rPr>
        <w:t>"The Labrador Retriever Club Of Wales held its spring Open Show in Caerphilly on Saturday April 13th. Judge Lisa Finney drew an entry of 37 dogs and 72 bitches making a total of 128 class entries. Best in Show was Linda Miles's Yellow winner of Post Graduate Dog, Llanstinan Sugar Daddy (Attikonak Button Up Your Overcoat At Llanstinan (Imp.Sw.)/Newin Patience Strong Of Llanstinan). Reserve Best In Show and Best Opposite Sex was Ann Hoban's Black Post Graduate Bitch winner, Meadowleigh Romantic Quest (Ch. Naiken Zephyr/Meadowleigh Romantica).</w:t>
      </w:r>
    </w:p>
    <w:p>
      <w:r>
        <w:rPr>
          <w:b w:val="0"/>
          <w:i w:val="0"/>
        </w:rPr>
        <w:t>"Best Puppy in Show went to Fiona Braddon's Yellow Bitch, Trendlewood Simply The Best (Sh.Ch. Richbourne Londoner/Sh.Ch. Trendlewood Silent Night. Best Veteran was Ann Britton's 8 year old Yellow Bitch Sh.Ch. Martinstide Pastiche Of Bowstones J.W. (Sh.Ch. Rocheby Statesman/Martinside Patchwork).</w:t>
      </w:r>
    </w:p>
    <w:p>
      <w:r>
        <w:rPr>
          <w:b w:val="0"/>
          <w:i w:val="0"/>
        </w:rPr>
        <w:t xml:space="preserve">"Full results are available at labclubofwales.co.uk" </w:t>
      </w:r>
    </w:p>
    <w:p>
      <w:r>
        <w:rPr>
          <w:b w:val="0"/>
          <w:i w:val="0"/>
        </w:rPr>
        <w:t>Judging started at 10.30am. Classes were interesting to watch, there was plenty of good conversation, with tea, coffee and refreshments to keep us going whilst enjoying the relaxed, friendly day.</w:t>
      </w:r>
    </w:p>
    <w:p>
      <w:r>
        <w:rPr>
          <w:b w:val="0"/>
          <w:i w:val="0"/>
        </w:rPr>
        <w:t xml:space="preserve">For the committee the work has not stopped just yet as once this show is cleared up  they will be preparing for the rescheduled Championship show which those who entered for the event on the original date will now look forward to on May 11th in Chepstow. </w:t>
      </w:r>
    </w:p>
    <w:p>
      <w:r>
        <w:rPr>
          <w:b w:val="0"/>
          <w:i w:val="0"/>
        </w:rPr>
        <w:t xml:space="preserve">The saying goes, "Never judge a book by its cover". Sadly if something is visible like a broken leg covered in plaster, it gets far more sympathy and compassion than someone putting on a brave face when their body suffers some invisible disability. </w:t>
      </w:r>
    </w:p>
    <w:p>
      <w:r>
        <w:rPr>
          <w:b w:val="0"/>
          <w:i w:val="0"/>
        </w:rPr>
        <w:t>The fashion these days seems to be that disgruntled exhibitors who are maybe having a bad show day prejudge their co exhibitors with anyone foolish enough to listen. Woe betide an exhibitor  whose dog wins with a handler, if the owner doesn't look ill enough and about to meet their maker!</w:t>
      </w:r>
    </w:p>
    <w:p>
      <w:r>
        <w:rPr>
          <w:b w:val="0"/>
          <w:i w:val="0"/>
        </w:rPr>
        <w:t>"Well, why can't he/she do it himself/herself?"</w:t>
      </w:r>
    </w:p>
    <w:p>
      <w:r>
        <w:rPr>
          <w:b w:val="0"/>
          <w:i w:val="0"/>
        </w:rPr>
        <w:t>"Well, do you know he/she has a Disabled Car Park pass?".</w:t>
      </w:r>
    </w:p>
    <w:p>
      <w:r>
        <w:rPr>
          <w:b w:val="0"/>
          <w:i w:val="0"/>
        </w:rPr>
        <w:t>"That's disgusting! Look, there's nothing wrong with him/ her".</w:t>
      </w:r>
    </w:p>
    <w:p>
      <w:r>
        <w:rPr>
          <w:b w:val="0"/>
          <w:i w:val="0"/>
        </w:rPr>
        <w:t>"They don't deserve a blue badge. They can walk!" "It's not fair!!" Etc etc huff puff. Arrrgh!!</w:t>
      </w:r>
    </w:p>
    <w:p>
      <w:r>
        <w:rPr>
          <w:b w:val="0"/>
          <w:i w:val="0"/>
        </w:rPr>
        <w:t xml:space="preserve">There are several exhibitors I know if in our midst who carry on bravely with invisible health problems never complaining of the card life has dealt them. They are successful, friendly and enjoy their hobby and the companionship it brings. They don't publically moan or mope,  but just get on with things. Perhaps having read the following, some might choose to stop prejudging others and be less critical and unkind and in doing so count their own blessings. </w:t>
      </w:r>
    </w:p>
    <w:p>
      <w:r>
        <w:rPr>
          <w:b w:val="0"/>
          <w:i w:val="0"/>
        </w:rPr>
        <w:t xml:space="preserve">Stephanie Hodgkiss who, to those who don't know her history, looks perfectly well on dog-show days wrote the following  on Facebook and I have her permission to reproduce the text. </w:t>
      </w:r>
    </w:p>
    <w:p>
      <w:r>
        <w:rPr>
          <w:b w:val="0"/>
          <w:i w:val="0"/>
        </w:rPr>
        <w:t xml:space="preserve">Steph writes, </w:t>
      </w:r>
    </w:p>
    <w:p>
      <w:r>
        <w:rPr>
          <w:b w:val="0"/>
          <w:i w:val="0"/>
        </w:rPr>
        <w:t>"I have not put this up for any sympathy at all, I just thought it would help people understand what I go through. People may think I look fine, but inside I'm pushing myself so hard to keep up, it's exhausting, so I thought I'd put this video up on Facebook, of me having kidney dialysis, so that people have got some kind of idea of what I go through,  (you can see this video on Stephs Facebook page).</w:t>
      </w:r>
    </w:p>
    <w:p>
      <w:r>
        <w:rPr>
          <w:b w:val="0"/>
          <w:i w:val="0"/>
        </w:rPr>
        <w:t xml:space="preserve">"Having had three kidney transplants rejected by my body, I can have no more. Consequently I go for dialysis 3 times a week for 4 hours each time. This machine is my life line.  As you can see my blood comes out of me, goes around the machine into a filter, cleans my blood and goes back into my body. </w:t>
      </w:r>
    </w:p>
    <w:p>
      <w:r>
        <w:rPr>
          <w:b w:val="0"/>
          <w:i w:val="0"/>
        </w:rPr>
        <w:t xml:space="preserve">"I have lately had a few problems with my line which is permanently inserted in my chest. Without this line I wouldn't be here. It's my life, so if it goes wrong and can't be fixed, I'm in big trouble. </w:t>
      </w:r>
    </w:p>
    <w:p>
      <w:r>
        <w:rPr>
          <w:b w:val="0"/>
          <w:i w:val="0"/>
        </w:rPr>
        <w:t>"I also I suffer with very bad low blood pressure which can read between 75 and 58. Some doctors don't know how I'm still walking about. That's why I get so out of breath and have hardly any energy.</w:t>
      </w:r>
    </w:p>
    <w:p>
      <w:r>
        <w:rPr>
          <w:b w:val="0"/>
          <w:i w:val="0"/>
        </w:rPr>
        <w:t xml:space="preserve">"Despite that, I just keep trying to push myself and can be very stubborn because I want to try my best at doing things myself,  which includes showing my dogs, but sometimes, I have to give in and ask for help. (AMB as readers will know from the post Crufts Breed Notes), Steph was taken ill at Crufts and at the last minute as the class went into the ring, I was asked to handle her dog. He won two classes and the RCC). I've  had this for over twenty years, since I was 11 years old. I've been bullied because people think I'm putting it on, when I'm not well. When I do look well, they think I'm not ill. If only those people knew what was going on inside my body. </w:t>
      </w:r>
    </w:p>
    <w:p>
      <w:r>
        <w:rPr>
          <w:b w:val="0"/>
          <w:i w:val="0"/>
        </w:rPr>
        <w:t xml:space="preserve">"There are a lot of other people out there who have serious illnesses, family problems and mental health issues coping behind closed doors but carrying on as best as they can. If anyone does have questions just ask me and I'll try and give you the answer". </w:t>
      </w:r>
    </w:p>
    <w:p>
      <w:r>
        <w:rPr>
          <w:b w:val="0"/>
          <w:i w:val="0"/>
        </w:rPr>
        <w:t>Well done Steph. As I stated previously, it does not do to judge a book by its cover!</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