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w:t>
      </w:r>
    </w:p>
    <w:p>
      <w:r>
        <w:rPr>
          <w:b w:val="0"/>
          <w:i w:val="0"/>
        </w:rPr>
        <w:t>title: "Labrador Breed Notes - 13 Nov 2009"</w:t>
      </w:r>
      <w:r>
        <w:br/>
      </w:r>
      <w:r>
        <w:rPr>
          <w:b w:val="0"/>
          <w:i w:val="0"/>
        </w:rPr>
        <w:br/>
        <w:t>date_original: "13 Nov 2009"</w:t>
      </w:r>
      <w:r>
        <w:br/>
      </w:r>
      <w:r>
        <w:rPr>
          <w:b w:val="0"/>
          <w:i w:val="0"/>
        </w:rPr>
        <w:br/>
        <w:t>source_url: "https://www.ourdogs.co.uk/members/breednotes/2009/RetrieverLabrador/RetrieverLabrador-nov13.htm"</w:t>
      </w:r>
      <w:r>
        <w:br/>
      </w:r>
      <w:r>
        <w:rPr>
          <w:b w:val="0"/>
          <w:i w:val="0"/>
        </w:rPr>
        <w:br/>
        <w:t>archive_type: "static_html"</w:t>
      </w:r>
      <w:r>
        <w:br/>
      </w:r>
      <w:r>
        <w:rPr>
          <w:b w:val="0"/>
          <w:i w:val="0"/>
        </w:rPr>
        <w:br/>
        <w:t>scraped_at: "2026-09-13T22:03:19"</w:t>
      </w:r>
      <w:r>
        <w:br/>
      </w:r>
      <w:r>
        <w:rPr>
          <w:b w:val="0"/>
          <w:i w:val="0"/>
        </w:rPr>
        <w:br/>
        <w:t>word_count: 717</w:t>
      </w:r>
    </w:p>
    <w:p>
      <w:r>
        <w:t>――――――――――――――――――――――――――――――</w:t>
      </w:r>
    </w:p>
    <w:p>
      <w:r>
        <w:rPr>
          <w:b w:val="0"/>
          <w:i w:val="0"/>
        </w:rPr>
        <w:t>Welcome !</w:t>
      </w:r>
    </w:p>
    <w:p>
      <w:r>
        <w:rPr>
          <w:b w:val="0"/>
          <w:i w:val="0"/>
        </w:rPr>
        <w:t>Hello and welcome to the Our Dogs home page.</w:t>
      </w:r>
    </w:p>
    <w:p>
      <w:r>
        <w:rPr>
          <w:b w:val="0"/>
          <w:i w:val="0"/>
        </w:rPr>
        <w:t>Click here</w:t>
      </w:r>
      <w:r>
        <w:br/>
      </w:r>
      <w:r>
        <w:rPr>
          <w:b w:val="0"/>
          <w:i w:val="0"/>
        </w:rPr>
        <w:br/>
        <w:t>to view our welcome page.</w:t>
      </w:r>
    </w:p>
    <w:p>
      <w:r>
        <w:rPr>
          <w:b w:val="0"/>
          <w:i w:val="0"/>
        </w:rPr>
        <w:t>Mobile Site</w:t>
      </w:r>
    </w:p>
    <w:p>
      <w:r>
        <w:rPr>
          <w:b w:val="0"/>
          <w:i w:val="0"/>
        </w:rPr>
        <w:t>Click here</w:t>
      </w:r>
      <w:r>
        <w:br/>
      </w:r>
      <w:r>
        <w:rPr>
          <w:b w:val="0"/>
          <w:i w:val="0"/>
        </w:rPr>
        <w:br/>
        <w:t>to view our mobile site</w:t>
      </w:r>
    </w:p>
    <w:p>
      <w:r>
        <w:rPr>
          <w:b w:val="0"/>
          <w:i w:val="0"/>
        </w:rPr>
        <w:t>Members' Area</w:t>
      </w:r>
      <w:r>
        <w:br/>
      </w:r>
      <w:r>
        <w:rPr>
          <w:b w:val="0"/>
          <w:i w:val="0"/>
        </w:rPr>
        <w:br/>
        <w:t>The Our Dogs Members' Area</w:t>
      </w:r>
    </w:p>
    <w:p>
      <w:r>
        <w:rPr>
          <w:b w:val="0"/>
          <w:i w:val="0"/>
        </w:rPr>
        <w:t>Subscribe to OUR DOGS</w:t>
      </w:r>
    </w:p>
    <w:p>
      <w:r>
        <w:rPr>
          <w:b w:val="0"/>
          <w:i w:val="0"/>
        </w:rPr>
        <w:t>SUBSCRIBE by Direct Debit - Get the weekly issue DELIVERED to your door, the BIGGEST and BEST Our Dogs Annual and FREE access to the Our Dogs Members' Area.</w:t>
      </w:r>
    </w:p>
    <w:p>
      <w:r>
        <w:rPr>
          <w:b w:val="0"/>
          <w:i w:val="0"/>
        </w:rPr>
        <w:t>Read more...</w:t>
      </w:r>
    </w:p>
    <w:p>
      <w:r>
        <w:rPr>
          <w:b w:val="0"/>
          <w:i w:val="0"/>
        </w:rPr>
        <w:t>Online only subscription. Ideal for our readers from overseas.</w:t>
      </w:r>
      <w:r>
        <w:br/>
      </w:r>
      <w:r>
        <w:rPr>
          <w:b w:val="0"/>
          <w:i w:val="0"/>
        </w:rPr>
        <w:br/>
        <w:t>Click here.</w:t>
      </w:r>
      <w:r>
        <w:br/>
      </w:r>
      <w:r>
        <w:rPr>
          <w:b w:val="0"/>
          <w:i w:val="0"/>
        </w:rPr>
        <w:br/>
        <w:t>Choose your subscription option -</w:t>
      </w:r>
      <w:r>
        <w:br/>
      </w:r>
      <w:r>
        <w:rPr>
          <w:b w:val="0"/>
          <w:i w:val="0"/>
        </w:rPr>
        <w:br/>
        <w:t>Click Here</w:t>
      </w:r>
    </w:p>
    <w:p>
      <w:r>
        <w:rPr>
          <w:b w:val="0"/>
          <w:i w:val="0"/>
        </w:rPr>
        <w:t>Our Dogs Online has archives of</w:t>
      </w:r>
      <w:r>
        <w:br/>
      </w:r>
      <w:r>
        <w:rPr>
          <w:b w:val="0"/>
          <w:i w:val="0"/>
        </w:rPr>
        <w:br/>
        <w:t>CHAMP SHOW REPORTS</w:t>
      </w:r>
      <w:r>
        <w:br/>
      </w:r>
      <w:r>
        <w:rPr>
          <w:b w:val="0"/>
          <w:i w:val="0"/>
        </w:rPr>
        <w:br/>
        <w:t>OPEN SHOW REPORTS</w:t>
      </w:r>
      <w:r>
        <w:br/>
      </w:r>
      <w:r>
        <w:rPr>
          <w:b w:val="0"/>
          <w:i w:val="0"/>
        </w:rPr>
        <w:br/>
        <w:t>BREED NOTES</w:t>
      </w:r>
      <w:r>
        <w:br/>
      </w:r>
      <w:r>
        <w:rPr>
          <w:b w:val="0"/>
          <w:i w:val="0"/>
        </w:rPr>
        <w:br/>
        <w:t>REGULAR FEATURES</w:t>
      </w:r>
      <w:r>
        <w:br/>
      </w:r>
      <w:r>
        <w:rPr>
          <w:b w:val="0"/>
          <w:i w:val="0"/>
        </w:rPr>
        <w:br/>
        <w:t>NEWS</w:t>
      </w:r>
      <w:r>
        <w:br/>
      </w:r>
      <w:r>
        <w:rPr>
          <w:b w:val="0"/>
          <w:i w:val="0"/>
        </w:rPr>
        <w:br/>
        <w:t>going back to the beginning of the century.</w:t>
      </w:r>
      <w:r>
        <w:br/>
      </w:r>
      <w:r>
        <w:rPr>
          <w:b w:val="0"/>
          <w:i w:val="0"/>
        </w:rPr>
        <w:br/>
        <w:t>Show Reports are added daily to the website</w:t>
      </w:r>
      <w:r>
        <w:br/>
      </w:r>
      <w:r>
        <w:rPr>
          <w:b w:val="0"/>
          <w:i w:val="0"/>
        </w:rPr>
        <w:br/>
        <w:t>Page turning digital edition</w:t>
      </w:r>
      <w:r>
        <w:br/>
      </w:r>
      <w:r>
        <w:rPr>
          <w:b w:val="0"/>
          <w:i w:val="0"/>
        </w:rPr>
        <w:br/>
        <w:t>Plus much, much more!</w:t>
      </w:r>
    </w:p>
    <w:p>
      <w:r>
        <w:rPr>
          <w:b w:val="0"/>
          <w:i w:val="0"/>
        </w:rPr>
        <w:t>Buy an Issue</w:t>
      </w:r>
      <w:r>
        <w:br/>
      </w:r>
      <w:r>
        <w:rPr>
          <w:b w:val="0"/>
          <w:i w:val="0"/>
        </w:rPr>
        <w:br/>
        <w:t>Direct Debit</w:t>
      </w:r>
      <w:r>
        <w:br/>
      </w:r>
      <w:r>
        <w:rPr>
          <w:b w:val="0"/>
          <w:i w:val="0"/>
        </w:rPr>
        <w:br/>
        <w:t>Dual Subscription</w:t>
      </w:r>
      <w:r>
        <w:br/>
      </w:r>
      <w:r>
        <w:rPr>
          <w:b w:val="0"/>
          <w:i w:val="0"/>
        </w:rPr>
        <w:br/>
        <w:t>Pay Pal</w:t>
      </w:r>
      <w:r>
        <w:br/>
      </w:r>
      <w:r>
        <w:rPr>
          <w:b w:val="0"/>
          <w:i w:val="0"/>
        </w:rPr>
        <w:br/>
        <w:t>Shop</w:t>
      </w:r>
      <w:r>
        <w:br/>
      </w:r>
      <w:r>
        <w:rPr>
          <w:b w:val="0"/>
          <w:i w:val="0"/>
        </w:rPr>
        <w:br/>
        <w:t>Shop Home</w:t>
      </w:r>
      <w:r>
        <w:br/>
      </w:r>
      <w:r>
        <w:rPr>
          <w:b w:val="0"/>
          <w:i w:val="0"/>
        </w:rPr>
        <w:br/>
        <w:t>Breed Books</w:t>
      </w:r>
      <w:r>
        <w:br/>
      </w:r>
      <w:r>
        <w:rPr>
          <w:b w:val="0"/>
          <w:i w:val="0"/>
        </w:rPr>
        <w:br/>
        <w:t>General Books</w:t>
      </w:r>
      <w:r>
        <w:br/>
      </w:r>
      <w:r>
        <w:rPr>
          <w:b w:val="0"/>
          <w:i w:val="0"/>
        </w:rPr>
        <w:br/>
        <w:t>DVDs</w:t>
      </w:r>
      <w:r>
        <w:br/>
      </w:r>
      <w:r>
        <w:rPr>
          <w:b w:val="0"/>
          <w:i w:val="0"/>
        </w:rPr>
        <w:br/>
        <w:t>Annuals</w:t>
      </w:r>
      <w:r>
        <w:br/>
      </w:r>
      <w:r>
        <w:rPr>
          <w:b w:val="0"/>
          <w:i w:val="0"/>
        </w:rPr>
        <w:br/>
        <w:t>Show Calendar</w:t>
      </w:r>
      <w:r>
        <w:br/>
      </w:r>
      <w:r>
        <w:rPr>
          <w:b w:val="0"/>
          <w:i w:val="0"/>
        </w:rPr>
        <w:br/>
        <w:t>Champ Shows Index</w:t>
      </w:r>
      <w:r>
        <w:br/>
      </w:r>
      <w:r>
        <w:rPr>
          <w:b w:val="0"/>
          <w:i w:val="0"/>
        </w:rPr>
        <w:br/>
        <w:t>Show Dates</w:t>
      </w:r>
      <w:r>
        <w:br/>
      </w:r>
      <w:r>
        <w:rPr>
          <w:b w:val="0"/>
          <w:i w:val="0"/>
        </w:rPr>
        <w:br/>
        <w:t>Entries Closing</w:t>
      </w:r>
      <w:r>
        <w:br/>
      </w:r>
      <w:r>
        <w:rPr>
          <w:b w:val="0"/>
          <w:i w:val="0"/>
        </w:rPr>
        <w:br/>
        <w:t>Calendar</w:t>
      </w:r>
      <w:r>
        <w:br/>
      </w:r>
      <w:r>
        <w:rPr>
          <w:b w:val="0"/>
          <w:i w:val="0"/>
        </w:rPr>
        <w:br/>
        <w:t>International Shows</w:t>
      </w:r>
      <w:r>
        <w:br/>
      </w:r>
      <w:r>
        <w:rPr>
          <w:b w:val="0"/>
          <w:i w:val="0"/>
        </w:rPr>
        <w:br/>
        <w:t>Misc</w:t>
      </w:r>
      <w:r>
        <w:br/>
      </w:r>
      <w:r>
        <w:rPr>
          <w:b w:val="0"/>
          <w:i w:val="0"/>
        </w:rPr>
        <w:br/>
        <w:t>Facebook</w:t>
      </w:r>
      <w:r>
        <w:br/>
      </w:r>
      <w:r>
        <w:rPr>
          <w:b w:val="0"/>
          <w:i w:val="0"/>
        </w:rPr>
        <w:br/>
        <w:t>Twitter</w:t>
      </w:r>
      <w:r>
        <w:br/>
      </w:r>
      <w:r>
        <w:rPr>
          <w:b w:val="0"/>
          <w:i w:val="0"/>
        </w:rPr>
        <w:br/>
        <w:t>Contact Us</w:t>
      </w:r>
      <w:r>
        <w:br/>
      </w:r>
      <w:r>
        <w:rPr>
          <w:b w:val="0"/>
          <w:i w:val="0"/>
        </w:rPr>
        <w:br/>
        <w:t>Photgraphers</w:t>
      </w:r>
      <w:r>
        <w:br/>
      </w:r>
      <w:r>
        <w:rPr>
          <w:b w:val="0"/>
          <w:i w:val="0"/>
        </w:rPr>
        <w:br/>
        <w:t>Newsletter...</w:t>
      </w:r>
      <w:r>
        <w:br/>
      </w:r>
      <w:r>
        <w:rPr>
          <w:b w:val="0"/>
          <w:i w:val="0"/>
        </w:rPr>
        <w:br/>
        <w:t>Advertise</w:t>
      </w:r>
      <w:r>
        <w:br/>
      </w:r>
      <w:r>
        <w:rPr>
          <w:b w:val="0"/>
          <w:i w:val="0"/>
        </w:rPr>
        <w:br/>
        <w:t>Breed Features</w:t>
      </w:r>
      <w:r>
        <w:br/>
      </w:r>
      <w:r>
        <w:rPr>
          <w:b w:val="0"/>
          <w:i w:val="0"/>
        </w:rPr>
        <w:br/>
        <w:t>Trade Advertising</w:t>
      </w:r>
      <w:r>
        <w:br/>
      </w:r>
      <w:r>
        <w:rPr>
          <w:b w:val="0"/>
          <w:i w:val="0"/>
        </w:rPr>
        <w:br/>
        <w:t>Breeder Advertising</w:t>
      </w:r>
      <w:r>
        <w:br/>
      </w:r>
      <w:r>
        <w:rPr>
          <w:b w:val="0"/>
          <w:i w:val="0"/>
        </w:rPr>
        <w:br/>
        <w:t>Club Advertising</w:t>
      </w:r>
      <w:r>
        <w:br/>
      </w:r>
      <w:r>
        <w:rPr>
          <w:b w:val="0"/>
          <w:i w:val="0"/>
        </w:rPr>
        <w:br/>
        <w:t>Web Advertising</w:t>
      </w:r>
      <w:r>
        <w:br/>
      </w:r>
      <w:r>
        <w:rPr>
          <w:b w:val="0"/>
          <w:i w:val="0"/>
        </w:rPr>
        <w:br/>
        <w:t>Web Only</w:t>
      </w:r>
      <w:r>
        <w:br/>
      </w:r>
      <w:r>
        <w:rPr>
          <w:b w:val="0"/>
          <w:i w:val="0"/>
        </w:rPr>
        <w:br/>
        <w:t>Direct Debit</w:t>
      </w:r>
      <w:r>
        <w:br/>
      </w:r>
      <w:r>
        <w:rPr>
          <w:b w:val="0"/>
          <w:i w:val="0"/>
        </w:rPr>
        <w:br/>
        <w:t>Web + Paper</w:t>
      </w:r>
      <w:r>
        <w:br/>
      </w:r>
      <w:r>
        <w:rPr>
          <w:b w:val="0"/>
          <w:i w:val="0"/>
        </w:rPr>
        <w:br/>
        <w:t>Pay Pal</w:t>
      </w:r>
      <w:r>
        <w:br/>
      </w:r>
      <w:r>
        <w:rPr>
          <w:b w:val="0"/>
          <w:i w:val="0"/>
        </w:rPr>
        <w:br/>
        <w:t>Buy an issue</w:t>
      </w:r>
      <w:r>
        <w:br/>
      </w:r>
      <w:r>
        <w:rPr>
          <w:b w:val="0"/>
          <w:i w:val="0"/>
        </w:rPr>
        <w:br/>
        <w:t>Members Info</w:t>
      </w:r>
      <w:r>
        <w:br/>
      </w:r>
      <w:r>
        <w:rPr>
          <w:b w:val="0"/>
          <w:i w:val="0"/>
        </w:rPr>
        <w:br/>
        <w:t>Quick</w:t>
      </w:r>
      <w:r>
        <w:br/>
      </w:r>
      <w:r>
        <w:rPr>
          <w:b w:val="0"/>
          <w:i w:val="0"/>
        </w:rPr>
        <w:br/>
        <w:t>Members Index</w:t>
      </w:r>
      <w:r>
        <w:br/>
      </w:r>
      <w:r>
        <w:rPr>
          <w:b w:val="0"/>
          <w:i w:val="0"/>
        </w:rPr>
        <w:br/>
        <w:t>News Archive</w:t>
      </w:r>
      <w:r>
        <w:br/>
      </w:r>
      <w:r>
        <w:rPr>
          <w:b w:val="0"/>
          <w:i w:val="0"/>
        </w:rPr>
        <w:br/>
        <w:t>News</w:t>
      </w:r>
      <w:r>
        <w:br/>
      </w:r>
      <w:r>
        <w:rPr>
          <w:b w:val="0"/>
          <w:i w:val="0"/>
        </w:rPr>
        <w:br/>
        <w:t>Lost Password</w:t>
      </w:r>
      <w:r>
        <w:br/>
      </w:r>
      <w:r>
        <w:rPr>
          <w:b w:val="0"/>
          <w:i w:val="0"/>
        </w:rPr>
        <w:br/>
        <w:t>Facebook</w:t>
      </w:r>
      <w:r>
        <w:br/>
      </w:r>
      <w:r>
        <w:rPr>
          <w:b w:val="0"/>
          <w:i w:val="0"/>
        </w:rPr>
        <w:br/>
        <w:t>Twitter</w:t>
      </w:r>
      <w:r>
        <w:br/>
      </w:r>
      <w:r>
        <w:rPr>
          <w:b w:val="0"/>
          <w:i w:val="0"/>
        </w:rPr>
        <w:br/>
        <w:t>Vulnerable Breeds</w:t>
      </w:r>
      <w:r>
        <w:br/>
      </w:r>
      <w:r>
        <w:rPr>
          <w:b w:val="0"/>
          <w:i w:val="0"/>
        </w:rPr>
        <w:br/>
        <w:t>Our Dogs on the Road</w:t>
      </w:r>
      <w:r>
        <w:br/>
      </w:r>
      <w:r>
        <w:rPr>
          <w:b w:val="0"/>
          <w:i w:val="0"/>
        </w:rPr>
        <w:br/>
        <w:t>Our Dogs Ireland</w:t>
      </w:r>
      <w:r>
        <w:br/>
      </w:r>
      <w:r>
        <w:rPr>
          <w:b w:val="0"/>
          <w:i w:val="0"/>
        </w:rPr>
        <w:br/>
        <w:t>Our Dogs International</w:t>
      </w:r>
      <w:r>
        <w:br/>
      </w:r>
      <w:r>
        <w:rPr>
          <w:b w:val="0"/>
          <w:i w:val="0"/>
        </w:rPr>
        <w:br/>
        <w:t>More links</w:t>
      </w:r>
      <w:r>
        <w:br/>
      </w:r>
      <w:r>
        <w:rPr>
          <w:b w:val="0"/>
          <w:i w:val="0"/>
        </w:rPr>
        <w:br/>
        <w:t>Advertise</w:t>
      </w:r>
      <w:r>
        <w:br/>
      </w:r>
      <w:r>
        <w:rPr>
          <w:b w:val="0"/>
          <w:i w:val="0"/>
        </w:rPr>
        <w:br/>
        <w:t>Breed Note Writers</w:t>
      </w:r>
      <w:r>
        <w:br/>
      </w:r>
      <w:r>
        <w:rPr>
          <w:b w:val="0"/>
          <w:i w:val="0"/>
        </w:rPr>
        <w:br/>
        <w:t>Cookies</w:t>
      </w:r>
      <w:r>
        <w:br/>
      </w:r>
      <w:r>
        <w:rPr>
          <w:b w:val="0"/>
          <w:i w:val="0"/>
        </w:rPr>
        <w:br/>
        <w:t>Podcast</w:t>
      </w:r>
      <w:r>
        <w:br/>
      </w:r>
      <w:r>
        <w:rPr>
          <w:b w:val="0"/>
          <w:i w:val="0"/>
        </w:rPr>
        <w:br/>
        <w:t>Video</w:t>
      </w:r>
      <w:r>
        <w:br/>
      </w:r>
      <w:r>
        <w:rPr>
          <w:b w:val="0"/>
          <w:i w:val="0"/>
        </w:rPr>
        <w:br/>
        <w:t>Joking Aside</w:t>
      </w:r>
      <w:r>
        <w:br/>
      </w:r>
      <w:r>
        <w:rPr>
          <w:b w:val="0"/>
          <w:i w:val="0"/>
        </w:rPr>
        <w:br/>
        <w:t>Vulnerable Breeds - Leaders</w:t>
      </w:r>
      <w:r>
        <w:br/>
      </w:r>
      <w:r>
        <w:rPr>
          <w:b w:val="0"/>
          <w:i w:val="0"/>
        </w:rPr>
        <w:br/>
        <w:t>Web Directory</w:t>
      </w:r>
      <w:r>
        <w:br/>
      </w:r>
      <w:r>
        <w:rPr>
          <w:b w:val="0"/>
          <w:i w:val="0"/>
        </w:rPr>
        <w:br/>
        <w:t>Letters to the Editor</w:t>
      </w:r>
      <w:r>
        <w:br/>
      </w:r>
      <w:r>
        <w:rPr>
          <w:b w:val="0"/>
          <w:i w:val="0"/>
        </w:rPr>
        <w:br/>
        <w:t>Breeder Directory - Old</w:t>
      </w:r>
      <w:r>
        <w:br/>
      </w:r>
      <w:r>
        <w:rPr>
          <w:b w:val="0"/>
          <w:i w:val="0"/>
        </w:rPr>
        <w:br/>
        <w:t>Breeder Directory - New</w:t>
      </w:r>
      <w:r>
        <w:br/>
      </w:r>
      <w:r>
        <w:rPr>
          <w:b w:val="0"/>
          <w:i w:val="0"/>
        </w:rPr>
        <w:br/>
        <w:t>A-Z of Breeds</w:t>
      </w:r>
      <w:r>
        <w:br/>
      </w:r>
      <w:r>
        <w:rPr>
          <w:b w:val="0"/>
          <w:i w:val="0"/>
        </w:rPr>
        <w:br/>
        <w:t>Health</w:t>
      </w:r>
      <w:r>
        <w:br/>
      </w:r>
      <w:r>
        <w:rPr>
          <w:b w:val="0"/>
          <w:i w:val="0"/>
        </w:rPr>
        <w:br/>
        <w:t>Classified - Newspaper</w:t>
      </w:r>
      <w:r>
        <w:br/>
      </w:r>
      <w:r>
        <w:rPr>
          <w:b w:val="0"/>
          <w:i w:val="0"/>
        </w:rPr>
        <w:br/>
        <w:t>Classified - Web</w:t>
      </w:r>
      <w:r>
        <w:br/>
      </w:r>
      <w:r>
        <w:rPr>
          <w:b w:val="0"/>
          <w:i w:val="0"/>
        </w:rPr>
        <w:br/>
        <w:t>Show Photos</w:t>
      </w:r>
      <w:r>
        <w:br/>
      </w:r>
      <w:r>
        <w:rPr>
          <w:b w:val="0"/>
          <w:i w:val="0"/>
        </w:rPr>
        <w:br/>
        <w:t>Top Breeder Compeition</w:t>
      </w:r>
      <w:r>
        <w:br/>
      </w:r>
      <w:r>
        <w:rPr>
          <w:b w:val="0"/>
          <w:i w:val="0"/>
        </w:rPr>
        <w:br/>
        <w:t>Top Puppy Competition</w:t>
      </w:r>
      <w:r>
        <w:br/>
      </w:r>
      <w:r>
        <w:rPr>
          <w:b w:val="0"/>
          <w:i w:val="0"/>
        </w:rPr>
        <w:br/>
        <w:t>Sunday, September 13, 2026</w:t>
      </w:r>
    </w:p>
    <w:p>
      <w:r>
        <w:rPr>
          <w:b w:val="0"/>
          <w:i w:val="0"/>
        </w:rPr>
        <w:t>Search Breed:</w:t>
      </w:r>
      <w:r>
        <w:br/>
      </w:r>
      <w:r>
        <w:rPr>
          <w:b w:val="0"/>
          <w:i w:val="0"/>
        </w:rPr>
        <w:br/>
        <w:t>Adverts: 0161 709 4576 - Editorial: 0161 709 4571</w:t>
      </w:r>
      <w:r>
        <w:br/>
      </w:r>
      <w:r>
        <w:rPr>
          <w:b w:val="0"/>
          <w:i w:val="0"/>
        </w:rPr>
        <w:br/>
        <w:t>Mail Order: 0161 709 4578 - Subs: 0161 709 4575 - Webteam: 0161 709 4567</w:t>
      </w:r>
      <w:r>
        <w:br/>
      </w:r>
      <w:r>
        <w:rPr>
          <w:b w:val="0"/>
          <w:i w:val="0"/>
        </w:rPr>
        <w:br/>
        <w:t>RETRIEVER LABRADOR</w:t>
      </w:r>
    </w:p>
    <w:p>
      <w:r>
        <w:rPr>
          <w:b w:val="0"/>
          <w:i w:val="0"/>
        </w:rPr>
        <w:t>West of England Labrador Club held their championship show in early November. The judges were Linda Major (Dogs) and Jo Coulson (Bitches). Over the years occasionally I have had to remind breed club Secretaries to forward the results of their shows for inclusion in the breed notes so that all those interested may share them.</w:t>
      </w:r>
    </w:p>
    <w:p>
      <w:r>
        <w:rPr>
          <w:b w:val="0"/>
          <w:i w:val="0"/>
        </w:rPr>
        <w:t>Gordon Fox, Secretary of West of England Lab Club was only too happy to oblige after the recent 2009 West of England Lab club’s championship show. Gordon won a second CC and Best in Show with his and his wife Maria’s yellow bitch, Rocheby Winds of Change to Treburrow. The Bitch RCC was won by Garner Asnthony and Erica Jayes black Sandylands Tread Softly. The Dog CC winner was Alan &amp; Linda Porter's black Lindall Redemption whilst the Reserve Dog CC winner was Chris &amp; Claire Mills' yellow Sh Ch My Jack Sprat at Lembas Best bitch puppy and Best Puppy in Show was Fiona &amp; Derek Braddon's yellow Trendlewood Cracking Rosie</w:t>
      </w:r>
    </w:p>
    <w:p>
      <w:r>
        <w:rPr>
          <w:b w:val="0"/>
          <w:i w:val="0"/>
        </w:rPr>
        <w:t>Anne Johnson Yearbook Editor for the Labradpor Retriever Club writes “In view of the problems with Royal Mail please be aware that the closing date for the LRC year book has been extended by 2 weeks. However, all photos and cheques must be with Anne Johnson, Year Book Editor, by 30th November. This does not allow time for any of the usual leeway, which people have come to expect, so entries received later than that date will not be included in the year book. One suggestion that post is registered, because this mail is still getting through without delay, or that alternative couriers are used. Anne will confirm receipt of all reviews by telephone or e-mail”.</w:t>
      </w:r>
    </w:p>
    <w:p>
      <w:r>
        <w:rPr>
          <w:b w:val="0"/>
          <w:i w:val="0"/>
        </w:rPr>
        <w:t>The new address of the Secretary of Kent Surrey and Sussex LRC, Alison Scutcher, is Winsleywood, 10 Glebe Close, Wix, Manningtree, Essex, CO11 2SD Phone: 01255 871489 Mobile: 0793 1414796 Email: winsleywood@virginmedia.com Web: www.winsleywoodlabradors.co.uk</w:t>
      </w:r>
    </w:p>
    <w:p>
      <w:r>
        <w:rPr>
          <w:b w:val="0"/>
          <w:i w:val="0"/>
        </w:rPr>
        <w:t>I gather there is a dog blog about a Labrador's life in the Australian bush: Do have a look at it on http://www.dogdownunder.com (currently featuring several posts each with a video).</w:t>
      </w:r>
      <w:r>
        <w:br/>
      </w:r>
      <w:r>
        <w:rPr>
          <w:b w:val="0"/>
          <w:i w:val="0"/>
        </w:rPr>
        <w:br/>
        <w:t>Ann Britton 01989 720665</w:t>
      </w:r>
      <w:r>
        <w:br/>
      </w:r>
      <w:r>
        <w:rPr>
          <w:b w:val="0"/>
          <w:i w:val="0"/>
        </w:rPr>
        <w:br/>
        <w:t>bowstones@btinternet.com</w:t>
      </w:r>
    </w:p>
    <w:p>
      <w:r>
        <w:rPr>
          <w:b w:val="0"/>
          <w:i w:val="0"/>
        </w:rPr>
        <w:t>OUR DOGS</w:t>
      </w:r>
      <w:r>
        <w:br/>
      </w:r>
      <w:r>
        <w:rPr>
          <w:b w:val="0"/>
          <w:i w:val="0"/>
        </w:rPr>
        <w:br/>
        <w:t>Northwood House</w:t>
      </w:r>
      <w:r>
        <w:br/>
      </w:r>
      <w:r>
        <w:rPr>
          <w:b w:val="0"/>
          <w:i w:val="0"/>
        </w:rPr>
        <w:br/>
        <w:t>Greenwood Business Centre</w:t>
      </w:r>
      <w:r>
        <w:br/>
      </w:r>
      <w:r>
        <w:rPr>
          <w:b w:val="0"/>
          <w:i w:val="0"/>
        </w:rPr>
        <w:br/>
        <w:t>Regent Road</w:t>
      </w:r>
      <w:r>
        <w:br/>
      </w:r>
      <w:r>
        <w:rPr>
          <w:b w:val="0"/>
          <w:i w:val="0"/>
        </w:rPr>
        <w:br/>
        <w:t>Salford</w:t>
      </w:r>
      <w:r>
        <w:br/>
      </w:r>
      <w:r>
        <w:rPr>
          <w:b w:val="0"/>
          <w:i w:val="0"/>
        </w:rPr>
        <w:br/>
        <w:t>M5 4QH</w:t>
      </w:r>
      <w:r>
        <w:br/>
      </w:r>
      <w:r>
        <w:rPr>
          <w:b w:val="0"/>
          <w:i w:val="0"/>
        </w:rPr>
        <w:br/>
        <w:t>Tel: 0161 709 4576</w:t>
      </w:r>
    </w:p>
    <w:p>
      <w:r>
        <w:rPr>
          <w:b w:val="0"/>
          <w:i w:val="0"/>
        </w:rPr>
        <w:t>THE OUR DOGS WEBSITE</w:t>
      </w:r>
      <w:r>
        <w:br/>
      </w:r>
      <w:r>
        <w:rPr>
          <w:b w:val="0"/>
          <w:i w:val="0"/>
        </w:rPr>
        <w:br/>
        <w:t>is hosted by Resolution Computers</w:t>
      </w:r>
      <w:r>
        <w:br/>
      </w:r>
      <w:r>
        <w:rPr>
          <w:b w:val="0"/>
          <w:i w:val="0"/>
        </w:rPr>
        <w:br/>
        <w:t>For professional website design and hosting,</w:t>
      </w:r>
      <w:r>
        <w:br/>
      </w:r>
      <w:r>
        <w:rPr>
          <w:b w:val="0"/>
          <w:i w:val="0"/>
        </w:rPr>
        <w:br/>
        <w:t>Tel: 0783 667 9594</w:t>
      </w:r>
      <w:r>
        <w:br/>
      </w:r>
      <w:r>
        <w:rPr>
          <w:b w:val="0"/>
          <w:i w:val="0"/>
        </w:rPr>
        <w:br/>
        <w:t>Website: www.rescomp.net</w:t>
      </w:r>
    </w:p>
    <w:p>
      <w:r>
        <w:rPr>
          <w:b w:val="0"/>
          <w:i w:val="0"/>
        </w:rPr>
        <w:t>THE OUR DOGS WEBSITE was designed &amp; is updated</w:t>
      </w:r>
      <w:r>
        <w:br/>
      </w:r>
      <w:r>
        <w:rPr>
          <w:b w:val="0"/>
          <w:i w:val="0"/>
        </w:rPr>
        <w:br/>
        <w:t>by Adam Williams, the Our Dogs webmaster</w:t>
      </w:r>
      <w:r>
        <w:br/>
      </w:r>
      <w:r>
        <w:rPr>
          <w:b w:val="0"/>
          <w:i w:val="0"/>
        </w:rPr>
        <w:br/>
        <w:t>&amp; Chris Hogan, web development</w:t>
      </w:r>
      <w:r>
        <w:br/>
      </w:r>
      <w:r>
        <w:rPr>
          <w:b w:val="0"/>
          <w:i w:val="0"/>
        </w:rPr>
        <w:br/>
        <w:t>Contact: webmaster@ourdogs.co.uk</w:t>
      </w:r>
    </w:p>
    <w:p>
      <w:r>
        <w:rPr>
          <w:b w:val="0"/>
          <w:i w:val="0"/>
        </w:rPr>
        <w:t>© Our Dogs Publishing</w:t>
      </w:r>
      <w:r>
        <w:br/>
      </w:r>
      <w:r>
        <w:rPr>
          <w:b w:val="0"/>
          <w:i w:val="0"/>
        </w:rPr>
        <w:br/>
        <w:t>webmaster@ourdogs.co.uk</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