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- 09/09/2016 - ISSUE"</w:t>
      </w:r>
      <w:r>
        <w:br/>
      </w:r>
      <w:r>
        <w:rPr>
          <w:b w:val="0"/>
          <w:i w:val="0"/>
        </w:rPr>
        <w:br/>
        <w:t>date_original: "09/09/2016 - ISSUE"</w:t>
      </w:r>
      <w:r>
        <w:br/>
      </w:r>
      <w:r>
        <w:rPr>
          <w:b w:val="0"/>
          <w:i w:val="0"/>
        </w:rPr>
        <w:br/>
        <w:t>source_url: "https://www.ourdogs.co.uk/members/breednotes/RetrieverLabradorMain.php"</w:t>
      </w:r>
      <w:r>
        <w:br/>
      </w:r>
      <w:r>
        <w:rPr>
          <w:b w:val="0"/>
          <w:i w:val="0"/>
        </w:rPr>
        <w:br/>
        <w:t>scraped_at: "2026-09-13T15:27:59"</w:t>
      </w:r>
      <w:r>
        <w:br/>
      </w:r>
      <w:r>
        <w:rPr>
          <w:b w:val="0"/>
          <w:i w:val="0"/>
        </w:rPr>
        <w:br/>
        <w:t>word_count: 1226</w:t>
      </w:r>
    </w:p>
    <w:p>
      <w:r>
        <w:t>――――――――――――――――――――――――――――――</w:t>
      </w:r>
    </w:p>
    <w:p>
      <w:r>
        <w:rPr>
          <w:b w:val="0"/>
          <w:i w:val="0"/>
        </w:rPr>
        <w:t>NEWS MEMBERS' AREA SHOP SUBSCRIBE UPCOMING SHOWS MORE</w:t>
      </w:r>
    </w:p>
    <w:p>
      <w:r>
        <w:rPr>
          <w:b w:val="0"/>
          <w:i w:val="0"/>
        </w:rPr>
        <w:t>RETRIEVER LABRADOR</w:t>
      </w:r>
    </w:p>
    <w:p>
      <w:r>
        <w:rPr>
          <w:b w:val="0"/>
          <w:i w:val="0"/>
        </w:rPr>
        <w:t>Issue: 09/09/2016</w:t>
      </w:r>
    </w:p>
    <w:p>
      <w:r>
        <w:rPr>
          <w:b w:val="0"/>
          <w:i w:val="0"/>
        </w:rPr>
        <w:t>Labradors at the Scottish Kennel Club August show were judged by Ed Casey. From an entry of 134 the winners were Dog CC Holliday and Aulds Ramsayville Rock Festival At Farbrae . The Dog RCC was won by Marion Hopkinsons yellow Rocheby Hornblower. The Bitch CC was a quick fourth CC for Lennox and Morgans yellow Sh Ch Wilenmory Collabro whilst the Bitch RCC went to Judith Charltons yellow, Foxrush Spun Gold JW. Best Puppy was Marion Hopkinsons yellow bitch Hayley Sun in their Eyes.</w:t>
      </w:r>
    </w:p>
    <w:p>
      <w:r>
        <w:rPr>
          <w:b w:val="0"/>
          <w:i w:val="0"/>
        </w:rPr>
        <w:t>The following week the 204 Labradors entered at City of Birmingham Ch show at Stoneleigh were judged by Carole Reynolds.</w:t>
      </w:r>
    </w:p>
    <w:p>
      <w:r>
        <w:rPr>
          <w:b w:val="0"/>
          <w:i w:val="0"/>
        </w:rPr>
        <w:t>Marion Hopkinsons yellow Rocheby Hornblower went one better than his RCC at SKC and won the Dog CC, with Sharon Lamberts yellow Sh Ch Mattand Exodus taking the RCC.</w:t>
      </w:r>
    </w:p>
    <w:p>
      <w:r>
        <w:rPr>
          <w:b w:val="0"/>
          <w:i w:val="0"/>
        </w:rPr>
        <w:t xml:space="preserve">The Bitch CC and Best of Breed was a repeat of SKC for Lennox and Morgans yellow Sh Ch Willenmory Collabro adding a fifth CC to her tally. The Bitch RCC winner was Sussie and Bonnie </w:t>
      </w:r>
    </w:p>
    <w:p>
      <w:r>
        <w:rPr>
          <w:b w:val="0"/>
          <w:i w:val="0"/>
        </w:rPr>
        <w:t>Wiles black Dolehamhalt Dazzler Of Richbourne JW whilst Best Puppy, another repeat of SKC, was Marion  Hopkinsons bitch, Hayley Sun In Their Eyes.</w:t>
      </w:r>
    </w:p>
    <w:p>
      <w:r>
        <w:rPr>
          <w:b w:val="0"/>
          <w:i w:val="0"/>
        </w:rPr>
        <w:t xml:space="preserve">Best Veteran was Mrs Chris Jurys yellow bitch,  Tibblestone Sky Larkin </w:t>
      </w:r>
    </w:p>
    <w:p>
      <w:r>
        <w:rPr>
          <w:b w:val="0"/>
          <w:i w:val="0"/>
        </w:rPr>
        <w:t>No Group placing for the Labrador at Birmingham but the previous weeks Lab judge at SKC, Ed Casey, must have been thrilled to win the English Springer Spaniel CC , Best of Breed and Gundog Group 4 win under Pat Butler Holley with his new import at what I understand was his first UK show, Australian Supreme Ch Sandicam The Look Of Love. co-owned with Mr C Cavello.</w:t>
      </w:r>
    </w:p>
    <w:p>
      <w:r>
        <w:rPr>
          <w:b w:val="0"/>
          <w:i w:val="0"/>
        </w:rPr>
        <w:t>East Anglian Labrador Club Open Show is on 6th November 2016 at the Leisure and Sports Centre, Camel Road, Littleport, Ely, Cambs CB6 1PU with judge Mr A Douglas (Talard). Judging starts at 11am. Contact club secretary, Janet Cole on 01354 680375 email jcole.mrs@gmail.com for schedules or further details .</w:t>
      </w:r>
    </w:p>
    <w:p>
      <w:r>
        <w:rPr>
          <w:b w:val="0"/>
          <w:i w:val="0"/>
        </w:rPr>
        <w:t>For those of you looking for an eye testing session, the Griffon Bruxellois Club of Great Britain is holding a BVA/KC/ISDS Eye Scheme eye testing session open to all breeds, at their open show on the 2nd of October 2016 at Drayton Village Hall, Drayton, Abingdon, Oxon, OX14 4LG with veterinary ophthalmologist, James Oliver. To book, please contact by email the Club Secretary John Swinge on balthazar.k9@gmail.com. Please ensure your dog has a readable microchip and bring your KC registration certificate.</w:t>
      </w:r>
    </w:p>
    <w:p>
      <w:r>
        <w:rPr>
          <w:b w:val="0"/>
          <w:i w:val="0"/>
        </w:rPr>
        <w:t>For more information on eye testing visit www.bva.co.uk/Canine-Health-Schemes/Eye-Scheme.</w:t>
      </w:r>
    </w:p>
    <w:p>
      <w:r>
        <w:rPr>
          <w:b w:val="0"/>
          <w:i w:val="0"/>
        </w:rPr>
        <w:t xml:space="preserve">Last weeks Our Dogs contained an interesting article by vet, Steve Dean titled "Canine Herpes A breeders nightmare". The  result of this horrible virus can be either a failure to conceive, a litter failing to be carried to full term with puppies aborted or reabsorbed, a numerically small litter, or once born, fading puppies, or worst of all the loss of the whole litter of say ten healthy looking pups in the first four weeks. The article is well worth reading and keeping, so that if you ever have the misfortune of losing puppies you can be aware of what you could possibly be dealing with. </w:t>
      </w:r>
    </w:p>
    <w:p>
      <w:r>
        <w:rPr>
          <w:b w:val="0"/>
          <w:i w:val="0"/>
        </w:rPr>
        <w:t>Mary Wakeman DVM also writes on the subject. " The respiratory form of Herpes infection is minimal in its signs but is extremely important in the transmission of the disease.  It is not necessary for dogs to acquire Herpes as a venereal disease. A dog may acquire Herpes as an airborne aerosol or from aerosols on clothing". Hence keep away from coughing dogs.</w:t>
      </w:r>
    </w:p>
    <w:p>
      <w:r>
        <w:rPr>
          <w:b w:val="0"/>
          <w:i w:val="0"/>
        </w:rPr>
        <w:t xml:space="preserve">I gather that 80% of tested adult dogs show they have already encountered the Herpes virus. They can usually cope with it and it goes unnoticed but baby puppies who contract it in the uterus or in the birth canal during birth, cannot beat it off and tragically will eventually succumb.       </w:t>
      </w:r>
    </w:p>
    <w:p>
      <w:r>
        <w:rPr>
          <w:b w:val="0"/>
          <w:i w:val="0"/>
        </w:rPr>
        <w:t xml:space="preserve">As Steve Dean pointed out in his article, in recent years there has been a vaccine Eurican Herpes which we breeders throughout Europe have mostly come to rely on to protect all our litters, whether they might or might not be at risk.  Anyone who has lost a litter or a puppy from this virus would never want to see it happen again, so we normally give one Eurican Herpes injection post mating and another just before the birth, and get peace of mind. </w:t>
      </w:r>
    </w:p>
    <w:p>
      <w:r>
        <w:rPr>
          <w:b w:val="0"/>
          <w:i w:val="0"/>
        </w:rPr>
        <w:t xml:space="preserve">Unfortunately, for the past two months there has been no supply of the vaccine anywhere at all in Europe. I was trying to get hold of some to add protection to a forthcoming litter. I was even in touch with the manufacturers. I gather there has been a production problem and the vaccine is not expected to be back in production until at least the end of October. Until then, we are all on our own, Europe-wide! </w:t>
      </w:r>
    </w:p>
    <w:p>
      <w:r>
        <w:rPr>
          <w:b w:val="0"/>
          <w:i w:val="0"/>
        </w:rPr>
        <w:t>Hence, with a litter due soon, and hearing that Kennel Cough, one of the possible causes of virus spread is around again, I decided despite being entered, to forego all my entry fees and not attend any more dog shows until the litter is well and truly safely on the ground.</w:t>
      </w:r>
    </w:p>
    <w:p>
      <w:r>
        <w:rPr>
          <w:b w:val="0"/>
          <w:i w:val="0"/>
        </w:rPr>
        <w:t>On a different subject, it was Interesting to  read another article in the same copy of Our Dogs. This time,  Ronnie Irvines "And Another Thing" column last week about bullying in the dog world and that an amazing number of 45% of dog showing exhibitors say they have personally experienced it. Ronnie had not.</w:t>
      </w:r>
    </w:p>
    <w:p>
      <w:r>
        <w:rPr>
          <w:b w:val="0"/>
          <w:i w:val="0"/>
        </w:rPr>
        <w:t>Facebook seems to be one major front where the bully feels freely able to torment those they wish to demoralise.</w:t>
      </w:r>
    </w:p>
    <w:p>
      <w:r>
        <w:rPr>
          <w:b w:val="0"/>
          <w:i w:val="0"/>
        </w:rPr>
        <w:t xml:space="preserve">If you Google "bully" under Wiki there are some typical characteristics described of those who might stoop to this level and explanations as to why as grown adults they are so insecure in themselves they feel the need to be cruelly judgemental, negative and downright horrid to others involved in the same hobby, which is after all meant to be a pleasant pastime. Ronnie Irvine looked up the Oxford English Dictionary definition of  bullying, which is "using strength or influence to harm or intimidate those who are weaker." As he says, harm and intimidate are strong terms. </w:t>
      </w:r>
    </w:p>
    <w:p>
      <w:r>
        <w:rPr>
          <w:b w:val="0"/>
          <w:i w:val="0"/>
        </w:rPr>
        <w:t>Ah well, it appears any cross section of the public has a tiny proportion of negative malcontents who appear to thrive on causing hurt and upset to others. It is their loss in the long run! Looking on the bright side, the dog world is the source of long lasting friendships enjoyed by the vast majority of us helping each other through thick and thin, enabling us to make the best of whatever life throws at us, however bad it gets. Treasure those friendships and just ignore those who wish you ill. Not worth a second more of your precious time.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