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- 13/08/2021 - ISSUE"</w:t>
      </w:r>
      <w:r>
        <w:br/>
      </w:r>
      <w:r>
        <w:rPr>
          <w:b w:val="0"/>
          <w:i w:val="0"/>
        </w:rPr>
        <w:br/>
        <w:t>date_original: "13/08/2021 - ISSUE"</w:t>
      </w:r>
      <w:r>
        <w:br/>
      </w:r>
      <w:r>
        <w:rPr>
          <w:b w:val="0"/>
          <w:i w:val="0"/>
        </w:rPr>
        <w:br/>
        <w:t>source_url: "https://www.ourdogs.co.uk/members/breednotes/RetrieverLabradorMain.php"</w:t>
      </w:r>
      <w:r>
        <w:br/>
      </w:r>
      <w:r>
        <w:rPr>
          <w:b w:val="0"/>
          <w:i w:val="0"/>
        </w:rPr>
        <w:br/>
        <w:t>scraped_at: "2026-09-13T15:14:18"</w:t>
      </w:r>
      <w:r>
        <w:br/>
      </w:r>
      <w:r>
        <w:rPr>
          <w:b w:val="0"/>
          <w:i w:val="0"/>
        </w:rPr>
        <w:br/>
        <w:t>word_count: 854</w:t>
      </w:r>
    </w:p>
    <w:p>
      <w:r>
        <w:t>――――――――――――――――――――――――――――――</w:t>
      </w:r>
    </w:p>
    <w:p>
      <w:r>
        <w:rPr>
          <w:b w:val="0"/>
          <w:i w:val="0"/>
        </w:rPr>
        <w:t>NEWS MEMBERS' AREA SHOP SUBSCRIBE UPCOMING SHOWS MORE</w:t>
      </w:r>
    </w:p>
    <w:p>
      <w:r>
        <w:rPr>
          <w:b w:val="0"/>
          <w:i w:val="0"/>
        </w:rPr>
        <w:t>RETRIEVER LABRADOR</w:t>
      </w:r>
    </w:p>
    <w:p>
      <w:r>
        <w:rPr>
          <w:b w:val="0"/>
          <w:i w:val="0"/>
        </w:rPr>
        <w:t>Issue: 13/08/2021</w:t>
      </w:r>
    </w:p>
    <w:p>
      <w:r>
        <w:rPr>
          <w:b w:val="0"/>
          <w:i w:val="0"/>
        </w:rPr>
        <w:t xml:space="preserve">With Kennel Cough all about and several Labrador kennels reportedly still going down with it, I am surprised to hear that some exhibitors are in complete denial, bluffing it out and insisting on showing their probably very infectious dogs. </w:t>
      </w:r>
    </w:p>
    <w:p>
      <w:r>
        <w:rPr>
          <w:b w:val="0"/>
          <w:i w:val="0"/>
        </w:rPr>
        <w:t>Third hand, and therefore may be far from accurate, but I do hope this is not true, I was told that when an exhibitor commented to another exhibitor at one of the most recent Ch shows, Ã¢â‚¬Å"Your dog is coughing. itÃ¢â‚¬â„¢s got Kennel CoughÃ¢â‚¬Â the callous response was, Ã¢â‚¬Å"Well move away then!Ã¢â‚¬Â  Whatever are we coming to?</w:t>
      </w:r>
    </w:p>
    <w:p>
      <w:r>
        <w:rPr>
          <w:b w:val="0"/>
          <w:i w:val="0"/>
        </w:rPr>
        <w:t xml:space="preserve">If a dog is coughing, get it and all your other dogs at a show out of the venue immediately and donÃ¢â‚¬â„¢t reappear for the regulation three weeks. </w:t>
      </w:r>
    </w:p>
    <w:p>
      <w:r>
        <w:rPr>
          <w:b w:val="0"/>
          <w:i w:val="0"/>
        </w:rPr>
        <w:t>The 75th anniversary championship show of United Retriever Club was held mid week at  Malvern, once again the organisation in the able hands of Alison Scutcher and her fellow committee members. The judges were Gary Johnson and Jenny King. The winners were:-</w:t>
      </w:r>
    </w:p>
    <w:p>
      <w:r>
        <w:rPr>
          <w:b w:val="0"/>
          <w:i w:val="0"/>
        </w:rPr>
        <w:t xml:space="preserve">DCC: Carromer Chippendale (Mr M &amp; Mrs C Reynolds) made up on the day. Congratulations, </w:t>
      </w:r>
    </w:p>
    <w:p>
      <w:r>
        <w:rPr>
          <w:b w:val="0"/>
          <w:i w:val="0"/>
        </w:rPr>
        <w:t>RDCC: Naiken Elite Envoy (Ai) Jw Ir Jun Ch (Mr &amp; Mrs A R V &amp; Miss R Hodge)</w:t>
      </w:r>
    </w:p>
    <w:p>
      <w:r>
        <w:rPr>
          <w:b w:val="0"/>
          <w:i w:val="0"/>
        </w:rPr>
        <w:t>BCC: Rochevale Once Upon A Time (Miss C Rowe)</w:t>
      </w:r>
    </w:p>
    <w:p>
      <w:r>
        <w:rPr>
          <w:b w:val="0"/>
          <w:i w:val="0"/>
        </w:rPr>
        <w:t>RBCC: Ramsayville Tali Jw (Miss K &amp; Miss C OÃ¢â‚¬â„¢neill)</w:t>
      </w:r>
    </w:p>
    <w:p>
      <w:r>
        <w:rPr>
          <w:b w:val="0"/>
          <w:i w:val="0"/>
        </w:rPr>
        <w:t>BOB: Rochevale Once Upon A Time (Miss C Rowe)</w:t>
      </w:r>
    </w:p>
    <w:p>
      <w:r>
        <w:rPr>
          <w:b w:val="0"/>
          <w:i w:val="0"/>
        </w:rPr>
        <w:t xml:space="preserve">BP: Lapema Masquerade At Sandylands (Mr E &amp; Mrs E Casey &amp; Jayes) </w:t>
      </w:r>
    </w:p>
    <w:p>
      <w:r>
        <w:rPr>
          <w:b w:val="0"/>
          <w:i w:val="0"/>
        </w:rPr>
        <w:t xml:space="preserve">Best Veteran was Killanow Sentinal at Daisypatch Heather Chapman </w:t>
      </w:r>
    </w:p>
    <w:p>
      <w:r>
        <w:rPr>
          <w:b w:val="0"/>
          <w:i w:val="0"/>
        </w:rPr>
        <w:t>Puppy Group Judge: Mrs J Ward (Mianja)</w:t>
      </w:r>
    </w:p>
    <w:p>
      <w:r>
        <w:rPr>
          <w:b w:val="0"/>
          <w:i w:val="0"/>
        </w:rPr>
        <w:t>BEST PUPPY IN SHOW: Lapema Masquerade At Sandylands Breed: Retriever (Labrador) (Mr E &amp; Mrs E Casey &amp; Jayes)</w:t>
      </w:r>
    </w:p>
    <w:p>
      <w:r>
        <w:rPr>
          <w:b w:val="0"/>
          <w:i w:val="0"/>
        </w:rPr>
        <w:t xml:space="preserve">The following Saturday Paignton was held. Yet again a brilliant day for the Sandylands kennel with their dogs in the skilled hands of Ed Casey who shows such great empathy with dogs of all breeds. </w:t>
      </w:r>
    </w:p>
    <w:p>
      <w:r>
        <w:rPr>
          <w:b w:val="0"/>
          <w:i w:val="0"/>
        </w:rPr>
        <w:t>The results saw Ed doing so well winning the Gundog Puppy Group with the kennels Springer Spaniel puppy, but also taking Group 4 with their Labrador puppy Lapema Masquerade at Sandylands under Ernie Patterson. She had previously gone Best Puppy in show at United Retriever just three days beforehand.</w:t>
      </w:r>
    </w:p>
    <w:p>
      <w:r>
        <w:rPr>
          <w:b w:val="0"/>
          <w:i w:val="0"/>
        </w:rPr>
        <w:t xml:space="preserve">Mr I Richardson </w:t>
      </w:r>
    </w:p>
    <w:p>
      <w:r>
        <w:rPr>
          <w:b w:val="0"/>
          <w:i w:val="0"/>
        </w:rPr>
        <w:t xml:space="preserve">BOB: 692 Jayes, Mrs E &amp; Casey, Mr E Sandylands Hit The Road </w:t>
      </w:r>
    </w:p>
    <w:p>
      <w:r>
        <w:rPr>
          <w:b w:val="0"/>
          <w:i w:val="0"/>
        </w:rPr>
        <w:t>Dog CC: 692 Jayes, Mrs E &amp; Casey, Mr E Sandylands Hit The Road</w:t>
      </w:r>
    </w:p>
    <w:p>
      <w:r>
        <w:rPr>
          <w:b w:val="0"/>
          <w:i w:val="0"/>
        </w:rPr>
        <w:t>Res Dog CC: 651 Braddon, Mrs F &amp; Braddon, Mr D Sh Ch Trendlewood Born to Run JW</w:t>
      </w:r>
    </w:p>
    <w:p>
      <w:r>
        <w:rPr>
          <w:b w:val="0"/>
          <w:i w:val="0"/>
        </w:rPr>
        <w:t>Bitch CC: 693 Jayes, Mrs E &amp; Casey, Mr E Sandylands High Time</w:t>
      </w:r>
    </w:p>
    <w:p>
      <w:r>
        <w:rPr>
          <w:b w:val="0"/>
          <w:i w:val="0"/>
        </w:rPr>
        <w:t>Res Bitch CC: 743 Wallace, Mrs J A Tiaja Love In The Sun</w:t>
      </w:r>
    </w:p>
    <w:p>
      <w:r>
        <w:rPr>
          <w:b w:val="0"/>
          <w:i w:val="0"/>
        </w:rPr>
        <w:t>Best Puppy: 656 Casey, Mr E &amp; Jayes, Mrs E Lapema Masquerade at Sandylands</w:t>
      </w:r>
    </w:p>
    <w:p>
      <w:r>
        <w:rPr>
          <w:b w:val="0"/>
          <w:i w:val="0"/>
        </w:rPr>
        <w:t>Best Veteran: 735 Scutcher, Mrs A Winsleywood Wild Honey JW Sh.CM</w:t>
      </w:r>
    </w:p>
    <w:p>
      <w:r>
        <w:rPr>
          <w:b w:val="0"/>
          <w:i w:val="0"/>
        </w:rPr>
        <w:t xml:space="preserve">I had a lovely email from Keirston ONeil outlining the joy our hobby can bring and the familyÃ¢â‚¬â„¢s experience of owning their first show dog, the black bitch, now Show Champion Ramsayville Tali handled by Celine, co owned with Kirsten and recently made up. </w:t>
      </w:r>
    </w:p>
    <w:p>
      <w:r>
        <w:rPr>
          <w:b w:val="0"/>
          <w:i w:val="0"/>
        </w:rPr>
        <w:t xml:space="preserve">Keirston wrote, Ã¢â‚¬Å"So, we were amazed, once again, to be awarded the bitch CC at Bath on Saturday under Anne Hoban! Then we went BOB too. </w:t>
      </w:r>
    </w:p>
    <w:p>
      <w:r>
        <w:rPr>
          <w:b w:val="0"/>
          <w:i w:val="0"/>
        </w:rPr>
        <w:t>Celene was delighted to go into the Bath Gundog Group with Tali and they gave their best effort in the ring!</w:t>
      </w:r>
    </w:p>
    <w:p>
      <w:r>
        <w:rPr>
          <w:b w:val="0"/>
          <w:i w:val="0"/>
        </w:rPr>
        <w:t xml:space="preserve">I know Higham Press had only got me down as owner (corrected now), but Tali is jointly owned by myself and Celene, the latter doing all the hard work in the ring! </w:t>
      </w:r>
    </w:p>
    <w:p>
      <w:r>
        <w:rPr>
          <w:b w:val="0"/>
          <w:i w:val="0"/>
        </w:rPr>
        <w:t xml:space="preserve">Our first CC was in October 2019. Then once shows had restarted in July 2021 Tali won 3 more CCÃ¢â‚¬â„¢s in quick succession. </w:t>
      </w:r>
    </w:p>
    <w:p>
      <w:r>
        <w:rPr>
          <w:b w:val="0"/>
          <w:i w:val="0"/>
        </w:rPr>
        <w:t xml:space="preserve">Truly amazing for us Ã¢â‚¬Å"newbiesÃ¢â‚¬Â!  We were flabberghasted when she won the 1st CC back in October 2019 under Andy Metcalfe. Then the enjoyment of  TaliÃ¢â‚¬â„¢s continued success together with flying the Ramsayville flag along with her breeder Margaret Brown and family! </w:t>
      </w:r>
    </w:p>
    <w:p>
      <w:r>
        <w:rPr>
          <w:b w:val="0"/>
          <w:i w:val="0"/>
        </w:rPr>
        <w:t>WeÃ¢â‚¬â„¢re always prepared for an up or a down ride with this super show dog weÃ¢â‚¬â„¢ve got, but we never forget, she is above all our pet dog too!Ã¢â‚¬Â</w:t>
      </w:r>
    </w:p>
    <w:p>
      <w:r>
        <w:rPr>
          <w:b w:val="0"/>
          <w:i w:val="0"/>
        </w:rPr>
        <w:t xml:space="preserve">What a joy to make up oneÃ¢â‚¬â„¢s first ever show dog into a Champion and so lucky that she was bred in a great kennel with her stamp of quality deeply embedded over so many years. A well deserved pat on the back, Margaret and Andrew!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