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- 26/07/2002"</w:t>
      </w:r>
      <w:r>
        <w:br/>
      </w:r>
      <w:r>
        <w:rPr>
          <w:b w:val="0"/>
          <w:i w:val="0"/>
        </w:rPr>
        <w:br/>
        <w:t>date_original: "26/07/2002"</w:t>
      </w:r>
      <w:r>
        <w:br/>
      </w:r>
      <w:r>
        <w:rPr>
          <w:b w:val="0"/>
          <w:i w:val="0"/>
        </w:rPr>
        <w:br/>
        <w:t>source_url: "https://www.ourdogs.co.uk/members/breednotes/2002/RetrieverLabrador/July2002/RetrieverLabrador260702.htm"</w:t>
      </w:r>
      <w:r>
        <w:br/>
      </w:r>
      <w:r>
        <w:rPr>
          <w:b w:val="0"/>
          <w:i w:val="0"/>
        </w:rPr>
        <w:br/>
        <w:t>archive_type: "static_html"</w:t>
      </w:r>
      <w:r>
        <w:br/>
      </w:r>
      <w:r>
        <w:rPr>
          <w:b w:val="0"/>
          <w:i w:val="0"/>
        </w:rPr>
        <w:br/>
        <w:t>scraped_at: "2026-09-13T22:19:00"</w:t>
      </w:r>
      <w:r>
        <w:br/>
      </w:r>
      <w:r>
        <w:rPr>
          <w:b w:val="0"/>
          <w:i w:val="0"/>
        </w:rPr>
        <w:br/>
        <w:t>word_count: 1294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Three Ridings Lab Club will be holding an open to all breeds, BVA eye-testing clinic on Saturday 10th August 2002 at Kirk Deighton Community Centre, Nr Wetherby. The Opthamologist will be Mr D Habin BVM and S, MRCVS, DV Opthal. Price £15 per dog. Please bring KC registration Certificates. For appointments, please ring the Secretary, Mrs M P Gill 01943 467926 or the Chairman, Mr JB Rooth 01405 785262. Appointments may otherwise be booked upon arrival, but be prepared to wait if necessary.</w:t>
      </w:r>
    </w:p>
    <w:p>
      <w:r>
        <w:rPr>
          <w:b w:val="0"/>
          <w:i w:val="0"/>
        </w:rPr>
        <w:t>Labrador day at South Wales Kennel Association Ch show was Thursday, the first day of the four-day show. In tune with several other shows so far this year, the weather looked unsettled and sure enough, just as the dog classes commenced outside at 9am, the sky grew steadily more and more dark and very soon heavy rain was descending in stair-rods, drenching exhibitors and judge alike. The outside ring was temporarily abandoned and judging recommenced in the wet weather ring.</w:t>
      </w:r>
    </w:p>
    <w:p>
      <w:r>
        <w:rPr>
          <w:b w:val="0"/>
          <w:i w:val="0"/>
        </w:rPr>
        <w:t>Luckily however, the storm, although sharp, was of short duration. Very soon the sunshine broke through and the rest of the day was warm, bright and sunny with judging once again outside.</w:t>
      </w:r>
    </w:p>
    <w:p>
      <w:r>
        <w:rPr>
          <w:b w:val="0"/>
          <w:i w:val="0"/>
        </w:rPr>
        <w:t>Our judges were breed specialists Mrs Carole Reynolds (Carromer) dogs and Mrs Margeret Grant (Simandem), bitches. Whilst Carole started her judging at 9am and caught the rain, the bitch judging, which was scheduled for 10am, was delayed until 10.30am, to assist those exhibitors held up in traffic on the nearby Motorway following an accident.</w:t>
      </w:r>
    </w:p>
    <w:p>
      <w:r>
        <w:rPr>
          <w:b w:val="0"/>
          <w:i w:val="0"/>
        </w:rPr>
        <w:t>As my young dog puppy had decided to drop his coat, he was left at home and this thankfully meant that I did not have to arrive at the crack of dawn for the first class of the day, but could take things more leisurely. By the time I drove onto the car-park the deluge, through which I had driven, was coming to a conclusion and welcoming sunshine was just emerging. Within a few minutes the sky was completely blue with the odd puffy white cloud and luckily this weather stayed for the remainder of the show.</w:t>
      </w:r>
    </w:p>
    <w:p>
      <w:r>
        <w:rPr>
          <w:b w:val="0"/>
          <w:i w:val="0"/>
        </w:rPr>
        <w:t>Benching the dogs I wondered what the day ahead heralded, since I noted with some trepidation that my Bowstones Martha Blacks ring number was the traditionally avoided by many, 1313. Double unlucky or what?</w:t>
      </w:r>
    </w:p>
    <w:p>
      <w:r>
        <w:rPr>
          <w:b w:val="0"/>
          <w:i w:val="0"/>
        </w:rPr>
        <w:t>I have a thing about unique, or auspicious numbers, Ch Bowstones Carruthers, born on the 13th of the month, having won his very first CC when the car mileometer eye-catchingly turned to 77,777 (all the 7s) just as I arrived on the car-park that particular day. This time, the evening before SWKA, my husband commented that unusually, just as he parked his car, the instruments all read 18s, temperature 18 degrees, time 18.18pm. Here I was now at SWKA holding a bench card with 1313, two 13s, on it. What lay ahead?</w:t>
      </w:r>
    </w:p>
    <w:p>
      <w:r>
        <w:rPr>
          <w:b w:val="0"/>
          <w:i w:val="0"/>
        </w:rPr>
        <w:t>Well, I can tell you, the auspicious numbers once again proved thought provoking. By the end of the day, my black bitch, Bowstones Martha Black (Ch Bowstones Carruthers ex Sh Ch Bowstones Susanna) had won her crowning 3rd CC, her 3rd Best of Breed and then went on to win 3rd in the Gundog Group, she also has 3 RCCs (more numbers, all the 3s this time!). To say I was over-joyed would be an understatement. The new Sh Ch Bowstones Martha Black becomes the Bowstones kennels 14th home bred champion, my mother, the late Irene Booth breeding the Cavalier and Shih Tzu champions and myself the Labradors.</w:t>
      </w:r>
    </w:p>
    <w:p>
      <w:r>
        <w:rPr>
          <w:b w:val="0"/>
          <w:i w:val="0"/>
        </w:rPr>
        <w:t>The Res Bitch CC was won by Lynne Minchellas black Abbeystead Tranquill ( Ch Cambremer Tom Cobbley of Charway ex Sh Ch Frostfire Dawn Chorus at Abbeystead).</w:t>
      </w:r>
    </w:p>
    <w:p>
      <w:r>
        <w:rPr>
          <w:b w:val="0"/>
          <w:i w:val="0"/>
        </w:rPr>
        <w:t>In the dog ring the Dog CC was won by yet another Lembas exhibit, bred by Chris and Claire Mills, continuing this kennels tremendous run over the past few weeks. Carole awarded a first CC to the black dog Lembas Guys Last Fling (Ch Sandylands My Guy ex Lembas Midnight at the Oasis), whilst the Res Dog CC went to another black, Mr and Mrs Neals Amberstope Blue Moon ( Rocheby Navy Blue ex Carromers Heaven Sent at Amberstope). Best Puppy was Maxine Crocker-Williams Alkhamhurst Sinatra.</w:t>
      </w:r>
    </w:p>
    <w:p>
      <w:r>
        <w:rPr>
          <w:b w:val="0"/>
          <w:i w:val="0"/>
        </w:rPr>
        <w:t>I must say Labrador folk are so warm and generous with their congratulations. I was utterly overwhelmed by the kindness and enthusiasm expressed by so very many of you on the day, and by the cards, flowers and bottles of plonk which arrived during the following days, not to forget the bone for Martha! A very big thank you to you all.</w:t>
      </w:r>
    </w:p>
    <w:p>
      <w:r>
        <w:rPr>
          <w:b w:val="0"/>
          <w:i w:val="0"/>
        </w:rPr>
        <w:t>News from Paddy Mott On Sunday 9th June 2002 North West LRC held a Gundog Training Demonstration morning. This was organised by the Working Test Secretary, Mr K Jackson, Mr A Fryer and the other members from the working side of the club. 20 members, mainly from the show side attended. A super morning was had by all. It was a cold wet morning and we started with a demonstration of basic obedience which gradually advancing towards field trial standards. We were taken from fairly flat ground to rough terrain and afterwards some hard walking to the lake.</w:t>
      </w:r>
    </w:p>
    <w:p>
      <w:r>
        <w:rPr>
          <w:b w:val="0"/>
          <w:i w:val="0"/>
        </w:rPr>
        <w:t>A well trained, well mannered Retriever should walk quickly at heel, neither ahead of his handler, nor lagging behind, this and other terminology was explained and demonstrated by handlers and dogs. Whining is an objectionable habit. All questions were answered and advice given. It is now hoped that training classes can be started soon and that the Show Gundog Working Certificate will not be just a dream.</w:t>
      </w:r>
    </w:p>
    <w:p>
      <w:r>
        <w:rPr>
          <w:b w:val="0"/>
          <w:i w:val="0"/>
        </w:rPr>
        <w:t>Thank you for a very enjoyable morning. Many thanks for this Paddy.</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