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Dec 2004"</w:t>
      </w:r>
      <w:r>
        <w:br/>
      </w:r>
      <w:r>
        <w:rPr>
          <w:b w:val="0"/>
          <w:i w:val="0"/>
        </w:rPr>
        <w:br/>
        <w:t>date_original: "31 Dec 2004"</w:t>
      </w:r>
      <w:r>
        <w:br/>
      </w:r>
      <w:r>
        <w:rPr>
          <w:b w:val="0"/>
          <w:i w:val="0"/>
        </w:rPr>
        <w:br/>
        <w:t>source_url: "https://www.ourdogs.co.uk/members/breednotes/2004/RetrieverLabrador/RetrieverLabrador-dec31.htm"</w:t>
      </w:r>
      <w:r>
        <w:br/>
      </w:r>
      <w:r>
        <w:rPr>
          <w:b w:val="0"/>
          <w:i w:val="0"/>
        </w:rPr>
        <w:br/>
        <w:t>archive_type: "static_html"</w:t>
      </w:r>
      <w:r>
        <w:br/>
      </w:r>
      <w:r>
        <w:rPr>
          <w:b w:val="0"/>
          <w:i w:val="0"/>
        </w:rPr>
        <w:br/>
        <w:t>scraped_at: "2026-09-13T22:13:23"</w:t>
      </w:r>
      <w:r>
        <w:br/>
      </w:r>
      <w:r>
        <w:rPr>
          <w:b w:val="0"/>
          <w:i w:val="0"/>
        </w:rPr>
        <w:br/>
        <w:t>word_count: 969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‘On Sunday 12 December, our good friend Gunilla Andersson passed away after a short spell in hospital. I think everyone knew that she had had a lung transplant several years ago, and this gave her a new lease of life that sadly ended too soon. She was a talented breeder and many kennels in Sweden can be thankful for her, as she helped start many of them off with an Aroscas dog.</w:t>
      </w:r>
    </w:p>
    <w:p>
      <w:r>
        <w:rPr>
          <w:b w:val="0"/>
          <w:i w:val="0"/>
        </w:rPr>
        <w:t>‘Gunilla had been a doggy person all her life. She was born in a family, which had two Springer Spaniels and later on Boxers. In fact she got her own Boxer puppy when she was just seven. She met her husband Leif in 1960, and didn’t know then that he was afraid of dogs - he did not say anything about it and she always brought her Boxer to their meetings!</w:t>
      </w:r>
    </w:p>
    <w:p>
      <w:r>
        <w:rPr>
          <w:b w:val="0"/>
          <w:i w:val="0"/>
        </w:rPr>
        <w:t>‘Gunilla and Leif bought their first show Labrador in 1965. They were lucky to have a fabulous start with their breeding program, making up the bitches INT. SWED &amp; NOR. CH. Aroscas Arosca, and SWED &amp; FIN. CH. Aroscas Arabesc, from the first litter. Arosca was mated to Sandylands Alpha, which produced INT. &amp; NORD CH. &amp; SWED FT.CH. Aroscas Fight, who was a BIS winner and had 13 group wins.</w:t>
      </w:r>
    </w:p>
    <w:p>
      <w:r>
        <w:rPr>
          <w:b w:val="0"/>
          <w:i w:val="0"/>
        </w:rPr>
        <w:t>‘In 1968 they obtained Sandylands Mamba from Mrs Gwen Broadley. Mamba became an INT. SWED &amp; FIN. CH &amp; SWED FT.CH. and was also Sweden's most winning Retriever in field trials in 1971. She was mated to Aroscas Fight and out of that came the very nice siblings INT. SWED &amp; FIN.CH. Aroscas Moondust and SWED CH. Aroscas Moonbeam.</w:t>
      </w:r>
    </w:p>
    <w:p>
      <w:r>
        <w:rPr>
          <w:b w:val="0"/>
          <w:i w:val="0"/>
        </w:rPr>
        <w:t>‘They also imported and made up SWED, FIN. &amp; NOR. CH. Sandylands Midnight Maestro, INT. SWED &amp; FIN. CH. Sandylands Happy Jim, and INT. SWED, DK &amp; GERM CH. Sandylands Night Flight.</w:t>
      </w:r>
    </w:p>
    <w:p>
      <w:r>
        <w:rPr>
          <w:b w:val="0"/>
          <w:i w:val="0"/>
        </w:rPr>
        <w:t>‘In 1978 breeding via AI, they mated Sandylands Blaze to their imported Rocheby Sea Witch and this produced their BIS winner, SWED CH. Aroscas I´m Queens Blaze. They also used AI from Blaze on SWED CH. Aroscas Funny Black Sovereign and kept Aroscas Amazing Grace, who won 2 CC's. SWED CH. Aroscas Moon Beam was mated by AI to Sandylands Charlston and from this came NOR.CH. Aroscas Happy New Year Danceman, a BIS winner. Her kennel was based on, and closely associated with Sandylands, and Gwen Broadley imported the yellow male Sandylands Aroscas Welshman’s Son who won a CC in the UK.</w:t>
      </w:r>
    </w:p>
    <w:p>
      <w:r>
        <w:rPr>
          <w:b w:val="0"/>
          <w:i w:val="0"/>
        </w:rPr>
        <w:t>‘In total, Gunilla and Leif bred or owned about 45 Champions over the years and have always worked them. They also owned/bred 5 Field Trial Champions, 4 of them were also Show Champions. Gunilla’s latest venture was her beloved Lagotto Romagnolos, and her first Lagotto became a SWED CH. quite quickly.</w:t>
      </w:r>
    </w:p>
    <w:p>
      <w:r>
        <w:rPr>
          <w:b w:val="0"/>
          <w:i w:val="0"/>
        </w:rPr>
        <w:t>‘She enjoyed judging and her opinion was highly sought after. She last gave CC’s in the UK in March at the KSS LRC Championship show, and had previously judged in America, France, Ireland, Switzerland as well as in Scandanavia. Gunilla was a most welcoming hostess to visitors, and a lot of UK judges and Labrador enthusiasts were fortunate to enjoy the hospitality of the Anderssons, and especially to enjoy Gunilla’s cooking!</w:t>
      </w:r>
    </w:p>
    <w:p>
      <w:r>
        <w:rPr>
          <w:b w:val="0"/>
          <w:i w:val="0"/>
        </w:rPr>
        <w:t>‘She was a determined lady, who knew what she wanted from her dogs, and liked to say it how it was. She was a very frequent visitor to our shores and made a great many friends in the UK. The Labrador world has lost another great breeder, and we have lost a very good personal friend and will miss her terribly. Our thoughts are with Leif and her family at this difficult time.</w:t>
      </w:r>
    </w:p>
    <w:p>
      <w:r>
        <w:rPr>
          <w:b w:val="0"/>
          <w:i w:val="0"/>
        </w:rPr>
        <w:t>‘From all her friends in the UK.</w:t>
      </w:r>
      <w:r>
        <w:br/>
      </w:r>
      <w:r>
        <w:rPr>
          <w:b w:val="0"/>
          <w:i w:val="0"/>
        </w:rPr>
        <w:b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