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Feb 2007"</w:t>
      </w:r>
      <w:r>
        <w:br/>
      </w:r>
      <w:r>
        <w:rPr>
          <w:b w:val="0"/>
          <w:i w:val="0"/>
        </w:rPr>
        <w:br/>
        <w:t>date_original: "2 Feb 2007"</w:t>
      </w:r>
      <w:r>
        <w:br/>
      </w:r>
      <w:r>
        <w:rPr>
          <w:b w:val="0"/>
          <w:i w:val="0"/>
        </w:rPr>
        <w:br/>
        <w:t>source_url: "https://www.ourdogs.co.uk/members/breednotes/2007/RetrieverLabrador/RetrieverLabrador-feb2.htm"</w:t>
      </w:r>
      <w:r>
        <w:br/>
      </w:r>
      <w:r>
        <w:rPr>
          <w:b w:val="0"/>
          <w:i w:val="0"/>
        </w:rPr>
        <w:br/>
        <w:t>archive_type: "static_html"</w:t>
      </w:r>
      <w:r>
        <w:br/>
      </w:r>
      <w:r>
        <w:rPr>
          <w:b w:val="0"/>
          <w:i w:val="0"/>
        </w:rPr>
        <w:br/>
        <w:t>scraped_at: "2026-09-13T22:06:52"</w:t>
      </w:r>
      <w:r>
        <w:br/>
      </w:r>
      <w:r>
        <w:rPr>
          <w:b w:val="0"/>
          <w:i w:val="0"/>
        </w:rPr>
        <w:br/>
        <w:t>word_count: 1803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Still getting ready for my holiday. Please print on date shown. Many thanks Ann Labrador Retriever Breed Notes for 2nd February 2007</w:t>
      </w:r>
    </w:p>
    <w:p>
      <w:r>
        <w:rPr>
          <w:b w:val="0"/>
          <w:i w:val="0"/>
        </w:rPr>
        <w:t>This week I review the Bitch CC with BOB winners of 2006.There were 25 different CC winning bitches in 2006.</w:t>
      </w:r>
    </w:p>
    <w:p>
      <w:r>
        <w:rPr>
          <w:b w:val="0"/>
          <w:i w:val="0"/>
        </w:rPr>
        <w:t>The top winning bitch in 2006 was the Brown family’s black Sh Ch Ramsayville Roisin, (Sh Ch Poolstead Pumpkin x Talard Running Wild at Ramsayville), now coming up to 6 years of age, she was born in March 2001 and in 2006 won a further 7CC and 4BOBs.</w:t>
      </w:r>
    </w:p>
    <w:p>
      <w:r>
        <w:rPr>
          <w:b w:val="0"/>
          <w:i w:val="0"/>
        </w:rPr>
        <w:t>She won at the Welsh Lab club under Anthony Allen: East Anglian LRC under Maxine Crocker Williams: Kent Surrey and Sussex with BOB under Mark Rawlinson, judging bitches, and co- judge Mrs C Wilkins: the National Dog Show Birmingham with BOB, under bitch judge David Craig, and co-judge, Jean Allen: East of Eng with BOB under bitch judge Geoff Allen, and co judge, Margaret Coddington: Richmond under Di Beckett and Gundog Breeds of Scotland, where she also went BOB under Jane Rawlinson. She has now 16 CCs &amp;7 BOBs and Best in Show awards at Lab Club of Northern Ireland in 2004, 2005, at KSS LRC 2006 plus 10RCCs, to her name.</w:t>
      </w:r>
    </w:p>
    <w:p>
      <w:r>
        <w:rPr>
          <w:b w:val="0"/>
          <w:i w:val="0"/>
        </w:rPr>
        <w:t>What a star!</w:t>
      </w:r>
      <w:r>
        <w:br/>
      </w:r>
      <w:r>
        <w:rPr>
          <w:b w:val="0"/>
          <w:i w:val="0"/>
        </w:rPr>
        <w:br/>
        <w:t>Taking the show-world by storm in mid summer was Noelene Dodd and Mrs Holts yellow, Sh Ch Eneleon Amber JW ShCM, (Cricklecreek Cruising Along x Trendlewood Ruby Tuesday) who was born in September 2004 and made up at just 2 years of age.</w:t>
      </w:r>
    </w:p>
    <w:p>
      <w:r>
        <w:rPr>
          <w:b w:val="0"/>
          <w:i w:val="0"/>
        </w:rPr>
        <w:t>Her litter brother, Eneleon Tigers Eye had been exported as a youngster to the Gents in Australia and was already made up there, but Amber caught him up in style in the UK. She won 4CCs and 3BOB. Her first CC was from Linda McGillivray at WKC, followed by CC at Northumberland and Durham LRC with BIS, under judges Caron Morton (B) and co-judge was Margaret Brown. She repeated the win including BIS once again, at North West Lab Club, under bitch judge Lynne Minchella, and co- judge, Mary O’Donaghue. This was followed by the CC with BOB at Gundog Society of Wales, under bitch judge Shaun Williamson and his co judge Isobel Key.</w:t>
      </w:r>
    </w:p>
    <w:p>
      <w:r>
        <w:rPr>
          <w:b w:val="0"/>
          <w:i w:val="0"/>
        </w:rPr>
        <w:t>Italian exhibitor, Franco Barberi’s yellow Sh Ch Loch Mor Sugar, (Int. Fin Ch Follies Storm Petrel x It Ch Heatherborne Pure Satin), born in August 2002, won 3CCs, 2BOB and a Group 2 during the year. She impressively won the CC at Crufts under Jim Nolan; at Midland Counties Lab Club she won the CC under Frank Whitbread and was Best in Show under co judge Rosemary Hewitt. At WELKS she was made up, winning the CC and BOB under Fiona Braddon and going on to GP2 under Ernie Darby. She had already won a great deal all over Europe and was 31/2years old when she gained her UK title</w:t>
      </w:r>
    </w:p>
    <w:p>
      <w:r>
        <w:rPr>
          <w:b w:val="0"/>
          <w:i w:val="0"/>
        </w:rPr>
        <w:t>Linda McGillivray’s yellow Sh Ch Antonine Allure JW (Sh Ch Ramsayville Route Sixty Six JW x Trailblazer of Antonine) born in March 2004, won 3CCs and1BOB. She won at SKC with BOB under judge David Hepper , at Midland Counties under Gordon Howells, and at LKA under Brenda Taylor.</w:t>
      </w:r>
    </w:p>
    <w:p>
      <w:r>
        <w:rPr>
          <w:b w:val="0"/>
          <w:i w:val="0"/>
        </w:rPr>
        <w:t>The Brown family’s new acquisition, the yellow Alanwood Spring Breeze over Ramsayville (Greenworth Odds Against x Alanwood Lady Jasmine) born April 2004, won 2CCs both with BOB. She won at Driffield under Judith Charlton and at West of England Lab Club under Alan Taylor.</w:t>
      </w:r>
      <w:r>
        <w:br/>
      </w:r>
      <w:r>
        <w:rPr>
          <w:b w:val="0"/>
          <w:i w:val="0"/>
        </w:rPr>
        <w:br/>
        <w:t>Mervyn and Carole Reynolds yellow, born September 2002, Sh Ch Carromer Too Hot To Handle JW (Carromers Spitfire x Carromers Sea Breeze) won 2CCs and 1BOB during 2006. She was made up at Bournemouth under June Mason-Minns. Her two previous CCs, won in 2005 came from Maurice Given (Blackpool) and Mason Minns (Leeds). Once made up she won another CC from Margaret Gawthorpe at the City of Birmingham Ch show.</w:t>
      </w:r>
    </w:p>
    <w:p>
      <w:r>
        <w:rPr>
          <w:b w:val="0"/>
          <w:i w:val="0"/>
        </w:rPr>
        <w:t>Debbie Bishop’s black, Demadon Diamond By Design (Trendlewood Rainstorm x Trendlewood Rhythm n Blues at Demadon) won 2CCs and 1BOB. She won at Blackpool with BOB under bitch judge Heather Wiles Fone and BOB under co-judge Erica Jayes, and the CC at Belfast under Carole Reynolds.</w:t>
      </w:r>
    </w:p>
    <w:p>
      <w:r>
        <w:rPr>
          <w:b w:val="0"/>
          <w:i w:val="0"/>
        </w:rPr>
        <w:t>Felicity and Kira Leith Ross’s black, born in November 1999, Sh Ch Int Fr Tr Pooles Memory of Tintagel Winds (Ch Carromers Charlie Chalk x Tr Lasting Memory of Tintagel Winds) had already had an extremely successful career in Europe before she came to the UK. In 2004 she won the CC at the Lab Club under Liz Cartledge, later that year winning another CC under Louise Blunt at Gundog Breeds of Scotland. In 2006 she won another 2CCs and1BOB. She was made up at Cotswold and Wyevern Lab Club 2006 under Miss E Rautala going Best in show under co-judge Peggy Rae. She also won the CC at National Gundog under Mrs Agnes May Pollock.</w:t>
      </w:r>
    </w:p>
    <w:p>
      <w:r>
        <w:rPr>
          <w:b w:val="0"/>
          <w:i w:val="0"/>
        </w:rPr>
        <w:t>Winning 1CC with Best of Breed were:- Mrs Wojciks black Courtrose Lola( Ch Cambremer Tom Cobbley of Charway x Courtrose Faithful Phoebe) born in August 2000. She won the CC and BOB under Linda Heron at Three Counties.</w:t>
      </w:r>
    </w:p>
    <w:p>
      <w:r>
        <w:rPr>
          <w:b w:val="0"/>
          <w:i w:val="0"/>
        </w:rPr>
        <w:t>David Craig and Angela Williams chocolate, Foulby Last Hope(Foulby Johnny Miller at Cornlands x Sh Ch Foulby Agatha Christie) born in November 2003, won the CC and BOB at Border Union under Margaret Robinson</w:t>
      </w:r>
    </w:p>
    <w:p>
      <w:r>
        <w:rPr>
          <w:b w:val="0"/>
          <w:i w:val="0"/>
        </w:rPr>
        <w:t>Mr and Mrs Anthony and Erica Jayes, yellow, Goldfinch of Sandylands (Sh Ch Sandylands Gadabout x Combroke Wagtail), born in May 2003, won one CC and BOB Already having 2 CCs to her name, she was made up at Bath 2006 under Tom Grant and Oonagh Gore.</w:t>
      </w:r>
    </w:p>
    <w:p>
      <w:r>
        <w:rPr>
          <w:b w:val="0"/>
          <w:i w:val="0"/>
        </w:rPr>
        <w:t>The Hodge family’s black Naiken Russian Rhythm JW (Ramsayville Rogue Trader x Naiken Old Curiosity) born in November 2003 won the CC (her 2nd) with BOB at Paignton under judges Richard Stafford and Murray Armstrong.</w:t>
      </w:r>
    </w:p>
    <w:p>
      <w:r>
        <w:rPr>
          <w:b w:val="0"/>
          <w:i w:val="0"/>
        </w:rPr>
        <w:t>Leigh Lesley’s black, Steeleigh Star Performer JW (Keenes Seafarers Star JW x Steeleigh Worth the Wait JW), born in March 2002, won the CC, (her 2nd), and BIS at the Lab Club of Scotland under Isobel Key and Audrey Hayward.</w:t>
      </w:r>
    </w:p>
    <w:p>
      <w:r>
        <w:rPr>
          <w:b w:val="0"/>
          <w:i w:val="0"/>
        </w:rPr>
        <w:t>Mr and Mrs Anthony and Erica Jayes, yellow, Sh Ch Sandylands Wait Awhile (Sh Ch Rocheby Whisky Mac x Rocheby Purple Shades at Sandylands), added 1CC with Best in Show at Three Ridings Lab Club under judges Gary Johnson (B) and John Thirlwell.</w:t>
      </w:r>
    </w:p>
    <w:p>
      <w:r>
        <w:rPr>
          <w:b w:val="0"/>
          <w:i w:val="0"/>
        </w:rPr>
        <w:t>Fiona Braddon’s yellow, Ch Trendlewood Perfect Day (Cremino Corn Barley x Trendlewood Double Silk) born September 2000, ably shown on the day by Debbie Bishop, added the CC and Best in Show at the Labrador Club to her tally.</w:t>
      </w:r>
    </w:p>
    <w:p>
      <w:r>
        <w:rPr>
          <w:b w:val="0"/>
          <w:i w:val="0"/>
        </w:rPr>
        <w:t>Winning one CC (set out alphabetically): -</w:t>
      </w:r>
      <w:r>
        <w:br/>
      </w:r>
      <w:r>
        <w:rPr>
          <w:b w:val="0"/>
          <w:i w:val="0"/>
        </w:rPr>
        <w:br/>
        <w:t>The Allan family’s yellow, born in June 2002, Allenies Jezzabel JW (Rocheby Old Smokey x Carromers Imogen of Allenie) won under Karl Gawthorpe at SKC (August). SKC</w:t>
      </w:r>
      <w:r>
        <w:br/>
      </w:r>
      <w:r>
        <w:rPr>
          <w:b w:val="0"/>
          <w:i w:val="0"/>
        </w:rPr>
        <w:br/>
        <w:t>Sue Marskell and her husband’s black, born in August 2002, Sh Ch Beroleee Moons Magic Star JW (Lembas to the Moon and Back JW x Berolee Black Magic), won at Windsor under Dale Elliott. This was her 4th CC.</w:t>
      </w:r>
    </w:p>
    <w:p>
      <w:r>
        <w:rPr>
          <w:b w:val="0"/>
          <w:i w:val="0"/>
        </w:rPr>
        <w:t>Peggy Rae’s yellow, born September 2002, Sh Ch Cornlands Lady Dahlia (Point Blank at Cornlands x Cornlands Lady Artemesia) won her third CC and title at Manchester under Mrs Sian Ellis</w:t>
      </w:r>
    </w:p>
    <w:p>
      <w:r>
        <w:rPr>
          <w:b w:val="0"/>
          <w:i w:val="0"/>
        </w:rPr>
        <w:t>Judith Charltons yellow, born April 2002, Sh Ch Foxrush Giselle (Sh Ch Sandylands Gadabout x Foxrush Blue Velvet) won her 3rd CC and was made up at SWKA under David Coode.</w:t>
      </w:r>
    </w:p>
    <w:p>
      <w:r>
        <w:rPr>
          <w:b w:val="0"/>
          <w:i w:val="0"/>
        </w:rPr>
        <w:t>Heather Fone’s yellow, born May 2005, Heatherbourne Silver Lace (Lochmor Spencer x It Ch Lochmor Sokeri of Heatherborne) won at the Yellow Labrador Club under Brian Parrott</w:t>
      </w:r>
      <w:r>
        <w:br/>
      </w:r>
      <w:r>
        <w:rPr>
          <w:b w:val="0"/>
          <w:i w:val="0"/>
        </w:rPr>
        <w:br/>
        <w:t>Williams and Revitt’s black, born July 2004, Jimdis Nora Batty (Linchris Toffee Rolo at Eromdop x Jimdis Sweet Floela) won at Leeds under Andrew Brown.</w:t>
      </w:r>
    </w:p>
    <w:p>
      <w:r>
        <w:rPr>
          <w:b w:val="0"/>
          <w:i w:val="0"/>
        </w:rPr>
        <w:t>Isobel Key’s black, born January 2005, Keydella Kristi, (Sh Ch Keydella Keswick x Keydella Koala) won at United Retriever Club under Keith Wallington.</w:t>
      </w:r>
    </w:p>
    <w:p>
      <w:r>
        <w:rPr>
          <w:b w:val="0"/>
          <w:i w:val="0"/>
        </w:rPr>
        <w:t>Wendy Manning’s chocolate, born October 2001, Peverwitch Twinkle for Overmarsh (Oakhouse Office Boy x Oakhouse Odette) won at Lab Club of Northern Ireland under Margaret Litherland</w:t>
      </w:r>
      <w:r>
        <w:br/>
      </w:r>
      <w:r>
        <w:rPr>
          <w:b w:val="0"/>
          <w:i w:val="0"/>
        </w:rPr>
        <w:br/>
        <w:t>Sussie Wiles yellow, born September 2000, Sh Ch Richbourne Starlight (Jayncourt Star Striker x Lenches Graceful of Richbourne) won her 3rd CC and her title at Southern Counties under Arwyn Ellis.</w:t>
      </w:r>
    </w:p>
    <w:p>
      <w:r>
        <w:rPr>
          <w:b w:val="0"/>
          <w:i w:val="0"/>
        </w:rPr>
        <w:t>Jenny Greens yellow, born February 2005, Thurbajens Doodle Delight (Swedish Ch Applejacks Whoop de Doodle x Thurbajens No Excuse Needed JW), won at Darlington under Joyce Brabban</w:t>
      </w:r>
      <w:r>
        <w:br/>
      </w:r>
      <w:r>
        <w:rPr>
          <w:b w:val="0"/>
          <w:i w:val="0"/>
        </w:rPr>
        <w:br/>
        <w:t>This completes the list of Bitch CC winners of 2006.</w:t>
      </w:r>
    </w:p>
    <w:p>
      <w:r>
        <w:rPr>
          <w:b w:val="0"/>
          <w:i w:val="0"/>
        </w:rPr>
        <w:t>I shall complete the 2006 review in next week’s edition, with the winning Puppies, JW and Sh CM winners of which I have been advised.</w:t>
      </w:r>
    </w:p>
    <w:p>
      <w:r>
        <w:rPr>
          <w:b w:val="0"/>
          <w:i w:val="0"/>
        </w:rPr>
        <w:t>My apologies should I have inadvertently missed anyone who qualifies from these comprehensive reviews of the past weeks.</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