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- 04/03/2011"</w:t>
      </w:r>
      <w:r>
        <w:br/>
      </w:r>
      <w:r>
        <w:rPr>
          <w:b w:val="0"/>
          <w:i w:val="0"/>
        </w:rPr>
        <w:br/>
        <w:t>date_original: "04/03/2011"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"2026-09-13T22:49:13"</w:t>
      </w:r>
      <w:r>
        <w:br/>
      </w:r>
      <w:r>
        <w:rPr>
          <w:b w:val="0"/>
          <w:i w:val="0"/>
        </w:rPr>
        <w:br/>
        <w:t>word_count: 877</w:t>
      </w:r>
    </w:p>
    <w:p>
      <w:r>
        <w:t>――――――――――――――――――――――――――――――</w:t>
      </w:r>
    </w:p>
    <w:p>
      <w:r>
        <w:rPr>
          <w:b w:val="0"/>
          <w:i w:val="0"/>
        </w:rPr>
        <w:t>NEWS MEMBERS' AREA SHOP SUBSCRIBE UPCOMING SHOWS MORE</w:t>
      </w:r>
    </w:p>
    <w:p>
      <w:r>
        <w:rPr>
          <w:b w:val="0"/>
          <w:i w:val="0"/>
        </w:rPr>
        <w:t>RETRIEVER LABRADOR</w:t>
      </w:r>
    </w:p>
    <w:p>
      <w:r>
        <w:rPr>
          <w:b w:val="0"/>
          <w:i w:val="0"/>
        </w:rPr>
        <w:t>Issue: 04/03/2011</w:t>
      </w:r>
    </w:p>
    <w:p>
      <w:r>
        <w:rPr>
          <w:b w:val="0"/>
          <w:i w:val="0"/>
        </w:rPr>
        <w:t>A bright mysterious object shone in the sky today. After months of gloom, the sun has finally appeared. Roll on spring and goodbye mud!</w:t>
      </w:r>
    </w:p>
    <w:p>
      <w:r>
        <w:rPr>
          <w:b w:val="0"/>
          <w:i w:val="0"/>
        </w:rPr>
        <w:t>The Crufts programme for 2011 hosted by Claire Balding  will be shown for two hours each night from March 10th to March 13th on the More 4 Freeview TV channel.</w:t>
      </w:r>
    </w:p>
    <w:p>
      <w:r>
        <w:rPr>
          <w:b w:val="0"/>
          <w:i w:val="0"/>
        </w:rPr>
        <w:t>At Ashton under Lyne &amp; District Kennel Association's recent Open show, Marlene Heppers black bitch, Mardas Venetian Secrets won Best of Breed and Best Puppy in Breed. She then won 4th in the Adult Gundog Group and finished a splendid day by winning the Gundog Puppy Group. She is having a really successful start to 2011 having already won Best Puppy in Show at both Midland Counties Lab Club Open Show and at Three Ridings Lab Club Open show.</w:t>
      </w:r>
    </w:p>
    <w:p>
      <w:r>
        <w:rPr>
          <w:b w:val="0"/>
          <w:i w:val="0"/>
        </w:rPr>
        <w:t>East Anglian Labrador Club is holding a Novice Judging Seminar on 17th April 2011 at the Turner Hall, Newmarket. The closing date for applications is 21st March 2011. The cost is:- Students Â£20 and Observers Â£15, which includes morning coffee/tea, lunch and afternoon tea/coffee. The seminar will include presentations on the breed standard, ring procedure and critique writing. There will also be an opportunity for students to go over the dogs with a Championship Show judge and ask questions. For more details contact Mrs Janet Cole, Stajantor, Station Farm, Manea, Cambs PE15 0HQ tel 01354 680375</w:t>
      </w:r>
    </w:p>
    <w:p>
      <w:r>
        <w:rPr>
          <w:b w:val="0"/>
          <w:i w:val="0"/>
        </w:rPr>
        <w:t>It appears many people are buying puppies from adverts on the internet. The Telegraph recently reported on a pedigree-puppy-selling scam, where a would-be customer nearly sent off money for a puppy, when in fact the puppy did not exist.</w:t>
      </w:r>
    </w:p>
    <w:p>
      <w:r>
        <w:rPr>
          <w:b w:val="0"/>
          <w:i w:val="0"/>
        </w:rPr>
        <w:t>Luckily, she realised it was a scam just before it was too late and before she had parted with any money, but she was so put off the idea of buying a pedigree dog she eventually purchased a mongrel, sorry, I must get it right, "a designer dog", a Golden Retriever/Poodle cross, for Â£450.</w:t>
      </w:r>
    </w:p>
    <w:p>
      <w:r>
        <w:rPr>
          <w:b w:val="0"/>
          <w:i w:val="0"/>
        </w:rPr>
        <w:t>I read this and wondered why we are selling top quality, well-bred pups from hip and elbow scored, eye tested and DNA tested stock with lifetime help advice and assistance for little more than these crosses, and in some cases for considerably less than the mongrel prices, which have become stratospherically ridiculous.</w:t>
      </w:r>
    </w:p>
    <w:p>
      <w:r>
        <w:rPr>
          <w:b w:val="0"/>
          <w:i w:val="0"/>
        </w:rPr>
        <w:t>I have spoken to a gentleman recently who has bought two "pedigree" Labradoodles for Â£1500 each. I expressed my horror, "Oh" he said to me " you must realise these are from pure Labradoodle lines. They are recognised by the Kennel Club you know". What could I say?</w:t>
      </w:r>
    </w:p>
    <w:p>
      <w:r>
        <w:rPr>
          <w:b w:val="0"/>
          <w:i w:val="0"/>
        </w:rPr>
        <w:t>I pointed out they were not recognised by the Kennel Club, but for the rest of it, I could either go on and on about the folly of his parting with all that money for a mongrel bred from non health-tested parents, or I could say nothing. I chickened out and chose the latter.</w:t>
      </w:r>
    </w:p>
    <w:p>
      <w:r>
        <w:rPr>
          <w:b w:val="0"/>
          <w:i w:val="0"/>
        </w:rPr>
        <w:t>On the topic of scams, the old "acquiring a puppy for a family in Dubai" scam has reared its head again after a five year break. If you receive such an email, delete it otherwise you will end up extremely out of pocket.</w:t>
      </w:r>
    </w:p>
    <w:p>
      <w:r>
        <w:rPr>
          <w:b w:val="0"/>
          <w:i w:val="0"/>
        </w:rPr>
        <w:t>On another topic, the Kennel Club has issued the following advice: We have been made aware of an unsolicited approach being made to some breeders by a company offering supported website services and it has been suggested that this has been endorsed and sanctioned by the Kennel Club.</w:t>
      </w:r>
    </w:p>
    <w:p>
      <w:r>
        <w:rPr>
          <w:b w:val="0"/>
          <w:i w:val="0"/>
        </w:rPr>
        <w:t>We would like to assure you that the Kennel Club and its marketing partners will only contact you regarding related services or offers if you have given permission for us to do so and if you are ever in doubt as to the authenticity of the approach, please contact us in order we can verify.</w:t>
      </w:r>
    </w:p>
    <w:p>
      <w:r>
        <w:rPr>
          <w:b w:val="0"/>
          <w:i w:val="0"/>
        </w:rPr>
        <w:t>Anyone receiving a telephone call from someone claiming to be from the Kennel Club, should ensure that they do not give out any of their personal details or online account information, as these would never be requested during a genuine call from the Kennel Club itself.</w:t>
      </w:r>
    </w:p>
    <w:p>
      <w:r>
        <w:rPr>
          <w:b w:val="0"/>
          <w:i w:val="0"/>
        </w:rPr>
        <w:t>If in any doubt, ask for the person's name and extension number and advise that you will call them back through the main Kennel Club number - 0844 4633 980. The Kennel Club also welcomes reports of any such calls on this same number or via email to web.registrations@thekennelclub.org.uk.</w:t>
      </w:r>
    </w:p>
    <w:p>
      <w:r>
        <w:rPr>
          <w:b w:val="0"/>
          <w:i w:val="0"/>
        </w:rPr>
        <w:t>Ann Britton, 01989 720665</w:t>
      </w:r>
    </w:p>
    <w:p>
      <w:r>
        <w:rPr>
          <w:b w:val="0"/>
          <w:i w:val="0"/>
        </w:rPr>
        <w:t>email bowstones@btinternet.com</w:t>
      </w:r>
    </w:p>
    <w:p>
      <w:r>
        <w:rPr>
          <w:b w:val="0"/>
          <w:i w:val="0"/>
        </w:rPr>
        <w:t>Please note the following which appeared in error: Graduate: 14 (4) 1st Bailey'sW0TCHAMACALLIT a well proprptioned Black Dog Masculine Head with depth and width, clean neck on well placed shoulders, firm in body. Good spring of rib, level topline in good coat and when settled move well</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