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- 14 May 2010"</w:t>
      </w:r>
      <w:r>
        <w:br/>
      </w:r>
      <w:r>
        <w:rPr>
          <w:b w:val="0"/>
          <w:i w:val="0"/>
        </w:rPr>
        <w:br/>
        <w:t>date_original: "14 May 2010"</w:t>
      </w:r>
      <w:r>
        <w:br/>
      </w:r>
      <w:r>
        <w:rPr>
          <w:b w:val="0"/>
          <w:i w:val="0"/>
        </w:rPr>
        <w:br/>
        <w:t>source_url: "https://www.ourdogs.co.uk/members/breednotes/2010/RetrieverLabrador/RetrieverLabrador-may14.htm"</w:t>
      </w:r>
      <w:r>
        <w:br/>
      </w:r>
      <w:r>
        <w:rPr>
          <w:b w:val="0"/>
          <w:i w:val="0"/>
        </w:rPr>
        <w:br/>
        <w:t>archive_type: "static_html"</w:t>
      </w:r>
      <w:r>
        <w:br/>
      </w:r>
      <w:r>
        <w:rPr>
          <w:b w:val="0"/>
          <w:i w:val="0"/>
        </w:rPr>
        <w:br/>
        <w:t>scraped_at: "2026-09-13T22:00:43"</w:t>
      </w:r>
      <w:r>
        <w:br/>
      </w:r>
      <w:r>
        <w:rPr>
          <w:b w:val="0"/>
          <w:i w:val="0"/>
        </w:rPr>
        <w:br/>
        <w:t>word_count: 918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Yellow Labrador Club is holding another popular Show/Work/Funday on May 15th. Unfortunately the attachment with all the details appeared on my computer in gobbledegook, so I advise all those who attended and thoroughly enjoyed last years event and anyone else interested to ring Secretary, Sussie Wiles today for information on 01895823227.</w:t>
      </w:r>
    </w:p>
    <w:p>
      <w:r>
        <w:rPr>
          <w:b w:val="0"/>
          <w:i w:val="0"/>
        </w:rPr>
        <w:t>Short notes this week, as Show Architect of the 4 day National Dog Show I am off to help set the show up. I am sure everyone will wish the new Secretary of the National, Labrador exhibitor, Angela Mitchell, much success and enjoyment in her new job over many years. (Of course by the time you read these notes the National will be well and truly over; lets hope it was fine and dry, although if one believes the long term forecast, it looks as though it might be a little soggy on Gundog day).</w:t>
      </w:r>
    </w:p>
    <w:p>
      <w:r>
        <w:rPr>
          <w:b w:val="0"/>
          <w:i w:val="0"/>
        </w:rPr>
        <w:t>I had a super day out with Labrador friends at Badminton Horse Trials at the beginning of May, where we watched the Dressage tests. Each year I repeat my belief that every dog judge should spend time watching, absorbing and understanding dressage; the balance, power and propulsion of these top class horses as they moves so correctly and effortlessly</w:t>
      </w:r>
    </w:p>
    <w:p>
      <w:r>
        <w:rPr>
          <w:b w:val="0"/>
          <w:i w:val="0"/>
        </w:rPr>
        <w:t>It was good to chat to Peggy Grayson attending the trials in her 91st year; a gundog lady with such a wealth of knowledge, fun and good humour. As we wandered round the vast trade stand areas in heaving crowds it was quite clear to see that the most fashionable dog to own this year was undoubtedly the chocolate Labrador, which outnumbered the usual favourite, the Border Terrier by about four to one.</w:t>
      </w:r>
    </w:p>
    <w:p>
      <w:r>
        <w:rPr>
          <w:b w:val="0"/>
          <w:i w:val="0"/>
        </w:rPr>
        <w:t>News of great success for a Labrador comes from Andy, Jo &amp; Kristie Metcalfe (Baileydale). At Dover and Deal Canine Society open show on 3rd May, their young dog, Bilbo Baggins By Baileydale JW went Best in Show. This splendid win also gave him the final points for his Show Certificate of Merit. How good to se a Labrador hit the top spot. Well done!</w:t>
      </w:r>
    </w:p>
    <w:p>
      <w:r>
        <w:rPr>
          <w:b w:val="0"/>
          <w:i w:val="0"/>
        </w:rPr>
        <w:t>The Labrador Retriever Club of Northern Ireland held their championship show on May 1st. The judge was Mrs F Braddon (Trendlewood). Secretary, Mary Hughes writes "We had a very enjoyable show with 136 dogs giving 170 entries. We had more absentees than usual but this seemed to be on a par with the increase in absentees on the mainland over the last few months. We thank all who entered and appreciate all who made the journey across to Northern Ireland and hope that the weather stayed favourable for those who were taking advantage of the reduced ferry rates and spent a few extra days here. We had birthday celebrations for Maire Scrimgeour, who had her duck with her to have its photo taken! The results were:- Dog CC &amp; BIS Sussie Wiles' Richbourne Macbeth DCC was in LD. DOB 28.5.07 Richbourne Old Macdonald x Richbourne Time Flies JW. Repeating his RCC win at this show in 2009, the Dog RCC winner was Linda Harvey Major's Sh Ch Brockburrow Cassanova In Linjor JW, Sh CM</w:t>
      </w:r>
    </w:p>
    <w:p>
      <w:r>
        <w:rPr>
          <w:b w:val="0"/>
          <w:i w:val="0"/>
        </w:rPr>
        <w:t>Bitch CC &amp; RBIS Ivers' Sh Ch Philipstown Liscoda. Bitch RCC Ronwein Phillip's yellow Shardanel Blue Ribbon At Sheenaron. BPIS Agnes May Pollock's Minor puppy dog, Pollham Penny Royal (Pollham Pop DJ x Carnahkes Phoebe at Pollham).</w:t>
      </w:r>
    </w:p>
    <w:p>
      <w:r>
        <w:rPr>
          <w:b w:val="0"/>
          <w:i w:val="0"/>
        </w:rPr>
        <w:t>Ann Britton 01989 720665</w:t>
      </w:r>
    </w:p>
    <w:p>
      <w:r>
        <w:rPr>
          <w:b w:val="0"/>
          <w:i w:val="0"/>
        </w:rP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