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- 14/06/2013"</w:t>
      </w:r>
      <w:r>
        <w:br/>
      </w:r>
      <w:r>
        <w:rPr>
          <w:b w:val="0"/>
          <w:i w:val="0"/>
        </w:rPr>
        <w:br/>
        <w:t>date_original: "14/06/2013"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"2026-09-13T22:43:45"</w:t>
      </w:r>
      <w:r>
        <w:br/>
      </w:r>
      <w:r>
        <w:rPr>
          <w:b w:val="0"/>
          <w:i w:val="0"/>
        </w:rPr>
        <w:br/>
        <w:t>word_count: 728</w:t>
      </w:r>
    </w:p>
    <w:p>
      <w:r>
        <w:t>――――――――――――――――――――――――――――――</w:t>
      </w:r>
    </w:p>
    <w:p>
      <w:r>
        <w:rPr>
          <w:b w:val="0"/>
          <w:i w:val="0"/>
        </w:rPr>
        <w:t>NEWS MEMBERS' AREA SHOP SUBSCRIBE UPCOMING SHOWS MORE</w:t>
      </w:r>
    </w:p>
    <w:p>
      <w:r>
        <w:rPr>
          <w:b w:val="0"/>
          <w:i w:val="0"/>
        </w:rPr>
        <w:t>RETRIEVER LABRADOR</w:t>
      </w:r>
    </w:p>
    <w:p>
      <w:r>
        <w:rPr>
          <w:b w:val="0"/>
          <w:i w:val="0"/>
        </w:rPr>
        <w:t>Issue: 14/06/2013</w:t>
      </w:r>
    </w:p>
    <w:p>
      <w:r>
        <w:rPr>
          <w:b w:val="0"/>
          <w:i w:val="0"/>
        </w:rPr>
        <w:t>I know its not officially Red Nose Day yet but after attending two outdoor championship shows back to back it certainly looks as though I am Red Nose Day prepared.Windburn the first day and sunburn the second!</w:t>
      </w:r>
    </w:p>
    <w:p>
      <w:r>
        <w:rPr>
          <w:b w:val="0"/>
          <w:i w:val="0"/>
        </w:rPr>
        <w:t>What a lovely weekend of shows. Franco Barberi, will I am sure always remember them well. He arrived from Italy on Friday with his Italian Champion dog Loch Mor Romeo on two UK CCs and his Bitch, It Ch Loch Mor Guilietta on one UK CC. By the time he left the UK on Sunday night he had two new UK champions in his car plus a Group 2 win as well. Very many congratulations.</w:t>
      </w:r>
    </w:p>
    <w:p>
      <w:r>
        <w:rPr>
          <w:b w:val="0"/>
          <w:i w:val="0"/>
        </w:rPr>
        <w:t>The first show was the  Labrador Retriever Club's 70th championship show, which was held on Saturday June 8th at the Sports Connection, Coventry. Congratulations to Lisa Finney in overseeing her first Championship show as Secretary so well; a daunting task for the first time, I am sure. Well done.</w:t>
      </w:r>
    </w:p>
    <w:p>
      <w:r>
        <w:rPr>
          <w:b w:val="0"/>
          <w:i w:val="0"/>
        </w:rPr>
        <w:t>There were two spacious rings sited outside on the grass and our cars handily parked very nearby.</w:t>
      </w:r>
    </w:p>
    <w:p>
      <w:r>
        <w:rPr>
          <w:b w:val="0"/>
          <w:i w:val="0"/>
        </w:rPr>
        <w:t>I left home in blazing hot sunshine wearing light trousers and a pretty T shirt, suitable for a high summer, June show. Within five minutes of arrival I was sporting extra sweaters, a body warmer and a thick anorak with the hood up. Some lucky people even had gloves. What a chilly June morning in Warwickshire, but excellent for the dogs though.</w:t>
      </w:r>
    </w:p>
    <w:p>
      <w:r>
        <w:rPr>
          <w:b w:val="0"/>
          <w:i w:val="0"/>
        </w:rPr>
        <w:t>Our judges were Pat Gill (Dogs) and Heather Wiles Fone (Bitches). There was a wonderful entry of 327 dogs and bitches.</w:t>
      </w:r>
    </w:p>
    <w:p>
      <w:r>
        <w:rPr>
          <w:b w:val="0"/>
          <w:i w:val="0"/>
        </w:rPr>
        <w:t>The Dog CC was won by the Metcalfes yellow, Sh Ch Bilbo Baggins by Baileydale JW ShCM and the Dog RCC went to Post Grad winner from Italy, Rossoni's yellow, Rodstar Robert.</w:t>
      </w:r>
    </w:p>
    <w:p>
      <w:r>
        <w:rPr>
          <w:b w:val="0"/>
          <w:i w:val="0"/>
        </w:rPr>
        <w:t>The Bitch CC and Best in Show was Franco Barberi's yellow It Ch Loc Mor Guilietta and the Bitch RCC winner was the Dawson's yellow, Sh Ch Beskabby Larksong JW.</w:t>
      </w:r>
    </w:p>
    <w:p>
      <w:r>
        <w:rPr>
          <w:b w:val="0"/>
          <w:i w:val="0"/>
        </w:rPr>
        <w:t>Best Puppy was O'Briens yellow bitch, Maxfield Maybelline.</w:t>
      </w:r>
    </w:p>
    <w:p>
      <w:r>
        <w:rPr>
          <w:b w:val="0"/>
          <w:i w:val="0"/>
        </w:rPr>
        <w:t>The following day we re- assembled in the sunshine at Three Counties Championship show at Malvern. It was the fourth day of the show where David Coode is the show Manager. We had a spacious grass ring and sat ringside in the lovely sunshine, hence the red nose afterwards.</w:t>
      </w:r>
    </w:p>
    <w:p>
      <w:r>
        <w:rPr>
          <w:b w:val="0"/>
          <w:i w:val="0"/>
        </w:rPr>
        <w:t>Least I make our judge, Richard Bott, cringe, I will be brief. It was an absolute treat to watch him judge Labradors for first time at this level. I realise, he already gives CCs in other breeds.</w:t>
      </w:r>
    </w:p>
    <w:p>
      <w:r>
        <w:rPr>
          <w:b w:val="0"/>
          <w:i w:val="0"/>
        </w:rPr>
        <w:t>On this day his ring management, his calm polite demeanour and his gentle but completely thorough assessment of the Labradors was absolutely impeccable. Whilst we have had some judges who have gone over the dogs with just one hand and a cursory pat on the rump, anyone watching could see that Richard knew his task inside out. Very well done. (There, that wasn't too painful!)</w:t>
      </w:r>
    </w:p>
    <w:p>
      <w:r>
        <w:rPr>
          <w:b w:val="0"/>
          <w:i w:val="0"/>
        </w:rPr>
        <w:t>From an entry of 180, the Dog CC was a third for Franco Barberi's yellow, It Ch Loch Mor Romeo who can now add Sh Ch to his Italian title. The Dog RCC was won by the Hodges black Sh Ch Naiken Zephyr. The Bitch CC, Best of Breed and later Group 2 under Patsy Hollings, was Franco Barberi's yellow, It Ch Loch Mor Guilietta, winner of Best in Show the day before at the Lab Club.</w:t>
      </w:r>
    </w:p>
    <w:p>
      <w:r>
        <w:rPr>
          <w:b w:val="0"/>
          <w:i w:val="0"/>
        </w:rPr>
        <w:t>The Bitch RCC went to the Hodges black Lindall Nadia at Naiken JW</w:t>
      </w:r>
    </w:p>
    <w:p>
      <w:r>
        <w:rPr>
          <w:b w:val="0"/>
          <w:i w:val="0"/>
        </w:rPr>
        <w:t>Best Puppy was for the second time in two days was O'Briens yellow, Mayfield Maybelline.</w:t>
      </w:r>
    </w:p>
    <w:p>
      <w:r>
        <w:rPr>
          <w:b w:val="0"/>
          <w:i w:val="0"/>
        </w:rPr>
        <w:t>All in all a most enjoyable two days. Many thanks to all the organisers.</w:t>
      </w:r>
    </w:p>
    <w:p>
      <w:r>
        <w:rPr>
          <w:b w:val="0"/>
          <w:i w:val="0"/>
        </w:rPr>
        <w:t>Congratulations to Maureen Rees whose yellow bitch ,Thurbajens Flighty Fennel at Eremos, can now add ShCM to her name. Well done.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