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- 15/11/2013"</w:t>
      </w:r>
      <w:r>
        <w:br/>
      </w:r>
      <w:r>
        <w:rPr>
          <w:b w:val="0"/>
          <w:i w:val="0"/>
        </w:rPr>
        <w:br/>
        <w:t>date_original: "15/11/2013"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"2026-09-13T22:42:21"</w:t>
      </w:r>
      <w:r>
        <w:br/>
      </w:r>
      <w:r>
        <w:rPr>
          <w:b w:val="0"/>
          <w:i w:val="0"/>
        </w:rPr>
        <w:br/>
        <w:t>word_count: 862</w:t>
      </w:r>
    </w:p>
    <w:p>
      <w:r>
        <w:t>――――――――――――――――――――――――――――――</w:t>
      </w:r>
    </w:p>
    <w:p>
      <w:r>
        <w:rPr>
          <w:b w:val="0"/>
          <w:i w:val="0"/>
        </w:rPr>
        <w:t>NEWS MEMBERS' AREA SHOP SUBSCRIBE UPCOMING SHOWS MORE</w:t>
      </w:r>
    </w:p>
    <w:p>
      <w:r>
        <w:rPr>
          <w:b w:val="0"/>
          <w:i w:val="0"/>
        </w:rPr>
        <w:t>RETRIEVER LABRADOR</w:t>
      </w:r>
    </w:p>
    <w:p>
      <w:r>
        <w:rPr>
          <w:b w:val="0"/>
          <w:i w:val="0"/>
        </w:rPr>
        <w:t>Issue: 15/11/2013</w:t>
      </w:r>
    </w:p>
    <w:p>
      <w:r>
        <w:rPr>
          <w:b w:val="0"/>
          <w:i w:val="0"/>
        </w:rPr>
        <w:t>The last Gundog championship show of 2013 has been and gone; there is  just all breed LKA at the NEC to go, at a later date than usual right before Christmas and  in a new location within the NEC.</w:t>
      </w:r>
    </w:p>
    <w:p>
      <w:r>
        <w:rPr>
          <w:b w:val="0"/>
          <w:i w:val="0"/>
        </w:rPr>
        <w:t>Gundog Breeds of Scotland Championship show was held at Ingleston, Edinburgh on Saturday 9th November. Here in Herefordshire it was a chilly, windy, grim, rainy Saturday, hopefully the weather was better in Scotland.</w:t>
      </w:r>
    </w:p>
    <w:p>
      <w:r>
        <w:rPr>
          <w:b w:val="0"/>
          <w:i w:val="0"/>
        </w:rPr>
        <w:t>The judge was Ken Roberts awarding CCs for the first time. I gather judging commenced at 9.30am and was complete by 3.45pm before the long drive home for many, not helped for those from the south by Motorway closures and detours around Manchester and Worcester. Roll on spring and lighter nights for homeward journeys from shows.</w:t>
      </w:r>
    </w:p>
    <w:p>
      <w:r>
        <w:rPr>
          <w:b w:val="0"/>
          <w:i w:val="0"/>
        </w:rPr>
        <w:t>From an entry of 140 dogs and bitches less 20 absentees, the winners were Dog CC Diana Downey's yellow Tullochmohr Gibbs JW, Dog RCC Shaun Williamsons yellow, Sharouns Life of Riley JW; Bitch CC  and Best of Breed Judith Charltons yellow Sh Ch Foxrush Remember The Time JW; Bitch RCC Marlene Heppers black Mardas Vintage Silk JW and Best puppy Margaret Browns yellow Brighton Sarracenia (Imp).</w:t>
      </w:r>
    </w:p>
    <w:p>
      <w:r>
        <w:rPr>
          <w:b w:val="0"/>
          <w:i w:val="0"/>
        </w:rPr>
        <w:t>It is giving my pals great amusement to hear that having asked for a decent sized litter of puppies, this time I have been granted a whole football team of eleven yellow pups!  It's a long time since I have had an all yellow litter and never a litter of eleven; nine has been the most. In the past when I had all black litters, at the time of Receiver of Cranspire, the fashion in Labradors was for yellows, now when I have an all yellow litter, blacks seem to be top of the list for pet purchasers. One day I will be in step with fashion, not ahead of the game!</w:t>
      </w:r>
    </w:p>
    <w:p>
      <w:r>
        <w:rPr>
          <w:b w:val="0"/>
          <w:i w:val="0"/>
        </w:rPr>
        <w:t>As I have said very many times in the past when I have had a bitch nursing puppies, it is a lot of work rearing them properly and I just do not know how some people manage to cope when they shut the door and go out to work for the day or go off to a show, leaving their very young pups unattended other than by their dam or a neighbour popping in at lunchtime.</w:t>
      </w:r>
    </w:p>
    <w:p>
      <w:r>
        <w:rPr>
          <w:b w:val="0"/>
          <w:i w:val="0"/>
        </w:rPr>
        <w:t>After all the bitch has gone through, pregnancy and birth, do we not owe it to her to watch over and her brood? There must be an awful lot of fatalities through squashing or puppies overdoing the milk and choking or drowning to death.</w:t>
      </w:r>
    </w:p>
    <w:p>
      <w:r>
        <w:rPr>
          <w:b w:val="0"/>
          <w:i w:val="0"/>
        </w:rPr>
        <w:t>For me, every little life counts, but it does end up a full time job, day and night, with no shows. Very tiring but so rewarding. The number of times I have counted the pups, one, two, three, four, five, six, seven, eight nine, ten...hey, where's number eleven? We all do it. Start all over again and find with relief that they all are present and correct; number eleven is hiding right underneath the bitch's elbow. Ah, until the next time.</w:t>
      </w:r>
    </w:p>
    <w:p>
      <w:r>
        <w:rPr>
          <w:b w:val="0"/>
          <w:i w:val="0"/>
        </w:rPr>
        <w:t>I have found the baby alarm a useful tool. In the daytime, one end is set up with the puppies in the whelping room and the other end is set up in the kitchen, so I can hear if anyone has any complaints. I now see that you can purchase a listening and recording</w:t>
      </w:r>
    </w:p>
    <w:p>
      <w:r>
        <w:rPr>
          <w:b w:val="0"/>
          <w:i w:val="0"/>
        </w:rPr>
        <w:t>device too with phone-sized TV picture from the camera set up next to the whelping bed, so one can watch the litter from afar.</w:t>
      </w:r>
    </w:p>
    <w:p>
      <w:r>
        <w:rPr>
          <w:b w:val="0"/>
          <w:i w:val="0"/>
        </w:rPr>
        <w:t>At night I sleep in a normal bed, right next to the puppy bed in what is usually a large spare downstairs bedroom with access to the back door and garden whenever the dam of the pups needs to go outside. My late husband would be horrified to know that I have puppies in there at all but the carpet is well covered by tarpaulin, the furniture, bar the bed, has all been removed, a  Crufts puppy pen forms a sturdy room divider and there is warmth, peace and quiet for the bitch and her puppies away from the other dogs and the busy household all day long.</w:t>
      </w:r>
    </w:p>
    <w:p>
      <w:r>
        <w:rPr>
          <w:b w:val="0"/>
          <w:i w:val="0"/>
        </w:rPr>
        <w:t>I will no doubt report on their progress as time passes and they turn from quiet Ginster- sized snoozing pasties in to gorgeous active Andrex puppies. Good job I have got an annual subscription to the Daily Telegraph. Even though I don't get much time to read the paper every day of the year, at least they come in useful whenever there are puppies.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