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- 20/05/2011"</w:t>
      </w:r>
      <w:r>
        <w:br/>
      </w:r>
      <w:r>
        <w:rPr>
          <w:b w:val="0"/>
          <w:i w:val="0"/>
        </w:rPr>
        <w:br/>
        <w:t>date_original: "20/05/2011"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"2026-09-13T22:48:40"</w:t>
      </w:r>
      <w:r>
        <w:br/>
      </w:r>
      <w:r>
        <w:rPr>
          <w:b w:val="0"/>
          <w:i w:val="0"/>
        </w:rPr>
        <w:br/>
        <w:t>word_count: 756</w:t>
      </w:r>
    </w:p>
    <w:p>
      <w:r>
        <w:t>――――――――――――――――――――――――――――――</w:t>
      </w:r>
    </w:p>
    <w:p>
      <w:r>
        <w:rPr>
          <w:b w:val="0"/>
          <w:i w:val="0"/>
        </w:rPr>
        <w:t>NEWS MEMBERS' AREA SHOP SUBSCRIBE UPCOMING SHOWS MORE</w:t>
      </w:r>
    </w:p>
    <w:p>
      <w:r>
        <w:rPr>
          <w:b w:val="0"/>
          <w:i w:val="0"/>
        </w:rPr>
        <w:t>RETRIEVER LABRADOR</w:t>
      </w:r>
    </w:p>
    <w:p>
      <w:r>
        <w:rPr>
          <w:b w:val="0"/>
          <w:i w:val="0"/>
        </w:rPr>
        <w:t>Issue: 20/05/2011</w:t>
      </w:r>
    </w:p>
    <w:p>
      <w:r>
        <w:rPr>
          <w:b w:val="0"/>
          <w:i w:val="0"/>
        </w:rPr>
        <w:t>A litter of 5 week old working gundog Labrador pups have been stolen from an address in Dorney, South Buckinghamshire overnight Mon 02/05/11. There are 7 yellow labs (3 bitches &amp; 4 dogs) and 4 black labs (1 bitch &amp; 3 dogs). Not microchipped. PC 1803 Graham Johnstone. Call 0845 8505505 with crime ref. GD2161955/11</w:t>
      </w:r>
    </w:p>
    <w:p>
      <w:r>
        <w:rPr>
          <w:b w:val="0"/>
          <w:i w:val="0"/>
        </w:rPr>
        <w:t>The LRCNI Ch Show was held on Sat 7th May at the Olympia Leisure Centre, Belfast with an entry of 136 dogs. The judge was Mrs Isobel Key and her winners were; DCC &amp; BIS the Hodge family's chocolate Sh Ch Naiken Way Out West JW. RDCC - Mrs Ayres' Musibi Imperial Topaz JW  (Keydella Karrington x Ludalor Blueberry by Amberstope). BCC &amp; RBIS - Martin &amp; Shearer's black Am, Can Ch Clearcreek Bonaventure Windjammer (CH Bonaventures Clipper, Clearcreek Bonaventure Aspen's Run). RBCC - Marlene Hepper's black, Mardas Magical Mystery Tour JW (Brigburn Marron Avec Lindall, Lindall Double Honour For Mardas).</w:t>
      </w:r>
    </w:p>
    <w:p>
      <w:r>
        <w:rPr>
          <w:b w:val="0"/>
          <w:i w:val="0"/>
        </w:rPr>
        <w:t>BP and BPIS was Marlene Hepper's Mardas Venetian Secrets (Greenworth Vincent O'Brien at Mardas x Mardas Sahara Silk )</w:t>
      </w:r>
    </w:p>
    <w:p>
      <w:r>
        <w:rPr>
          <w:b w:val="0"/>
          <w:i w:val="0"/>
        </w:rPr>
        <w:t>The following day, Sunday 8th May, Gundogs were scheduled at the National Dog Show at Stafford. Labradors were outside in the lengthy Pavilion with its large in and out grass rings. Several of those who had attended the Irish show the previous day also attended the National. I admire their energy!</w:t>
      </w:r>
    </w:p>
    <w:p>
      <w:r>
        <w:rPr>
          <w:b w:val="0"/>
          <w:i w:val="0"/>
        </w:rPr>
        <w:t>The judge was James Hindley (Cornlands) who had an entry of 216 dogs and bitches. The Dog CC went to John, Jane and Mark Rawlinson's black, Fullwell Fly High To Halshimoor whilst the Res Dog CC was won by the previous days CC winner, the Hodge family's chocolate, Sh Ch Naiken Way Out West JW.</w:t>
      </w:r>
    </w:p>
    <w:p>
      <w:r>
        <w:rPr>
          <w:b w:val="0"/>
          <w:i w:val="0"/>
        </w:rPr>
        <w:t>The Bitch CC went to Desmond and Rosemary Airey's yellow, Sh Ch Ronsard Me Celebrait ShCM and the Bitch RCC, to much applause to Bob Hepworths yellow Poolstead Pomerol. Best Puppy was Diana Downey -Tulloch's black, Tullochmohr Ace Junior</w:t>
      </w:r>
    </w:p>
    <w:p>
      <w:r>
        <w:rPr>
          <w:b w:val="0"/>
          <w:i w:val="0"/>
        </w:rPr>
        <w:t>The following weekend, Labrador Retriever Club Of Wales held its spring Open Show in Caerphilly. The Judge was Rebecca Hodge (Naiken) who drew 70 dogs in the 23 breed classes. Best In Show was Pat Davies's black dog Holmajor Drummer Boy (Jancet Jitterbug at Streamanda x Holmajor Wisteria ). Reserve Best In Show and Best Opposite Sex was David Coode's black bitch Warringah's Kurri Kurri (Naiken Suede J.W.x Warringah's Karkirri). Best Puppy In Show was David Coode's black minor puppy bitch Warringah's Merriwagga (Can.Ch. Beechcroft Pardon Me Sir x Warringah's Kurri Kurri). Full results are available on www.labclubofwales.co.uk</w:t>
      </w:r>
    </w:p>
    <w:p>
      <w:r>
        <w:rPr>
          <w:b w:val="0"/>
          <w:i w:val="0"/>
        </w:rPr>
        <w:t>Lynda Heron writes: 'N&amp;D LRC recent AGM, held on 3rd May, heralded some significant changes in the officers of the club. All officers bar the FT Secretary Gary Layfield who remains in post had personal and very valid reasons for stepping down and we thank them immensely for their contribution to the club. The timing of their departure certainly creates a challenge for the new incumbent, especially with this being such an important year for their show calendar. The LRC Joint show is on the 19th June just  weeks away, entries can still be made on line at fosse data. The judges are Dogs: Mr L. Brabban (Cambremer). Bitches: Mrs M. Hepper (Mardas ) not as stated in  D.W of the 6th May. The new Officers are Lynda Heron - Chair, Judith Keeting Gen Sec, Treasurer Wendy Wilson and Show  Seretary,  Kira Leith -Ross. The committee are delighted to have secured the outdoor facilities at Birtley (just off the Al at the angel of the North) and hope to see as many of you there as possible. The show is the day after Border Union. If anyone needs help finding overnight accomadation any of the officers would be delighted to offer suggestions. With regard to the clubs October Championship show unfortunately due to planned surgery Angela Williams (Foulby) has withdrawn and Anne Taylor (Fabracken) is her replacement.'</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