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- 03/07/2020 - ISSUE"</w:t>
      </w:r>
      <w:r>
        <w:br/>
      </w:r>
      <w:r>
        <w:rPr>
          <w:b w:val="0"/>
          <w:i w:val="0"/>
        </w:rPr>
        <w:br/>
        <w:t>date_original: "03/07/2020 - ISSUE"</w:t>
      </w:r>
      <w:r>
        <w:br/>
      </w:r>
      <w:r>
        <w:rPr>
          <w:b w:val="0"/>
          <w:i w:val="0"/>
        </w:rPr>
        <w:br/>
        <w:t>source_url: "https://www.ourdogs.co.uk/members/breednotes/RetrieverLabradorMain.php"</w:t>
      </w:r>
      <w:r>
        <w:br/>
      </w:r>
      <w:r>
        <w:rPr>
          <w:b w:val="0"/>
          <w:i w:val="0"/>
        </w:rPr>
        <w:br/>
        <w:t>scraped_at: "2026-09-13T15:17:14"</w:t>
      </w:r>
      <w:r>
        <w:br/>
      </w:r>
      <w:r>
        <w:rPr>
          <w:b w:val="0"/>
          <w:i w:val="0"/>
        </w:rPr>
        <w:br/>
        <w:t>word_count: 2063</w:t>
      </w:r>
    </w:p>
    <w:p>
      <w:r>
        <w:t>――――――――――――――――――――――――――――――</w:t>
      </w:r>
    </w:p>
    <w:p>
      <w:r>
        <w:rPr>
          <w:b w:val="0"/>
          <w:i w:val="0"/>
        </w:rPr>
        <w:t>NEWS MEMBERS' AREA SHOP SUBSCRIBE UPCOMING SHOWS MORE</w:t>
      </w:r>
    </w:p>
    <w:p>
      <w:r>
        <w:rPr>
          <w:b w:val="0"/>
          <w:i w:val="0"/>
        </w:rPr>
        <w:t>RETRIEVER LABRADOR</w:t>
      </w:r>
    </w:p>
    <w:p>
      <w:r>
        <w:rPr>
          <w:b w:val="0"/>
          <w:i w:val="0"/>
        </w:rPr>
        <w:t>Issue: 03/07/2020</w:t>
      </w:r>
    </w:p>
    <w:p>
      <w:r>
        <w:rPr>
          <w:b w:val="0"/>
          <w:i w:val="0"/>
        </w:rPr>
        <w:t>Late on Sunday evening I turned the computer on to write the breed notes only to be greeted with a long delay and a Microsoft request not to turn my computer off. I sat and waited. And waited! Eventually an invitation to download Microsoft Edge appeared. Argh! All I wanted to do was to write the breed notes and send them off, not download something alien and probably thoroughly confuse my computer and me! Anyway, so far I have declined the offer.</w:t>
      </w:r>
    </w:p>
    <w:p>
      <w:r>
        <w:rPr>
          <w:b w:val="0"/>
          <w:i w:val="0"/>
        </w:rPr>
        <w:t>I gather the BVA will resume accepting Xrays for hip and elbow scoring from the beginning of July. Whether you can get a Vet to carry out the Xraying at the moment is another matter.</w:t>
      </w:r>
    </w:p>
    <w:p>
      <w:r>
        <w:rPr>
          <w:b w:val="0"/>
          <w:i w:val="0"/>
        </w:rPr>
        <w:t xml:space="preserve">In an interesting article about Covid safety, I read that it is imperative that toilet lids must be in the down position before flushing, to avoid Covid19 laden droplets splashing into the atmosphere. The lid, seat and handle must be cleaned and disinfected before the next person uses the toilet. At our dog show venues where toilet lids are seldom seen, how are hirers going to comply with this requirement? </w:t>
      </w:r>
    </w:p>
    <w:p>
      <w:r>
        <w:rPr>
          <w:b w:val="0"/>
          <w:i w:val="0"/>
        </w:rPr>
        <w:t>Some Exhibitors are pushing for a quick return to dog shows. This morning the radio implied that any indoor gatherings of more than 50 people would be very unlikely to take place before 2021. As for outdoor Championship shows in October, one such brought on one of my late husband's life limiting strokes. Labradors were the only breed shown outside. I can clearly remember the temperature at midday was minus 6 degrees! At 6pm he was in hospital, the severe stroke brought on by standing in the freezing cold for so long. Organising Committees have a duty of care and knowing this outcome, that show never scheduled breeds outside again at that time of the year, something for other societies to note.</w:t>
      </w:r>
    </w:p>
    <w:p>
      <w:r>
        <w:rPr>
          <w:b w:val="0"/>
          <w:i w:val="0"/>
        </w:rPr>
        <w:t xml:space="preserve">The majority of people in this country have been in lockdown three long months to avoid spreading the Covid virus. We have accepted that our dog showing sport has come to a halt probably for the rest of the year. However during the excessively hot weather last week, with temperatures in the mid 30degrees and with lockdown restrictions still in place, a section of the British public decided the safety instructions did not apply to them and descended by the thousands, from as far away as the Midlands, onto Bournemouth beach, where they lay like packed sardines for the next eight hours in the full glaring sun. Meanwhile others, to whom safety advice apparently also did not apply, partied and then rioted in Brixton, whilst football fans celebrated by depositing lorry loads of litter and broken glass bottles outside Liverpool Football Ground including firing a rocket at the Liver Building and causing a fire. </w:t>
      </w:r>
    </w:p>
    <w:p>
      <w:r>
        <w:rPr>
          <w:b w:val="0"/>
          <w:i w:val="0"/>
        </w:rPr>
        <w:t>We've all been imprisoned at home in lockdown to help contain this virus. We didn't like it, but we did it. Bar a few shows early in the year, our dog showing life has been more or less terminated for 2020, but there was at least hope for 2021. Now, with behaviour like that at Bournemouth Beach, Brixton and Liverpool I can see things risk not getting back to normal for a very long time. The virus most surely will have spread amongst some of those attending the mass gatherings and they will have taken it home to spread further, as will be proved in four weeks time, when relevant figures are released. I understand the virus has already returned in a dangerous second wave to Leicester City which is now once more in full lockdown.</w:t>
      </w:r>
    </w:p>
    <w:p>
      <w:r>
        <w:rPr>
          <w:b w:val="0"/>
          <w:i w:val="0"/>
        </w:rPr>
        <w:t xml:space="preserve">Following the endless days of boiling hot weather, eventually there was a shower of rain late one evening. At midnight, I let Mabel (Jack Russell) and Louis (her best Labrador friend) out for their bedtime ablutions. What a nuisance, as I opened the back door, they pushed past me and, yet again, sitting there, right outside the back door, was a large warty toad. As we all know, unlike frogs, toads are horribly poisonous and their spit can kill dogs; their spawn definitely will kill dogs if ingested. </w:t>
      </w:r>
    </w:p>
    <w:p>
      <w:r>
        <w:rPr>
          <w:b w:val="0"/>
          <w:i w:val="0"/>
        </w:rPr>
        <w:t xml:space="preserve">Just as I was thinking this, Mabel grabbed the toad! What a game for a six month terrier. As I yelled at her to drop it, she made off galloping along with it dangling from her mouth, with Louis in hot pursuit. After a good charge round they returned to the terrace very pleased with themselves, by which time they were both holding onto the toad. Not roughly but one with the head end and the other the back leg end. At which point Mr Toad clearly thought they needed a serious lesson in manners regarding impudently picking up a toad. He gave Mabel a good squirt in the mouth of his nasty spit. She immediately dropped him and stood back peering at him and studying him deeply. She shook her head. "How could you be so horrid? Ugh!" </w:t>
      </w:r>
    </w:p>
    <w:p>
      <w:r>
        <w:rPr>
          <w:b w:val="0"/>
          <w:i w:val="0"/>
        </w:rPr>
        <w:t>Whereupon silly Louis aiming to impress and to look very clever, quickly picked up the toad, this time by the head end. He got a similar irate squirt. Everything in Louis world is always lovely but with an "Ohh, How nasty. That wasn't nice at all!" he dropped him. The two dogs stood there gazing at the toad, shaking their heads, trying to rid themselves of whatever horrid tasting liquid he had emitted in their mouths. The toad sat on the terrace none the worse for the impolite escapade and then, unhurt, decided to wander off. I quickly removed him to a safe place away from my garden via the pooper scooper as he wriggled indignantly at the type of transport. I put the dogs in the kitchen and then watched them like a hawk all night and worried whether they were going to be alright. Luckily they were. Hopefully they've learnt their lesson.</w:t>
      </w:r>
    </w:p>
    <w:p>
      <w:r>
        <w:rPr>
          <w:b w:val="0"/>
          <w:i w:val="0"/>
        </w:rPr>
        <w:t>Mr Pepys weekly Diary continues:-</w:t>
      </w:r>
    </w:p>
    <w:p>
      <w:r>
        <w:rPr>
          <w:b w:val="0"/>
          <w:i w:val="0"/>
        </w:rPr>
        <w:t>The Occasional Diary of Mr Pepys    p.x</w:t>
      </w:r>
    </w:p>
    <w:p>
      <w:r>
        <w:rPr>
          <w:b w:val="0"/>
          <w:i w:val="0"/>
        </w:rPr>
        <w:t xml:space="preserve">The Day of Our Good Lord, June 14th 1665. </w:t>
      </w:r>
    </w:p>
    <w:p>
      <w:r>
        <w:rPr>
          <w:b w:val="0"/>
          <w:i w:val="0"/>
        </w:rPr>
        <w:t>Bursting June indeed; for overnight it did rain like Noah's worst nightmare. But now the very cobbles underfoot shine like polished conkers. It is eleven o' the morning and all hostelries have been open since dawn. (For ours is a dockside town with the most modern of leisure pursuits.) Accordingly, vessels of all colourful hues that do credit to Master Turner's palette lie harbour side. A fragrant nose-gay of all-day breakfast stuns the nostrils. There is a leverage of beverage in the air and a palpable frisson of competition in the wind. (Historical nota: The first day of Crufts also has inherited this eclectic Ã‚Â¹Ã‚Â² nay electric, level of enchantment. Even I, the humble Pepys do smell the coffee on entering the National Halls each March Ã¢â‚¬â€œ Hall 5 FYI.)</w:t>
      </w:r>
    </w:p>
    <w:p>
      <w:r>
        <w:rPr>
          <w:b w:val="0"/>
          <w:i w:val="0"/>
        </w:rPr>
        <w:t>[Note Ã‚Â¹Ã‚Â²: Def. Eclectic "If you don't know it Ã¢â‚¬â€œ you ain't got it!" q.v. Fats Waller. "Ain't Misbehavin'." 1943]</w:t>
      </w:r>
    </w:p>
    <w:p>
      <w:r>
        <w:rPr>
          <w:b w:val="0"/>
          <w:i w:val="0"/>
        </w:rPr>
        <w:t>The Today is the day! A 'Canine Exposition to Delight the Senses' awaits our delectation. To the evident delight of the Keeper of the Purse-strings, all subscriptions have been subscribed and the Auditors do rub their chilly hands at the news thereof. The Token Gent has mislaid his note-card but, by great fortune Scrimshanks has loaned him his Tablet (with Word 1660 installed. Obvs.) Now a plethora of artistry awaits our perusal and scrutiny. Some fain the lack of loupe by which to fathom the minutiae dealt by the finest brush hair but the windows are for our safety (also, necessary provision should the weather be inclement.)</w:t>
      </w:r>
    </w:p>
    <w:p>
      <w:r>
        <w:rPr>
          <w:b w:val="0"/>
          <w:i w:val="0"/>
        </w:rPr>
        <w:t xml:space="preserve">We chance upon Daphne's Bar. A fine bowed window of good-sized panes reveals an interior tastefully washed with magnolia and edged in nicotine gouache. I do stop in my tracks. Whoa! I, Labrador Pepys (not yet officially recognised) do espy an hormonal challenge; young Montacute's Black Retriever bitch is there cosmetically depicted in hot oils. She languishes upon a swooning grassland under an early warming sun whilst, in the background, a lazy grey river smooches past. A black clad Gaugin-type in a floppy hat looks on disinterestedly whilst his companion has eyes only for his cheroot. </w:t>
      </w:r>
    </w:p>
    <w:p>
      <w:r>
        <w:rPr>
          <w:b w:val="0"/>
          <w:i w:val="0"/>
        </w:rPr>
        <w:t xml:space="preserve">'Holy Bonios!' Young Pepys knows when 'Le DÃƒÂ©jeune sur L'herbe'Ã‚Â¹Ã‚Â³ no less, awaits the serving! I am sunk before her; what noble brow and haughty gaze! Coat slinky, coal-black and well breeched. The flattest of waves and plumpest of rumps. I thump my thick well-clothed tail. 'Fol-de-Rol! And roll on October 1st! Or, should I request a kennel visitation during July? For relaxed socialisation, FYI. </w:t>
      </w:r>
    </w:p>
    <w:p>
      <w:r>
        <w:rPr>
          <w:b w:val="0"/>
          <w:i w:val="0"/>
        </w:rPr>
        <w:t>We move along to the next display. Slowly. Scrimshanks' young terrier is (naturally) Persil white, finely outlined in docker's pencil and showing well his bright eye and urchin expression Ã¢â‚¬â€œ so necessary for the depiction of feistiness. A headless half-rat completes the composition, indicating purpose.</w:t>
      </w:r>
    </w:p>
    <w:p>
      <w:r>
        <w:rPr>
          <w:b w:val="0"/>
          <w:i w:val="0"/>
        </w:rPr>
        <w:t>[Note Ã‚Â¹Ã‚Â³: Le DÃƒÂ©jeune sur L'herbe' Ã¢â‚¬â€œ The one where Renoir unveils a young Herbert having breakfast with friends by a river. Unfortunately, his lady-friend has mislaid her pyjamas. Much Googled by art students for GCSE.]</w:t>
      </w:r>
    </w:p>
    <w:p>
      <w:r>
        <w:rPr>
          <w:b w:val="0"/>
          <w:i w:val="0"/>
        </w:rPr>
        <w:t xml:space="preserve">There is a minor commotion. In truth, the distinguished judges are abroad. Those whom we must avoid; for to meet and chat cordially with their officialdom is deprecated in the Book of Verses. Beaming internally and heads full of wisdom, Messrs. Windsor and Newman Ã‚Â¹Ã¢ÂÂ´ (both Group Certified with BIS) stroll along the opposite side of the High Street, hats cockaded, Hunter pocket watches primed, all tightly corded trews and silver buckles. </w:t>
      </w:r>
    </w:p>
    <w:p>
      <w:r>
        <w:rPr>
          <w:b w:val="0"/>
          <w:i w:val="0"/>
        </w:rPr>
        <w:t xml:space="preserve">[Note Ã‚Â¹Ã¢ÂÂ´: a) Windsor, Davis. One of Bridgend's finest artists. Lauded for his storming portrayal in 'It Ain't Half Hot Mum.' 1974. b) Paul Newman. Another very good artist for MGM and an Indy-car driver. Married Joanne Woodward. Grr! Nothing more to be said.] </w:t>
      </w:r>
    </w:p>
    <w:p>
      <w:r>
        <w:rPr>
          <w:b w:val="0"/>
          <w:i w:val="0"/>
        </w:rPr>
        <w:t>Mistress Comely advances into the dirt, curtseying low as they pass. Lady Peggleton conveys but a smile of flint. She tugs a sleeve of her companion. She sniffs. 'They are but B Panel, according to the IGL. And own but one gun between them.'</w:t>
      </w:r>
    </w:p>
    <w:p>
      <w:r>
        <w:rPr>
          <w:b w:val="0"/>
          <w:i w:val="0"/>
        </w:rPr>
        <w:t>'Do hasten, Pepys,' my Mistress commands, ignoring the last display. I glance side-ways. Labradors are noted for side-ways glancing. It is but a daub: two rosy grapefruits subtend a haughty female head. Overtly modernist, for she has one eye only and has a banana for a neck. Also, her mouth is missing. It is signed with an infant scrawl: 'Piccolo' (or some such.) What a waste of pigment.</w:t>
      </w:r>
    </w:p>
    <w:p>
      <w:r>
        <w:rPr>
          <w:b w:val="0"/>
          <w:i w:val="0"/>
        </w:rPr>
        <w:t xml:space="preserve">Our retainer, dear Camborne appears with the carriage. He beckons us in. I, Pepys, sensing disaster do pee hotly into a cellar grate. Camborne is discrete. 'It is murmured by Dorchester Steve, that Exhibitionist preparations for the Canine Committee of Bognor have suffered great imposition. They are prevented from access to the golden strand for the measuring of rings and the collecting of seashells. A cultural calamity has occurred. Cherry-picking at Glaston's Berry Farm has been postponed by the worthies due to a lack of spacing-out spaces for rockers and scat-singers. And a dearth of glamping tenting for those rolling-stones desiring more satisfaction therein. Hence, a veritable army of Surrey 'Metropolitans' sorely deprived of park-in-spaces and fearful of river-dipping have invaded 'La Plage.' They have filled it from end to end with their bathing facilities.' Camborne's voice did drop to a whisper. 'And some, without shame have removed all their hosiery and are making merry with pigs bladders and sugar-ices on sticks. </w:t>
      </w:r>
    </w:p>
    <w:p>
      <w:r>
        <w:rPr>
          <w:b w:val="0"/>
          <w:i w:val="0"/>
        </w:rPr>
        <w:t>Thank you Pepys and Tony.</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