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- 22/12/2017 - ISSUE"</w:t>
      </w:r>
      <w:r>
        <w:br/>
      </w:r>
      <w:r>
        <w:rPr>
          <w:b w:val="0"/>
          <w:i w:val="0"/>
        </w:rPr>
        <w:br/>
        <w:t>date_original: "22/12/2017 - ISSUE"</w:t>
      </w:r>
      <w:r>
        <w:br/>
      </w:r>
      <w:r>
        <w:rPr>
          <w:b w:val="0"/>
          <w:i w:val="0"/>
        </w:rPr>
        <w:br/>
        <w:t>source_url: "https://www.ourdogs.co.uk/members/breednotes/RetrieverLabradorMain.php"</w:t>
      </w:r>
      <w:r>
        <w:br/>
      </w:r>
      <w:r>
        <w:rPr>
          <w:b w:val="0"/>
          <w:i w:val="0"/>
        </w:rPr>
        <w:br/>
        <w:t>scraped_at: "2026-09-13T15:24:18"</w:t>
      </w:r>
      <w:r>
        <w:br/>
      </w:r>
      <w:r>
        <w:rPr>
          <w:b w:val="0"/>
          <w:i w:val="0"/>
        </w:rPr>
        <w:br/>
        <w:t>word_count: 1178</w:t>
      </w:r>
    </w:p>
    <w:p>
      <w:r>
        <w:t>――――――――――――――――――――――――――――――</w:t>
      </w:r>
    </w:p>
    <w:p>
      <w:r>
        <w:rPr>
          <w:b w:val="0"/>
          <w:i w:val="0"/>
        </w:rPr>
        <w:t>NEWS MEMBERS' AREA SHOP SUBSCRIBE UPCOMING SHOWS MORE</w:t>
      </w:r>
    </w:p>
    <w:p>
      <w:r>
        <w:rPr>
          <w:b w:val="0"/>
          <w:i w:val="0"/>
        </w:rPr>
        <w:t>RETRIEVER LABRADOR</w:t>
      </w:r>
    </w:p>
    <w:p>
      <w:r>
        <w:rPr>
          <w:b w:val="0"/>
          <w:i w:val="0"/>
        </w:rPr>
        <w:t>Issue: 22/12/2017</w:t>
      </w:r>
    </w:p>
    <w:p>
      <w:r>
        <w:rPr>
          <w:b w:val="0"/>
          <w:i w:val="0"/>
        </w:rPr>
        <w:t xml:space="preserve">Merry Christmas to everyone and a Happy New Year. The notes go off early before Christmas, so do have a good Christmas break, stay safe and see you all next year. </w:t>
      </w:r>
    </w:p>
    <w:p>
      <w:r>
        <w:rPr>
          <w:b w:val="0"/>
          <w:i w:val="0"/>
        </w:rPr>
        <w:t>As I sit here writing at the kitchen table, after the LKA snow bomb, which hit my area badly, the temperature outside is minus 10 degrees. It was even lower during the night, second coldest in the UK according to the tv. The village is cut off with deep snow  and all the dogs are very happy, enjoying a day/ night holiday in the house, instead of being outside in their kennels and covered runs. A lot of  gentle, very content, comfy snoring is emanating from the kitchen!</w:t>
      </w:r>
    </w:p>
    <w:p>
      <w:r>
        <w:rPr>
          <w:b w:val="0"/>
          <w:i w:val="0"/>
        </w:rPr>
        <w:t>Entries to consider over the Christmas period:-</w:t>
      </w:r>
    </w:p>
    <w:p>
      <w:r>
        <w:rPr>
          <w:b w:val="0"/>
          <w:i w:val="0"/>
        </w:rPr>
        <w:t>Three Ridings LRC Open Show to be held at Netherton Village Hall,  Coxley View, Netherton, Wakefield WF4 4LT on SUNDAY, 28th January 2018 the judge is Mrs P Ayres (Musubi)  Show opens: 10.00 am Judging: 11.00 am   Postal entries close on: 02/01/2018 Online entries via Fosse date close on: 09/01/2018 . For enquiries  contact the Secretary on 07900077894. Entries will be closing on 6th January by post and online on 17th Jan, via fossedata for the Welsh Lab Club Ch show held at Chepstow on 3rd February. The judges are Mrs Joan Woodall (Dogs) and Mr Jean-Louis Blais (Bitches). Contact the Secretary for further details, Margaret Barker email secretary@labclubof Wales.co.uk</w:t>
      </w:r>
    </w:p>
    <w:p>
      <w:r>
        <w:rPr>
          <w:b w:val="0"/>
          <w:i w:val="0"/>
        </w:rPr>
        <w:t>Entries for Cotswold and Wyevern LRC Open Show at Norton, Worcester  on 10th February also close on 6th Jan and online 18th Jan via fossedata. The judge is Mrs Anne Hoban (Meadowleigh). Further details from Secretary, Ms .C Jenkins  tel  07813 304 660 or 01531 634183.</w:t>
      </w:r>
    </w:p>
    <w:p>
      <w:r>
        <w:rPr>
          <w:b w:val="0"/>
          <w:i w:val="0"/>
        </w:rPr>
        <w:t>With LKA over and an additional CC, Best of Breed and Group 3 placing for Richard Stafford's yellow bitch, Sh Ch Arrowmoy Fairytale to New York Farnfield, and a crowning CC for Sussie Wiles yellow dog, Richbourne Londoner, the list of Champions made up in 2017 can be completed. Hopefully, I have not made any howlers or completely omitted anyone. So, here is the final list of the years top winners.</w:t>
      </w:r>
    </w:p>
    <w:p>
      <w:r>
        <w:rPr>
          <w:b w:val="0"/>
          <w:i w:val="0"/>
        </w:rPr>
        <w:t xml:space="preserve">One note, this year I have put the age at which the champion Labrador Dogs and Bitches were actually made up, for exhibitors information. In these rushed, hurried times, some newcomers appear disheartened, having been lead to believe there is something wrong with a dog if it is not made up or winning at top level by the time it is 2. </w:t>
      </w:r>
    </w:p>
    <w:p>
      <w:r>
        <w:rPr>
          <w:b w:val="0"/>
          <w:i w:val="0"/>
        </w:rPr>
        <w:t xml:space="preserve">Whilst this does occasionally happen, generally ours is a slow maturing breed coming to maturity around four years of age onwards. </w:t>
      </w:r>
    </w:p>
    <w:p>
      <w:r>
        <w:rPr>
          <w:b w:val="0"/>
          <w:i w:val="0"/>
        </w:rPr>
        <w:t>As will be seen from the ages of the 2017 champions listed, the average age when they were made up is nearer 4 to 5 years of age, rather than 2. So please, just be patient and enjoy exhibiting whilst letting your Labrador develop to perfection at the correct pace.</w:t>
      </w:r>
    </w:p>
    <w:p>
      <w:r>
        <w:rPr>
          <w:b w:val="0"/>
          <w:i w:val="0"/>
        </w:rPr>
        <w:t>With such strong competition in the males between Top winning Labrador, Sharon Lamberts Ch Mattand Exodus and David Coodes Ch Warringahs Perth, the consequence was that only 4 other male dogs gained their titles in 2017. Three blacks and one yellows.</w:t>
      </w:r>
    </w:p>
    <w:p>
      <w:r>
        <w:rPr>
          <w:b w:val="0"/>
          <w:i w:val="0"/>
        </w:rPr>
        <w:t>In no particular order they are:-</w:t>
      </w:r>
    </w:p>
    <w:p>
      <w:r>
        <w:rPr>
          <w:b w:val="0"/>
          <w:i w:val="0"/>
        </w:rPr>
        <w:t>The Brown family, Todd and Farquarson's black, Sh Ch Ramsayville Ruby Walsh. ( Ramsayville Robert Downey x Sudeo Mystique at Ramsayville ) He won his first very exciting CC from judge, Sheelin Cuthbert at Crufts 2017, his second under Paul Collins at WELKS and his crowning 3rd under Penny Carpanini at United Retriever Club at the age of 5years 3 months.</w:t>
      </w:r>
    </w:p>
    <w:p>
      <w:r>
        <w:rPr>
          <w:b w:val="0"/>
          <w:i w:val="0"/>
        </w:rPr>
        <w:t>Linda McGillivray's black Sh Ch Antonine Cinderfella JW (Waterlines Freddy with Antonine x Lindall Rihanna with Antonine) won his first CC at SWKA under Amanda Stewart in 2016, his second at Manchester 2017 under Becci Hodge and his 3rd at Blackpool under Marion Hopkinson aged two years.</w:t>
      </w:r>
    </w:p>
    <w:p>
      <w:r>
        <w:rPr>
          <w:b w:val="0"/>
          <w:i w:val="0"/>
        </w:rPr>
        <w:t>Stefan Praetza's and his wife Cordula's black  Int Ch Sh Ch Blacksugar Luis (Int Ch A Sense of Pleasures I'm a Joker x Blacksugar Ibiza) from Germany won his CCs in 2017 at KSS Lab Club under Lesley Dantinnes, his second under Isobel Key at Northumberland and Durham LRC and his crowning third under Linda Heron at North West Lab Club the very next day. Already an International Champion, he became a UK show champion aged 5 years 1 month.</w:t>
      </w:r>
    </w:p>
    <w:p>
      <w:r>
        <w:rPr>
          <w:b w:val="0"/>
          <w:i w:val="0"/>
        </w:rPr>
        <w:t>Sussie and Bonnie Wiles' yellow Sh Ch Richbourne Londoner (Fin Ch Devonshires London Edition x Sh .Ch Richbourne Silver Surprise) won his first CC at Gundog Breeds of Scotland from Kirsi Luomanen 2016, his second from Huw Bishop at SWKA 2017 and was made up under Per Iverson at LKA aged 3 years 11 months.</w:t>
      </w:r>
    </w:p>
    <w:p>
      <w:r>
        <w:rPr>
          <w:b w:val="0"/>
          <w:i w:val="0"/>
        </w:rPr>
        <w:t>Competition in the bitch ring was widely spread. Six bitches became Show Champions, two blacks and 4 yellows.</w:t>
      </w:r>
    </w:p>
    <w:p>
      <w:r>
        <w:rPr>
          <w:b w:val="0"/>
          <w:i w:val="0"/>
        </w:rPr>
        <w:t>Sussie Wiles' black Sh Ch Dolehamhalt Dazzler of Richbourne JW (Mambrinos Thriller at Richbourne x Dolehamhalt Primrose of Richbourne ) won her first CC under Karl Gawthorpe at Boston 2017, her second CC at  Manchester under Becci Hodge and was made up in grand epic style at Crufts under Frank Kane aged 3years 11months.</w:t>
      </w:r>
    </w:p>
    <w:p>
      <w:r>
        <w:rPr>
          <w:b w:val="0"/>
          <w:i w:val="0"/>
        </w:rPr>
        <w:t>Angela Mitchell's yellow, Sh Ch Callyswood  Caitlin ( Fin Ch Devonshires London Edition x Cornlands Lady Flora) won her first CC under Eric Parr at East Anglian Lab Club 2017, her second at Kent Surrey and Sussex Lab Club under Dave Wilmshurst and her third under Paul Collins at WELKS aged 2years 9months.</w:t>
      </w:r>
    </w:p>
    <w:p>
      <w:r>
        <w:rPr>
          <w:b w:val="0"/>
          <w:i w:val="0"/>
        </w:rPr>
        <w:t>Andy and Jo Metcalfe's yellow Sh Ch Baileydale Miss Busy Body JW (Ch Carpenny Made a Million x Sandylands Spring Blossom for Baileydale JW ShCM  ) won her first CC at Southern Counties 2014 under Becky Johnson, her second under Lynda Miles at Lab Club of Wales 2017 and was made up under Maureen Floyd at Southern Counties aged 5 years 1 month.</w:t>
      </w:r>
    </w:p>
    <w:p>
      <w:r>
        <w:rPr>
          <w:b w:val="0"/>
          <w:i w:val="0"/>
        </w:rPr>
        <w:t>Marion Hopkinson's yellow, Sh Ch Kilburnpark Miss Maureen at Rocheby  (Sh Ch Silver Suede over Rocheby x Braithwell Summer Song)  won her first CC under me, Ann Britton, at Midland Counties CA in 2015 , her second under Moray Armstrong at Gundog Society of Wales 2016 and her third under Tom Grant at Midland Counties Lab Club 2017 aged 3years.</w:t>
      </w:r>
    </w:p>
    <w:p>
      <w:r>
        <w:rPr>
          <w:b w:val="0"/>
          <w:i w:val="0"/>
        </w:rPr>
        <w:t xml:space="preserve">Marion Hopkinsons yellow Sh Ch Hayley Sun in their Eyes (AM Ch Gateways Nothing but Trouble x Rocheby Sweet Crystal ) won all her crowning CCs in 2017. The first from Rosa Agostini from </w:t>
      </w:r>
    </w:p>
    <w:p>
      <w:r>
        <w:rPr>
          <w:b w:val="0"/>
          <w:i w:val="0"/>
        </w:rPr>
        <w:t>Italy at Three Counties, the second at Windsor under Lucy Kent and her third under Mervyn Reynolds at Leeds aged 18 months.</w:t>
      </w:r>
    </w:p>
    <w:p>
      <w:r>
        <w:rPr>
          <w:b w:val="0"/>
          <w:i w:val="0"/>
        </w:rPr>
        <w:t>Hayley Brambles black Sh Ch Shaymiloney Storming Norma JW (Madras Roman Republic x Shaymiloney Sweet Pea) won her first CC under Ginette Oulton at Darlington 2016, her second under Arwyn Ellis at the Yellow Lab Club 2017 and was made up under Brian Hayward at Gundog Society of Wales 2017 aged 3years 9months.</w:t>
      </w:r>
    </w:p>
    <w:p>
      <w:r>
        <w:rPr>
          <w:b w:val="0"/>
          <w:i w:val="0"/>
        </w:rPr>
        <w:t>Congratulations to you all!</w:t>
      </w:r>
    </w:p>
    <w:p>
      <w:r>
        <w:rPr>
          <w:b w:val="0"/>
          <w:i w:val="0"/>
        </w:rPr>
        <w:t>My apologies once again for any mistakes or unintended omissions.</w:t>
      </w:r>
    </w:p>
    <w:p>
      <w:r>
        <w:rPr>
          <w:b w:val="0"/>
          <w:i w:val="0"/>
        </w:rPr>
        <w:t xml:space="preserve">Ann Britton </w:t>
      </w:r>
    </w:p>
    <w:p>
      <w:r>
        <w:rPr>
          <w:b w:val="0"/>
          <w:i w:val="0"/>
        </w:rPr>
        <w:t xml:space="preserve">01989720665 </w:t>
      </w:r>
    </w:p>
    <w:p>
      <w:r>
        <w:rPr>
          <w:b w:val="0"/>
          <w:i w:val="0"/>
        </w:rPr>
        <w:t>bowstones@btinternet.com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