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- 24 Apr 2009"</w:t>
      </w:r>
      <w:r>
        <w:br/>
      </w:r>
      <w:r>
        <w:rPr>
          <w:b w:val="0"/>
          <w:i w:val="0"/>
        </w:rPr>
        <w:br/>
        <w:t>date_original: "24 Apr 2009"</w:t>
      </w:r>
      <w:r>
        <w:br/>
      </w:r>
      <w:r>
        <w:rPr>
          <w:b w:val="0"/>
          <w:i w:val="0"/>
        </w:rPr>
        <w:br/>
        <w:t>source_url: "https://www.ourdogs.co.uk/members/breednotes/2009/RetrieverLabrador/RetrieverLabrador-apr24.htm"</w:t>
      </w:r>
      <w:r>
        <w:br/>
      </w:r>
      <w:r>
        <w:rPr>
          <w:b w:val="0"/>
          <w:i w:val="0"/>
        </w:rPr>
        <w:br/>
        <w:t>archive_type: "static_html"</w:t>
      </w:r>
      <w:r>
        <w:br/>
      </w:r>
      <w:r>
        <w:rPr>
          <w:b w:val="0"/>
          <w:i w:val="0"/>
        </w:rPr>
        <w:br/>
        <w:t>scraped_at: "2026-09-13T22:01:31"</w:t>
      </w:r>
      <w:r>
        <w:br/>
      </w:r>
      <w:r>
        <w:rPr>
          <w:b w:val="0"/>
          <w:i w:val="0"/>
        </w:rPr>
        <w:br/>
        <w:t>word_count: 2021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Every year since 1965 I have attended the Labrador Club of Scotland Championship Show. The venues have sometimes been poor and in very run-down parts of Glasgow, especially in the early years. As new sports venues were built in more prosperous times we enjoyed quite decent facilities and the show progressed from home-made benches of very basic design to the type we see today at SKC, for example. Some of us spent many hours repairing and building these benches, cleaning them up by hand for each coming show. The erection and dismantling and storing of these awful benches are a thing of the past, thank goodness. The club has really moved on today with no benches! And it seems to be what exhibitors want. What we have now is portable soft cages spread around the halls and superb facilities in our modern cars and the dogs seem to be very content. And I must say the committee members of the day should be very thankful of the changes to the club's benching policy.</w:t>
      </w:r>
    </w:p>
    <w:p>
      <w:r>
        <w:rPr>
          <w:b w:val="0"/>
          <w:i w:val="0"/>
        </w:rPr>
        <w:t>The club's 65th Championship show was held on April 4th in what appears to be a good venue, Lanark Agricultural Centre, and in previous years while it was cold outside in the windswept area it is situated in, I had thought it was quite a decent place. We must agree they have very good catering and toilet facilities. This year it was freezing outside and inside. It seemed never to heat up. The warning signs were at the front door with a large display of extreme weather clothing for sale by a well-known Lanark company. They managed to get £25 from me! So, having mentioned the progress of the club through the years to this modern venue I had previously thought was OK, I now have heard from various English friends that it is not their favourite place. No atmosphere. Cold. So does the club intend to find another venue, or is this their first choice for years to come? Watch this space!</w:t>
      </w:r>
    </w:p>
    <w:p>
      <w:r>
        <w:rPr>
          <w:b w:val="0"/>
          <w:i w:val="0"/>
        </w:rPr>
        <w:t>Atmosphere at the show was poor with the entry down and fewer people. Living so far north we don't attend many shows nowadays and assume the credit crunch is affecting shows. Or perhaps the fact that the Kent Surrey and Sussex Ch Show was the following day, is the main factor. What awful scheduling! Some office wallah must have assumed that as the venues are so far apart it was not a problem. Let them know it certainly is! I understand the bitch entry was as last year but the dog's suffered a drop in entry. Judges Betty Graham (Graemoor, from the USA) and Anthony Allen got through their entry in good time and agreed on all the decisions they had to make. Winner of Open Bitch, Sh Ch Lindall Strawberry Cream With Farbrae owned by Sara Holiday and Robert Auld, got her 5th CC and from Limit Dog, Brockburrow Cassanova In Linjor got his first CC and BoB, owned by Linda Harvey Major and Ms Allen, with Shaun Williamson's Sh Ch Harrop Happy Go Lucky To Sharouns Jw Sh Cm, getting the RCC from Open. Bitch RCC winner was Diana Downey-Tulloch's Tullochmohr Luck Be A Lady from Yearling. Best Puppy was Lee Lesley's Steeleigh Hot Shot. At this point in the show we were so cold our concentration was on our coffee stop at the Lanark Loch Tearoom immediately following the show where we were sure of some warmth. Old age makes life difficult! From observing our two judges it was a pleasure to see them very well turned out, so smart, and putting all their thoughts into the task they faced. Over the years we have all observed some judges who looked as though they would rather be outside the hall having a fag.</w:t>
      </w:r>
    </w:p>
    <w:p>
      <w:r>
        <w:rPr>
          <w:b w:val="0"/>
          <w:i w:val="0"/>
        </w:rPr>
        <w:t>We can't leave the show without mentioning our Hon. President, Margie Cairns, and Roy Ellison, both stalwarts of the club since the year dot. Not in the best of health and with Margie quite frail in body but certainly not in spirit, they sat frozen, talking to their many friends and enjoying the show. Looking forward to seeing them again next year at the show wherever the venue is. Let's hope it is a warm day if at Lanark again. Finally, the club's merchandise. A great success thanks to Maurice Givan's input over the years, with the club tartan now all over the world. We were so glad to see he was in good spirits at the show recovering well from a health scare in his usual phlegmatic style.</w:t>
      </w:r>
    </w:p>
    <w:p>
      <w:r>
        <w:rPr>
          <w:b w:val="0"/>
          <w:i w:val="0"/>
        </w:rPr>
        <w:t>Jim Nolan</w:t>
      </w:r>
    </w:p>
    <w:p>
      <w:r>
        <w:rPr>
          <w:b w:val="0"/>
          <w:i w:val="0"/>
        </w:rPr>
        <w:t>veyaties@aol.com n</w:t>
      </w:r>
    </w:p>
    <w:p>
      <w:r>
        <w:rPr>
          <w:b w:val="0"/>
          <w:i w:val="0"/>
        </w:rPr>
        <w:t>I understand that the Labrador Club Yearbook has the judges of Leeds 2009 listed incorrectly. In fact, the Labrador judges at Leeds on Saturday 25th July 2009 are Lucy Kent (Dogs) and Ann Britton (Bitches).</w:t>
      </w:r>
    </w:p>
    <w:p>
      <w:r>
        <w:rPr>
          <w:b w:val="0"/>
          <w:i w:val="0"/>
        </w:rPr>
        <w:t>Do make a date in your diary for a great Labrador fun day out on Saturday May 2nd 2009 starting at 11am. The venue is Willersey Road, Badsey, Evesham, Worcester WR11 5HG, where the Yellow Labrador Club will be holding their Work/Show Funday. There will be sympathetic &amp; professional guidance for owners of both show and working dogs. Join in the fun to see if your dog has aptitude for work or show. There will be a Fun Scurry with informal prizes. If the sun is shining, why not take a picnic along and enjoy a super day out with your dogs in the best of English countryside. Wear suitable clothing for traditional English weather. The cost is just £3 per person, half price for under 18year olds. Cheques should be made payable to The Yellow Labrador Club and sent together with your name, telephone number and the number of Labradors you will be taking to Sussie Wiles, Bourne Farm, Harefield, Middx UB9 6NA (Tel: 01895 823227) or Linda Partridge, Little Riste Farmhouse, West Meadow Lane, Long Whatton, Loughborough, Leics. LE12 5DW (Tel: 01509 843510) Telephone number on the day will be 07768935193.</w:t>
      </w:r>
    </w:p>
    <w:p>
      <w:r>
        <w:rPr>
          <w:b w:val="0"/>
          <w:i w:val="0"/>
        </w:rPr>
        <w:t>More top successes for Labradors at Open shows. News comes from Richard Stafford whose yellow youngster "Kimvalley Star Gazer at Farnfield" has been hitting the high spots recently.</w:t>
      </w:r>
    </w:p>
    <w:p>
      <w:r>
        <w:rPr>
          <w:b w:val="0"/>
          <w:i w:val="0"/>
        </w:rPr>
        <w:t>Richard writes "Gaffer, has done it again today at Birmingham Gundog and Terrier Club. He was Best Puppy under Mrs Heather Arrell, Gundog Group 1 under Mr Chris Atkinson and Best Puppy in Show under both Mr Chris Atkinson and Mrs Lesley Crawley judging jointly. His win completed a terrific day as my Flatcoated Retriever ended the day as Reserve Best in Show. This is a third BPIS for Gaffer after his triumphs at Weston Super Mare and United Retriever Club Open shows". Well done Richard.</w:t>
      </w:r>
    </w:p>
    <w:p>
      <w:r>
        <w:rPr>
          <w:b w:val="0"/>
          <w:i w:val="0"/>
        </w:rPr>
        <w:t>Many thanks to Margaret Gardner who has supplied the missing result from Labrador Club of Scotland Ch Show. The Bitch RCC was won by Rewari Expatriot of Clanross, bred by Margaret Gardner and owned by Mr Richard Ross. She was expertly handled on the day by Diana Downey-Tulloch.</w:t>
      </w:r>
    </w:p>
    <w:p>
      <w:r>
        <w:rPr>
          <w:b w:val="0"/>
          <w:i w:val="0"/>
        </w:rPr>
        <w:t>Many thanks for this, Margaret and a reminder to all lucky show winners, do please phone or email me with show results if I am not at the event. I may be good at some things but clairvoyance is not one of my skills.</w:t>
      </w:r>
    </w:p>
    <w:p>
      <w:r>
        <w:rPr>
          <w:b w:val="0"/>
          <w:i w:val="0"/>
        </w:rPr>
        <w:t>Noelene Dodd judged at the Yellow Labrador Club Open Show. Noelene writes "Mr and Mrs Aireys Ronsard Me Celebrait was BIS and Woolman Constance was RBIS and a Woolman puppy as BPIS" not as reported.</w:t>
      </w:r>
    </w:p>
    <w:p>
      <w:r>
        <w:rPr>
          <w:b w:val="0"/>
          <w:i w:val="0"/>
        </w:rPr>
        <w:t>I was in booksellers, WH Smiths, recently and spied atop a shelf, a copy of The Field magazine on whose March 2009 front cover were emblazoned the words "Dolly Mixture Gundogs. Are crossbreeds now the smarter, healthier choice?"</w:t>
      </w:r>
    </w:p>
    <w:p>
      <w:r>
        <w:rPr>
          <w:b w:val="0"/>
          <w:i w:val="0"/>
        </w:rPr>
        <w:t>I thought, "Here we go again, some clever journalist extolling the virtues of Labradoodles, Spanadors and Cockerpoos" and in doing so, belittling breeders of pedigree health tested dogs.</w:t>
      </w:r>
    </w:p>
    <w:p>
      <w:r>
        <w:rPr>
          <w:b w:val="0"/>
          <w:i w:val="0"/>
        </w:rPr>
        <w:t>In fact I thought the article made sad, yet interesting reading; a picture of our time; throw away standards and make a fast buck.</w:t>
      </w:r>
    </w:p>
    <w:p>
      <w:r>
        <w:rPr>
          <w:b w:val="0"/>
          <w:i w:val="0"/>
        </w:rPr>
        <w:t>It talked of Labradoodle puppies selling for £2000 each and of the social cachet of owning such a cross- bred designer dog.</w:t>
      </w:r>
    </w:p>
    <w:p>
      <w:r>
        <w:rPr>
          <w:b w:val="0"/>
          <w:i w:val="0"/>
        </w:rPr>
        <w:t>It stated, "There are fashionable crossbreeds to suit every pocket" and claimed that breeders, buyers of crosses and many shooting people are fans. Well, at £2000 each I am sure the breeders certainly do love them especially if they have ten pups in a litter!</w:t>
      </w:r>
    </w:p>
    <w:p>
      <w:r>
        <w:rPr>
          <w:b w:val="0"/>
          <w:i w:val="0"/>
        </w:rPr>
        <w:t>My eyebrows lifted even higher when I read of a lady whose partner is in charge of the kennels Labradoodle breeding programme. She tells the readers that she is a Kennel Club Accredited Breeder of working Labradors, and goes on to talk about breeding her working Labradors to top class poodles. (Do" top class Poodle" breeders really allow such matings? I would very much doubt it. I think the Poodle breeders are all just as horrified with Labradoodles, as are we Labrador breeders)</w:t>
      </w:r>
    </w:p>
    <w:p>
      <w:r>
        <w:rPr>
          <w:b w:val="0"/>
          <w:i w:val="0"/>
        </w:rPr>
        <w:t>In its final paragraph the article gives advice to purchasers, "Buying a crossbreed - a (named) breeder of Labradoodles suggests a milti-gen-labradoodle as it is more predictable than a first generation cross. Look for a breeder with Kennel Club accreditation; a reputable breeder of pure-breds rather than just crosses......." Great!!</w:t>
      </w:r>
    </w:p>
    <w:p>
      <w:r>
        <w:rPr>
          <w:b w:val="0"/>
          <w:i w:val="0"/>
        </w:rPr>
        <w:t>From the early 1800s the founding fathers of our Labrador breed developed the breed and kept the lines pure, simply based on the dogs imported directly to Poole from Newfoundland. The Labrador was recognised by the Kennel Club at the turn of the 20th century and now, a century later, for fashion at an extortionate price, we see the breed being messed about with; the decades of breeding from health checked pure stock thrown completely aside in what appears to me to be a fanciful exercise to produce a very lucrative mongrel for those who would admire the "Kings New Clothes"!</w:t>
      </w:r>
    </w:p>
    <w:p>
      <w:r>
        <w:rPr>
          <w:b w:val="0"/>
          <w:i w:val="0"/>
        </w:rPr>
        <w:t>If you can get hold of a copy of The Field March 2009, the article is worth reading.</w:t>
      </w:r>
    </w:p>
    <w:p>
      <w:r>
        <w:rPr>
          <w:b w:val="0"/>
          <w:i w:val="0"/>
        </w:rPr>
        <w:t>Ann Britton</w:t>
      </w:r>
    </w:p>
    <w:p>
      <w:r>
        <w:rPr>
          <w:b w:val="0"/>
          <w:i w:val="0"/>
        </w:rPr>
        <w:t>01989 720665</w:t>
      </w:r>
    </w:p>
    <w:p>
      <w:r>
        <w:rPr>
          <w:b w:val="0"/>
          <w:i w:val="0"/>
        </w:rP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