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- 13/09/2013"</w:t>
      </w:r>
      <w:r>
        <w:br/>
      </w:r>
      <w:r>
        <w:rPr>
          <w:b w:val="0"/>
          <w:i w:val="0"/>
        </w:rPr>
        <w:br/>
        <w:t>date_original: "13/09/2013"</w:t>
      </w:r>
      <w:r>
        <w:br/>
      </w:r>
      <w:r>
        <w:rPr>
          <w:b w:val="0"/>
          <w:i w:val="0"/>
        </w:rPr>
        <w:br/>
        <w:t>source_url: "https://www.ourdogs.co.uk/members/breednotes/retlabarchive.php"</w:t>
      </w:r>
      <w:r>
        <w:br/>
      </w:r>
      <w:r>
        <w:rPr>
          <w:b w:val="0"/>
          <w:i w:val="0"/>
        </w:rPr>
        <w:br/>
        <w:t>archive_type: "retlabarchive_post"</w:t>
      </w:r>
      <w:r>
        <w:br/>
      </w:r>
      <w:r>
        <w:rPr>
          <w:b w:val="0"/>
          <w:i w:val="0"/>
        </w:rPr>
        <w:br/>
        <w:t>scraped_at: "2026-09-13T22:43:10"</w:t>
      </w:r>
      <w:r>
        <w:br/>
      </w:r>
      <w:r>
        <w:rPr>
          <w:b w:val="0"/>
          <w:i w:val="0"/>
        </w:rPr>
        <w:br/>
        <w:t>word_count: 493</w:t>
      </w:r>
    </w:p>
    <w:p>
      <w:r>
        <w:t>――――――――――――――――――――――――――――――</w:t>
      </w:r>
    </w:p>
    <w:p>
      <w:r>
        <w:rPr>
          <w:b w:val="0"/>
          <w:i w:val="0"/>
        </w:rPr>
        <w:t>NEWS MEMBERS' AREA SHOP SUBSCRIBE UPCOMING SHOWS MORE</w:t>
      </w:r>
    </w:p>
    <w:p>
      <w:r>
        <w:rPr>
          <w:b w:val="0"/>
          <w:i w:val="0"/>
        </w:rPr>
        <w:t>RETRIEVER LABRADOR</w:t>
      </w:r>
    </w:p>
    <w:p>
      <w:r>
        <w:rPr>
          <w:b w:val="0"/>
          <w:i w:val="0"/>
        </w:rPr>
        <w:t>Issue: 13/09/2013</w:t>
      </w:r>
    </w:p>
    <w:p>
      <w:r>
        <w:rPr>
          <w:b w:val="0"/>
          <w:i w:val="0"/>
        </w:rPr>
        <w:t>My computer has finally turned up its worn out toes, so, whilst the next generation of up to date computer is being sorted I am putting the notes together on my iPad. Not brilliant as 'fat fingers' keep catching the adjacent letter to the one required on the on-screen keyboard, which creative spelling makes completely different words to those intended and very interesting imaginative reading, when not absolute gobblygook.Yes, I have got one of those spongey-ended iPad pokers to select the required letters but as usual, I can't find it!</w:t>
      </w:r>
    </w:p>
    <w:p>
      <w:r>
        <w:rPr>
          <w:b w:val="0"/>
          <w:i w:val="0"/>
        </w:rPr>
        <w:t>Anyway, here goes.</w:t>
      </w:r>
    </w:p>
    <w:p>
      <w:r>
        <w:rPr>
          <w:b w:val="0"/>
          <w:i w:val="0"/>
        </w:rPr>
        <w:t>At Bolsover &amp; District Canine Society Open Show on Sunday 17th November 2013 the new judge is Mr. Ben Thurm not as stated in the schedule.</w:t>
      </w:r>
    </w:p>
    <w:p>
      <w:r>
        <w:rPr>
          <w:b w:val="0"/>
          <w:i w:val="0"/>
        </w:rPr>
        <w:t>Kathy Spacey writes: 'It is that time of year again and I have been tasked (with Mrs Lyndsey Steel) to produce the Labrador Club of Scotland Year book. The deadline for proof is 30th November.  Please refer to the Club's websitewww.labclubofscotland.co.uk for further details or contact me or Lyndsey.  This is your book so please support it again, we do appreciate it.</w:t>
      </w:r>
    </w:p>
    <w:p>
      <w:r>
        <w:rPr>
          <w:b w:val="0"/>
          <w:i w:val="0"/>
        </w:rPr>
        <w:t>Many thanks in anticipation'.</w:t>
      </w:r>
    </w:p>
    <w:p>
      <w:r>
        <w:rPr>
          <w:b w:val="0"/>
          <w:i w:val="0"/>
        </w:rPr>
        <w:t>A hard task to take on, after all those wonderful Lab Club of Scotland Yearbooks produced so diligently every year by the former Yearbook Editor, Mairi Brown.</w:t>
      </w:r>
    </w:p>
    <w:p>
      <w:r>
        <w:rPr>
          <w:b w:val="0"/>
          <w:i w:val="0"/>
        </w:rPr>
        <w:t>Midland Counties Labrador Club held their Open Show near Melton Mowbray. The judge was Ian Dawson. Congratulations to his winners, who were - Best in show - Judith Charlton's yellow bitch Sh Ch Foxrush Remember the Time JW. Res Best in Show - the McLennans yellow dog Saranden Comanche JW ShCM. Best Puppy in Show - Yolande Shirtons yellow bitch, Woolman Proper Fancy Free.</w:t>
      </w:r>
    </w:p>
    <w:p>
      <w:r>
        <w:rPr>
          <w:b w:val="0"/>
          <w:i w:val="0"/>
        </w:rPr>
        <w:t>Labradors at Richmond were judged by Elaine Cannon. Elaine showed Highforce Labradors successfully some twenty years ago, but is now better known for her Vizslas. From an entry of 124 the winners were -Dog CC his second and Best of Breed - Mandy Stewarts yellow, Streamanda Top Knotch JW. Res Dog CC  the Hodges black Ch Naiken Zephyr JW Bitch CC her third, Rachael Williams yellow Millerdan Vision Of Love JW Sh.CM. Many congratulations. Res Bitch CC - Allen and Guildfords yellow, Mandursan's Aphrodite With Allenie JW. Best Puppy  Sally Playles Triplecroft Ms Moneypenny</w:t>
      </w:r>
    </w:p>
    <w:p>
      <w:r>
        <w:rPr>
          <w:b w:val="0"/>
          <w:i w:val="0"/>
        </w:rPr>
        <w:t>An that is the end of my effort at typing breed notes on an iPad! Roll on the arrival of the new computer.</w:t>
      </w:r>
    </w:p>
    <w:p>
      <w:r>
        <w:rPr>
          <w:b w:val="0"/>
          <w:i w:val="0"/>
        </w:rPr>
        <w:t>Ann Britton</w:t>
      </w:r>
    </w:p>
    <w:p>
      <w:r>
        <w:rPr>
          <w:b w:val="0"/>
          <w:i w:val="0"/>
        </w:rPr>
        <w:t>01989720665</w:t>
      </w:r>
    </w:p>
    <w:p>
      <w:r>
        <w:rPr>
          <w:b w:val="0"/>
          <w:i w:val="0"/>
        </w:rPr>
        <w:t>email 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