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Dec 2006"</w:t>
      </w:r>
      <w:r>
        <w:br/>
      </w:r>
      <w:r>
        <w:rPr>
          <w:b w:val="0"/>
          <w:i w:val="0"/>
        </w:rPr>
        <w:br/>
        <w:t>date_original: "8 Dec 2006"</w:t>
      </w:r>
      <w:r>
        <w:br/>
      </w:r>
      <w:r>
        <w:rPr>
          <w:b w:val="0"/>
          <w:i w:val="0"/>
        </w:rPr>
        <w:br/>
        <w:t>source_url: "https://www.ourdogs.co.uk/members/breednotes/2006/RetrieverLabrador/RetrieverLabrador-dec8.htm"</w:t>
      </w:r>
      <w:r>
        <w:br/>
      </w:r>
      <w:r>
        <w:rPr>
          <w:b w:val="0"/>
          <w:i w:val="0"/>
        </w:rPr>
        <w:br/>
        <w:t>archive_type: "static_html"</w:t>
      </w:r>
      <w:r>
        <w:br/>
      </w:r>
      <w:r>
        <w:rPr>
          <w:b w:val="0"/>
          <w:i w:val="0"/>
        </w:rPr>
        <w:br/>
        <w:t>scraped_at: "2026-09-13T22:09:13"</w:t>
      </w:r>
      <w:r>
        <w:br/>
      </w:r>
      <w:r>
        <w:rPr>
          <w:b w:val="0"/>
          <w:i w:val="0"/>
        </w:rPr>
        <w:br/>
        <w:t>word_count: 492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Kim Ellis writes: ‘The Golden Retriever Club are holding a Show Gundog Working Certificate day, open to all Retrievers who have won a first prize at a Championship Show, by kind permission of Mr C Cutforth and the Shaw Shoot at Alton Barnes, near Marlborough, Wiltshire, approximately 20 miles from Junctions 14 and 15 of the M4, and from the A303. We are indebted to the keeper Mr J Shutter and to Wendy Andrews (Catcombe Goldens) for organising the shoot day and access to water. The date is Monday 15th January 2006, meeting at 9am for a 9.30am start. Entries Close: SATURDAY 8th JANUARY, 2006. For full details contact Kim Ellis, Braeside, Bulford Hill, Durrington, Salisbury, Wiltshire, SP4 8DW, sending a S.A.E. or email: tenfield.retrievers@ntlworld.com, Tel: 01980 653109.’</w:t>
      </w:r>
    </w:p>
    <w:p>
      <w:r>
        <w:rPr>
          <w:b w:val="0"/>
          <w:i w:val="0"/>
        </w:rPr>
        <w:t>Penny Gowland</w:t>
      </w:r>
      <w:r>
        <w:br/>
      </w:r>
      <w:r>
        <w:rPr>
          <w:b w:val="0"/>
          <w:i w:val="0"/>
        </w:rPr>
        <w:br/>
        <w:t>Tel: 01614394646</w:t>
      </w:r>
      <w:r>
        <w:br/>
      </w:r>
      <w:r>
        <w:rPr>
          <w:b w:val="0"/>
          <w:i w:val="0"/>
        </w:rPr>
        <w:br/>
        <w:t>pennygowland@btinternet.com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