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- 29/04/2022 - ISSUE"</w:t>
      </w:r>
      <w:r>
        <w:br/>
      </w:r>
      <w:r>
        <w:rPr>
          <w:b w:val="0"/>
          <w:i w:val="0"/>
        </w:rPr>
        <w:br/>
        <w:t>date_original: "29/04/2022 - ISSUE"</w:t>
      </w:r>
      <w:r>
        <w:br/>
      </w:r>
      <w:r>
        <w:rPr>
          <w:b w:val="0"/>
          <w:i w:val="0"/>
        </w:rPr>
        <w:br/>
        <w:t>source_url: "https://www.ourdogs.co.uk/members/breednotes/RetrieverLabradorMain.php"</w:t>
      </w:r>
      <w:r>
        <w:br/>
      </w:r>
      <w:r>
        <w:rPr>
          <w:b w:val="0"/>
          <w:i w:val="0"/>
        </w:rPr>
        <w:br/>
        <w:t>scraped_at: "2026-09-13T15:12:24"</w:t>
      </w:r>
      <w:r>
        <w:br/>
      </w:r>
      <w:r>
        <w:rPr>
          <w:b w:val="0"/>
          <w:i w:val="0"/>
        </w:rPr>
        <w:br/>
        <w:t>word_count: 675</w:t>
      </w:r>
    </w:p>
    <w:p>
      <w:r>
        <w:t>――――――――――――――――――――――――――――――</w:t>
      </w:r>
    </w:p>
    <w:p>
      <w:r>
        <w:rPr>
          <w:b w:val="0"/>
          <w:i w:val="0"/>
        </w:rPr>
        <w:t>NEWS MEMBERS' AREA SHOP SUBSCRIBE UPCOMING SHOWS MORE</w:t>
      </w:r>
    </w:p>
    <w:p>
      <w:r>
        <w:rPr>
          <w:b w:val="0"/>
          <w:i w:val="0"/>
        </w:rPr>
        <w:t>RETRIEVER LABRADOR</w:t>
      </w:r>
    </w:p>
    <w:p>
      <w:r>
        <w:rPr>
          <w:b w:val="0"/>
          <w:i w:val="0"/>
        </w:rPr>
        <w:t>Issue: 29/04/2022</w:t>
      </w:r>
    </w:p>
    <w:p>
      <w:r>
        <w:rPr>
          <w:b w:val="0"/>
          <w:i w:val="0"/>
        </w:rPr>
        <w:t xml:space="preserve">As I write these notes on Sunday night, thereÃ¢â‚¬â„¢s just one more WELKS day to go, Monday. Four days of show organising with fellow committee members is quite a tour de force when one gets older, arriving on the show ground at 7am, having exercised and fed all the dogs at home beforehand each early morning, only to return home after the Groups. I donÃ¢â‚¬â„¢t  know how in my younger years I used to do four days of WELKS then drive up to Stafford for back to back, five days of setting up and arranging the National dog show. Those were the days when youthful energy abounded! Two years of rarely leaving my house due to Covid lockdown have now made it less encouraging to leave my cosy bed to drive to a dog show at the break of dawn! </w:t>
      </w:r>
    </w:p>
    <w:p>
      <w:r>
        <w:rPr>
          <w:b w:val="0"/>
          <w:i w:val="0"/>
        </w:rPr>
        <w:t xml:space="preserve">It was our committeeÃ¢â‚¬â„¢s first WELKS for three years, the show having missed two whole years due to Covid lockdown. Luckily the weather this year was dry, but there was a very chilly east wind blowing the first two days, however  Gundog day, the third day, was a fraction warmer and the sun managed to shine by late afternoon. Everything ran smoothly and proved after the long break, we still remembered how to run an efficient pleasant show for exhibitors and public alike. </w:t>
      </w:r>
    </w:p>
    <w:p>
      <w:r>
        <w:rPr>
          <w:b w:val="0"/>
          <w:i w:val="0"/>
        </w:rPr>
        <w:t>Huw Bishop had drawn a lovely entry of 182 dogs and bitches and the outdoor grass rings were used for the majority of breeds that day. The Dog CC and BOB was won by Miss K  Druggens black Sh Ch A Sense of PleasureÃ¢â‚¬â„¢s El Toro at Balladoole JW (Imp Deu) (I heard later he  had won the same BOB award at Midland Counties Lab Club Ch Show held the previous day from an entry of 180 under judges Sharon Lambert dogs and Margaret Coddington Bitches. (Sadly no further results available from that event)</w:t>
      </w:r>
    </w:p>
    <w:p>
      <w:r>
        <w:rPr>
          <w:b w:val="0"/>
          <w:i w:val="0"/>
        </w:rPr>
        <w:t xml:space="preserve">Returning to WELKS results the winners were:- Best of Breed Sh Ch A Sense of PleasureÃ¢â‚¬â„¢s El Toro at Balladoole JW (Imp Deu) (Miss K Druggan), Dog Challenge Certificate Sh Ch A Sense of PleasureÃ¢â‚¬â„¢s El Toro at Balladoole JW (Imp Deu) (Miss K Druggan), Reserve Dog Challenge Certificate Sh Ch Naiken Elite Envoy (ai) JW Ir Jun Ch (Mr &amp; Mrs A R V &amp; Miss R Hodge), Bitch Challenge Certificate Hafnau Georgette (Miss C Jones) made up on the day. Many congratulations. Reserve Bitch Challenge Certificate Maxrose Daisy Belle (Miss N &amp; Mr M Davies &amp; Torrance), Best Puppy Kimbajak Miss Jazz Swinger (Ms C M Edwards) and Best Special Beginners  Jaybec Winter Wispa (Miss R &amp; Mrs J Mills) who later won Group 1 in the Gundog Group finals of the Special Beginners Competition Judged by Joe Smith. Many congratulations. </w:t>
      </w:r>
    </w:p>
    <w:p>
      <w:r>
        <w:rPr>
          <w:b w:val="0"/>
          <w:i w:val="0"/>
        </w:rPr>
        <w:t>The Lab Club of Waleis holding a Health seminar at 2pm at Penyrheol Community centre, Heol Aneurin, Caerphilly, CF83 2PG on Sunday 8th May.</w:t>
      </w:r>
    </w:p>
    <w:p>
      <w:r>
        <w:rPr>
          <w:b w:val="0"/>
          <w:i w:val="0"/>
        </w:rPr>
        <w:t xml:space="preserve">Scanning and the Pregnant Bitch is the topic presented by Barbara Wiseman. Looking at how scanning can help the breeder during the bitches pregnancy in discovering problems with mum and the pups and how we can assist. </w:t>
      </w:r>
    </w:p>
    <w:p>
      <w:r>
        <w:rPr>
          <w:b w:val="0"/>
          <w:i w:val="0"/>
        </w:rPr>
        <w:t xml:space="preserve">Ã‚Â£10 to include light refreshments. </w:t>
      </w:r>
    </w:p>
    <w:p>
      <w:r>
        <w:rPr>
          <w:b w:val="0"/>
          <w:i w:val="0"/>
        </w:rPr>
        <w:t xml:space="preserve">Booking is not essential but would be appreciated in order to gauge numbers. Further information from the secretary Margaret Barker at secretary@labclubofwales.co.uk. telephone (01443) 842585  This seminar is applicable to all breeds and open to all.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