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- 24/03/2017 - ISSUE"</w:t>
      </w:r>
      <w:r>
        <w:br/>
      </w:r>
      <w:r>
        <w:rPr>
          <w:b w:val="0"/>
          <w:i w:val="0"/>
        </w:rPr>
        <w:br/>
        <w:t>date_original: "24/03/2017 - ISSUE"</w:t>
      </w:r>
      <w:r>
        <w:br/>
      </w:r>
      <w:r>
        <w:rPr>
          <w:b w:val="0"/>
          <w:i w:val="0"/>
        </w:rPr>
        <w:br/>
        <w:t>source_url: "https://www.ourdogs.co.uk/members/breednotes/RetrieverLabradorMain.php"</w:t>
      </w:r>
      <w:r>
        <w:br/>
      </w:r>
      <w:r>
        <w:rPr>
          <w:b w:val="0"/>
          <w:i w:val="0"/>
        </w:rPr>
        <w:br/>
        <w:t>scraped_at: "2026-09-13T15:26:28"</w:t>
      </w:r>
      <w:r>
        <w:br/>
      </w:r>
      <w:r>
        <w:rPr>
          <w:b w:val="0"/>
          <w:i w:val="0"/>
        </w:rPr>
        <w:br/>
        <w:t>word_count: 480</w:t>
      </w:r>
    </w:p>
    <w:p>
      <w:r>
        <w:t>――――――――――――――――――――――――――――――</w:t>
      </w:r>
    </w:p>
    <w:p>
      <w:r>
        <w:rPr>
          <w:b w:val="0"/>
          <w:i w:val="0"/>
        </w:rPr>
        <w:t>NEWS MEMBERS' AREA SHOP SUBSCRIBE UPCOMING SHOWS MORE</w:t>
      </w:r>
    </w:p>
    <w:p>
      <w:r>
        <w:rPr>
          <w:b w:val="0"/>
          <w:i w:val="0"/>
        </w:rPr>
        <w:t>RETRIEVER LABRADOR</w:t>
      </w:r>
    </w:p>
    <w:p>
      <w:r>
        <w:rPr>
          <w:b w:val="0"/>
          <w:i w:val="0"/>
        </w:rPr>
        <w:t>Issue: 24/03/2017</w:t>
      </w:r>
    </w:p>
    <w:p>
      <w:r>
        <w:rPr>
          <w:b w:val="0"/>
          <w:i w:val="0"/>
        </w:rPr>
        <w:t>The excitement of Crufts has subsided, the visitors who came pre and post- Crufts to see the dogs at home and whom it was enjoyable to meet, some for the very first time, have returned to their various far flung countries and the dog world has returned back to its steady regulated routine.</w:t>
      </w:r>
    </w:p>
    <w:p>
      <w:r>
        <w:rPr>
          <w:b w:val="0"/>
          <w:i w:val="0"/>
        </w:rPr>
        <w:t>Three Ridings Labrador Club Championship Show was held on 19th March 2017 exactly a week after Crufts. There were 63 Dogs entered under Richard Bott and 106 Bitches entered under  Sheilagh Walton.</w:t>
      </w:r>
    </w:p>
    <w:p>
      <w:r>
        <w:rPr>
          <w:b w:val="0"/>
          <w:i w:val="0"/>
        </w:rPr>
        <w:t>Best in Show on the referee John Jacksons decision, having won the Dog CC was Sharon Lamberts  yellow, Ch Mattand Exodus JW whilst the RDCC went to David Coodes yellow, Ch Warringah's Perth JW ShCM</w:t>
      </w:r>
    </w:p>
    <w:p>
      <w:r>
        <w:rPr>
          <w:b w:val="0"/>
          <w:i w:val="0"/>
        </w:rPr>
        <w:t xml:space="preserve">BPD was Sharouns Ventriloquist For Tempaskell shown by Shaun </w:t>
      </w:r>
    </w:p>
    <w:p>
      <w:r>
        <w:rPr>
          <w:b w:val="0"/>
          <w:i w:val="0"/>
        </w:rPr>
        <w:t>Williamson.</w:t>
      </w:r>
    </w:p>
    <w:p>
      <w:r>
        <w:rPr>
          <w:b w:val="0"/>
          <w:i w:val="0"/>
        </w:rPr>
        <w:t xml:space="preserve">The Bitch CC was a quick 4th CC for Sussie Wiles black bitch who was made up at Crufts the week before, Dolehamhalt Dazzler Of Richbourne JW, whilst the Bitch RCC went to the yellow  Maxfield Maybelline JW whose breeders the O'Briens had a brilliant day, also winning Best Puppy in Show with  their home bred puppy Maxfield Arabella. </w:t>
      </w:r>
    </w:p>
    <w:p>
      <w:r>
        <w:rPr>
          <w:b w:val="0"/>
          <w:i w:val="0"/>
        </w:rPr>
        <w:t>Congratulations to you all.</w:t>
      </w:r>
    </w:p>
    <w:p>
      <w:r>
        <w:rPr>
          <w:b w:val="0"/>
          <w:i w:val="0"/>
        </w:rPr>
        <w:t>The Labrador Retriever Club of Wales are holding a gundog training day on Saturday April 8th near Abergavenny. The day will be open to everyone wishing to train or even have 'a go', whether you already run in trials or would like to train up show dogs for the Show Gundog Working Certificate. Puppy/novice participants in the morning, intermediate/advanced in the afternoon. Further details and an application from can be found at www.labclubofwales.co.uk</w:t>
      </w:r>
    </w:p>
    <w:p>
      <w:r>
        <w:rPr>
          <w:b w:val="0"/>
          <w:i w:val="0"/>
        </w:rPr>
        <w:t>At Crufts there was a collection for Hannah Baimbridge (Hannabee Labradors), her partner, her children and dogs after the recent catastrophic fire at their home, pictures of which had appeared on Facebook.  Speaking to Hannah at Crufts, I gather the family are living in temporary accommodation until their house becomes habitable once more.</w:t>
      </w:r>
    </w:p>
    <w:p>
      <w:r>
        <w:rPr>
          <w:b w:val="0"/>
          <w:i w:val="0"/>
        </w:rPr>
        <w:t xml:space="preserve">The Labrador community from around the UK and far beyond raised Â£364 for the family. A lovely box of hand made chocolates for the children was brought all the way by an exhibitor from the Czech Republic.  The donations were given to an overwhelmed Hannah Braimbridge and partner </w:t>
      </w:r>
    </w:p>
    <w:p>
      <w:r>
        <w:rPr>
          <w:b w:val="0"/>
          <w:i w:val="0"/>
        </w:rPr>
        <w:t xml:space="preserve">Daniel Cain, who were extremely grateful to everyone. </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