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- 30/04/2021 - ISSUE"</w:t>
      </w:r>
      <w:r>
        <w:br/>
      </w:r>
      <w:r>
        <w:rPr>
          <w:b w:val="0"/>
          <w:i w:val="0"/>
        </w:rPr>
        <w:br/>
        <w:t>date_original: "30/04/2021 - ISSUE"</w:t>
      </w:r>
      <w:r>
        <w:br/>
      </w:r>
      <w:r>
        <w:rPr>
          <w:b w:val="0"/>
          <w:i w:val="0"/>
        </w:rPr>
        <w:br/>
        <w:t>source_url: "https://www.ourdogs.co.uk/members/breednotes/RetrieverLabradorMain.php"</w:t>
      </w:r>
      <w:r>
        <w:br/>
      </w:r>
      <w:r>
        <w:rPr>
          <w:b w:val="0"/>
          <w:i w:val="0"/>
        </w:rPr>
        <w:br/>
        <w:t>scraped_at: "2026-09-13T15:15:07"</w:t>
      </w:r>
      <w:r>
        <w:br/>
      </w:r>
      <w:r>
        <w:rPr>
          <w:b w:val="0"/>
          <w:i w:val="0"/>
        </w:rPr>
        <w:br/>
        <w:t>word_count: 1169</w:t>
      </w:r>
    </w:p>
    <w:p>
      <w:r>
        <w:t>――――――――――――――――――――――――――――――</w:t>
      </w:r>
    </w:p>
    <w:p>
      <w:r>
        <w:rPr>
          <w:b w:val="0"/>
          <w:i w:val="0"/>
        </w:rPr>
        <w:t>NEWS MEMBERS' AREA SHOP SUBSCRIBE UPCOMING SHOWS MORE</w:t>
      </w:r>
    </w:p>
    <w:p>
      <w:r>
        <w:rPr>
          <w:b w:val="0"/>
          <w:i w:val="0"/>
        </w:rPr>
        <w:t>RETRIEVER LABRADOR</w:t>
      </w:r>
    </w:p>
    <w:p>
      <w:r>
        <w:rPr>
          <w:b w:val="0"/>
          <w:i w:val="0"/>
        </w:rPr>
        <w:t>Issue: 30/04/2021</w:t>
      </w:r>
    </w:p>
    <w:p>
      <w:r>
        <w:rPr>
          <w:b w:val="0"/>
          <w:i w:val="0"/>
        </w:rPr>
        <w:t>Carolyn Jenkins Secretary of Cotswold and Wyevern Labrador Club posted the sad news of Neil PeggsÃ¢â‚¬â„¢ passing on 21st April.</w:t>
      </w:r>
    </w:p>
    <w:p>
      <w:r>
        <w:rPr>
          <w:b w:val="0"/>
          <w:i w:val="0"/>
        </w:rPr>
        <w:t>Ã¢â‚¬Å"It is with great sadness that I have to inform the members of the Cotswold and Wyevern Labrador Retriever Club that our Chairman Neil Peggs has sadly passed away. Neil was a great ambassador for the Labrador Retriever, and a great enthusiast of the breed. He was an extremely valued, hard working and dedicated member of the club for many many years, and would regularly be seen at both the Shows and Working Tests, always the first to arrive and the last to leave, his enthusiasm and cheerfulness was always very much appreciated. He  was the first to approach a new member, keen to make them feel welcome and answer any queries or questions they may have. Neil was, throughout his illness, cheerful, helpful and caring, and we will miss him greatly, he was one in a million. We send our sincere condolences to his wife Liz and his family.</w:t>
      </w:r>
    </w:p>
    <w:p>
      <w:r>
        <w:rPr>
          <w:b w:val="0"/>
          <w:i w:val="0"/>
        </w:rPr>
        <w:t>Ã¢â‚¬Å"His funeral will be held on Wednesday 12th May, but due to COVID restrictions will be family and close friends only.  No flowers are requested, but  donations can be given via the funeral director at a later date, and will be split between McMillan Cancer, Labrador Rescue and St MichaelÃ¢â‚¬â„¢s Hospice.</w:t>
      </w:r>
    </w:p>
    <w:p>
      <w:r>
        <w:rPr>
          <w:b w:val="0"/>
          <w:i w:val="0"/>
        </w:rPr>
        <w:t>Ã¢â‚¬Å"The family have asked for this to be a private time, so please no messages or phone calls to answer, but cards can be sent to Thistledown, Brampton Abbots, Ross on Wye HR7 7JEÃ¢â‚¬Â.</w:t>
      </w:r>
    </w:p>
    <w:p>
      <w:r>
        <w:rPr>
          <w:b w:val="0"/>
          <w:i w:val="0"/>
        </w:rPr>
        <w:t xml:space="preserve">Neil Peggs really was one of lifeÃ¢â‚¬â„¢s truly nice guys, a kind, gentle soul as Carolyn has said above, always there to put people at their ease, added to which a quiet yet sparkling, mischievous sense of good humour and fun. He will be sorely missed. Our fondest  condolences go to his dear wife Liz and family.  </w:t>
      </w:r>
    </w:p>
    <w:p>
      <w:r>
        <w:rPr>
          <w:b w:val="0"/>
          <w:i w:val="0"/>
        </w:rPr>
        <w:t>After a lifetime in dogs, in my senior years, I have learnt a new lesson never before encountered. A Labrador with a cast-iron stomach, stealing blue mouldy bread and blue mouldy cheese from the outside dustbin, really does put their life in danger.</w:t>
      </w:r>
    </w:p>
    <w:p>
      <w:r>
        <w:rPr>
          <w:b w:val="0"/>
          <w:i w:val="0"/>
        </w:rPr>
        <w:t>The old boy Toddy, that thought he was so clever doing the cheeky dustbin raid nearly three weeks ago is, bit by bit, slowly recovering day by day, having been more or less out for the count unable to eat and dangerously ill. Still not yet out of the woods, he has been scanned, blood tested and xrayed at the vets from top to bottom.</w:t>
      </w:r>
    </w:p>
    <w:p>
      <w:r>
        <w:rPr>
          <w:b w:val="0"/>
          <w:i w:val="0"/>
        </w:rPr>
        <w:t>No nasty cancers found and the only professional conclusion is that his prized mouldy bread and cheese retrieval, contained lethal poisons in the blue mould which severely incapacitated him and would have certainly killed a less strong and stoical dog.</w:t>
      </w:r>
    </w:p>
    <w:p>
      <w:r>
        <w:rPr>
          <w:b w:val="0"/>
          <w:i w:val="0"/>
        </w:rPr>
        <w:t>Last night he lifted his sweet head just a fraction and looked at me with a first tentative wag of his normally ever wagging tail as if to say Ã¢â‚¬Å"I really am trying to recover for you, do stay with me!Ã¢â‚¬Â Fingers crossed he makes it. HeÃ¢â‚¬â„¢s a grand old chap.</w:t>
      </w:r>
    </w:p>
    <w:p>
      <w:r>
        <w:rPr>
          <w:b w:val="0"/>
          <w:i w:val="0"/>
        </w:rPr>
        <w:t>I understand Mrs Rosemary Hewitt will not now be judging Labradors at East of England Championship Show on July 10th 2021. Subject to KC approval the replacement judge of Labradors both sexes will be  Mrs L Tooth (Ludalor)</w:t>
      </w:r>
    </w:p>
    <w:p>
      <w:r>
        <w:rPr>
          <w:b w:val="0"/>
          <w:i w:val="0"/>
        </w:rPr>
        <w:t>Kent Surrey and Sussex Lab Club rescheduled Championship show on 4th May 2021 at South of England Showground has drawn an excellent entry of 172 dogs and bitches for judges Anne Lavelle (Dogs) and Sussie Wiles (Bitches), proving exhibitors are keen to return to normality as soon as possible after a long year  of Covid lockdowns. The previous day, May 3rd, at the same venue, the club also hold their Open Show, which has drawn a great entry of 107 dogs and bitches for judge Mrs Lynn Stringer.</w:t>
      </w:r>
    </w:p>
    <w:p>
      <w:r>
        <w:rPr>
          <w:b w:val="0"/>
          <w:i w:val="0"/>
        </w:rPr>
        <w:t>As ever, Club Secretary Alison Scutcher has done a sterling job organising the show under Covid restrictions. All exhibitors will be emailed Covid guidance, Risk Assessment and a Track and Trace form to complete prior to the show.</w:t>
      </w:r>
    </w:p>
    <w:p>
      <w:r>
        <w:rPr>
          <w:b w:val="0"/>
          <w:i w:val="0"/>
        </w:rPr>
        <w:t>I notice on Facebook, people are buying up small tents and gazebos to use at shows. It looks like there will be much early morning jockeying for best set up position  nearest the breed ring on arrival at the shows. Of course, not all shows  allow gazebos. If you intend to use one, do make sure you have third party insurance least they take off in the wind, which IÃ¢â‚¬â„¢ve seen too often abroad, and injure people when they finally descend in a crowd half a mile or more away.</w:t>
      </w:r>
    </w:p>
    <w:p>
      <w:r>
        <w:rPr>
          <w:b w:val="0"/>
          <w:i w:val="0"/>
        </w:rPr>
        <w:t>It struck me as ironic that whereas far too often WELKS weather at the end of April is freezing cold, beset by rain, wind and tempest, accompanied by mud and flooding, this year, the second time the show has been cancelled because of Covid restrictions, the whole WELKS weekend was wall to wall sunshine blue skies and plus 18 degree temperatures!</w:t>
      </w:r>
    </w:p>
    <w:p>
      <w:r>
        <w:rPr>
          <w:b w:val="0"/>
          <w:i w:val="0"/>
        </w:rPr>
        <w:t>Just reading confirmation on Higham Press and Fossedata websites of shows whose entries they usually handle that are now cancelled completely for 2021. These are SKC (May), Three Counties, Crufts, Windsor, Welsh Kennel Club, City of Birmingham.</w:t>
      </w:r>
    </w:p>
    <w:p>
      <w:r>
        <w:rPr>
          <w:b w:val="0"/>
          <w:i w:val="0"/>
        </w:rPr>
        <w:t>Going ahead up to the end of the year, but do double check the Labrador dates are :-</w:t>
      </w:r>
    </w:p>
    <w:p>
      <w:r>
        <w:rPr>
          <w:b w:val="0"/>
          <w:i w:val="0"/>
        </w:rPr>
        <w:t>Yellow Lab Open Show  at Warwick Racecourse on 2nd June</w:t>
      </w:r>
    </w:p>
    <w:p>
      <w:r>
        <w:rPr>
          <w:b w:val="0"/>
          <w:i w:val="0"/>
        </w:rPr>
        <w:t>Southern Counties Ch 26th June.</w:t>
      </w:r>
    </w:p>
    <w:p>
      <w:r>
        <w:rPr>
          <w:b w:val="0"/>
          <w:i w:val="0"/>
        </w:rPr>
        <w:t>Joint Lab Club 1st July</w:t>
      </w:r>
    </w:p>
    <w:p>
      <w:r>
        <w:rPr>
          <w:b w:val="0"/>
          <w:i w:val="0"/>
        </w:rPr>
        <w:t>East of England 10th July</w:t>
      </w:r>
    </w:p>
    <w:p>
      <w:r>
        <w:rPr>
          <w:b w:val="0"/>
          <w:i w:val="0"/>
        </w:rPr>
        <w:t>East Anglian Lab Club 11th July</w:t>
      </w:r>
    </w:p>
    <w:p>
      <w:r>
        <w:rPr>
          <w:b w:val="0"/>
          <w:i w:val="0"/>
        </w:rPr>
        <w:t>Cots and Wye Lab Club 13th July</w:t>
      </w:r>
    </w:p>
    <w:p>
      <w:r>
        <w:rPr>
          <w:b w:val="0"/>
          <w:i w:val="0"/>
        </w:rPr>
        <w:t>Labrador Retriever Club 17th July</w:t>
      </w:r>
    </w:p>
    <w:p>
      <w:r>
        <w:rPr>
          <w:b w:val="0"/>
          <w:i w:val="0"/>
        </w:rPr>
        <w:t>Labrador Retriever Club 18th July</w:t>
      </w:r>
    </w:p>
    <w:p>
      <w:r>
        <w:rPr>
          <w:b w:val="0"/>
          <w:i w:val="0"/>
        </w:rPr>
        <w:t>Leeds 24th July</w:t>
      </w:r>
    </w:p>
    <w:p>
      <w:r>
        <w:rPr>
          <w:b w:val="0"/>
          <w:i w:val="0"/>
        </w:rPr>
        <w:t>Three Ridings 24th July</w:t>
      </w:r>
    </w:p>
    <w:p>
      <w:r>
        <w:rPr>
          <w:b w:val="0"/>
          <w:i w:val="0"/>
        </w:rPr>
        <w:t>Bath on 31st July</w:t>
      </w:r>
    </w:p>
    <w:p>
      <w:r>
        <w:rPr>
          <w:b w:val="0"/>
          <w:i w:val="0"/>
        </w:rPr>
        <w:t>National Gundog 1st August</w:t>
      </w:r>
    </w:p>
    <w:p>
      <w:r>
        <w:rPr>
          <w:b w:val="0"/>
          <w:i w:val="0"/>
        </w:rPr>
        <w:t>URC 4th August</w:t>
      </w:r>
    </w:p>
    <w:p>
      <w:r>
        <w:rPr>
          <w:b w:val="0"/>
          <w:i w:val="0"/>
        </w:rPr>
        <w:t>Paignton 7th August</w:t>
      </w:r>
    </w:p>
    <w:p>
      <w:r>
        <w:rPr>
          <w:b w:val="0"/>
          <w:i w:val="0"/>
        </w:rPr>
        <w:t>Bournemouth - Sat 14th August.</w:t>
      </w:r>
    </w:p>
    <w:p>
      <w:r>
        <w:rPr>
          <w:b w:val="0"/>
          <w:i w:val="0"/>
        </w:rPr>
        <w:t>Blackpool 21st August</w:t>
      </w:r>
    </w:p>
    <w:p>
      <w:r>
        <w:rPr>
          <w:b w:val="0"/>
          <w:i w:val="0"/>
        </w:rPr>
        <w:t>Lab Club of Wales 22nd  August</w:t>
      </w:r>
    </w:p>
    <w:p>
      <w:r>
        <w:rPr>
          <w:b w:val="0"/>
          <w:i w:val="0"/>
        </w:rPr>
        <w:t>Driffield 27th August</w:t>
      </w:r>
    </w:p>
    <w:p>
      <w:r>
        <w:rPr>
          <w:b w:val="0"/>
          <w:i w:val="0"/>
        </w:rPr>
        <w:t>Richmond 11th Sept</w:t>
      </w:r>
    </w:p>
    <w:p>
      <w:r>
        <w:rPr>
          <w:b w:val="0"/>
          <w:i w:val="0"/>
        </w:rPr>
        <w:t>Midland Counties Lab Club 12th Sept</w:t>
      </w:r>
    </w:p>
    <w:p>
      <w:r>
        <w:rPr>
          <w:b w:val="0"/>
          <w:i w:val="0"/>
        </w:rPr>
        <w:t>Darlington 18th Sept</w:t>
      </w:r>
    </w:p>
    <w:p>
      <w:r>
        <w:rPr>
          <w:b w:val="0"/>
          <w:i w:val="0"/>
        </w:rPr>
        <w:t>Birmingham National 23rd September.</w:t>
      </w:r>
    </w:p>
    <w:p>
      <w:r>
        <w:rPr>
          <w:b w:val="0"/>
          <w:i w:val="0"/>
        </w:rPr>
        <w:t>Yellow Lab Ch 29th Sept</w:t>
      </w:r>
    </w:p>
    <w:p>
      <w:r>
        <w:rPr>
          <w:b w:val="0"/>
          <w:i w:val="0"/>
        </w:rPr>
        <w:t>Lab Club Scotland Oct 2nd</w:t>
      </w:r>
    </w:p>
    <w:p>
      <w:r>
        <w:rPr>
          <w:b w:val="0"/>
          <w:i w:val="0"/>
        </w:rPr>
        <w:t>SKC Oct 3rd</w:t>
      </w:r>
    </w:p>
    <w:p>
      <w:r>
        <w:rPr>
          <w:b w:val="0"/>
          <w:i w:val="0"/>
        </w:rPr>
        <w:t>Border Union Oct 4th</w:t>
      </w:r>
    </w:p>
    <w:p>
      <w:r>
        <w:rPr>
          <w:b w:val="0"/>
          <w:i w:val="0"/>
        </w:rPr>
        <w:t>Northumberland and Durham LRC 9th Oct</w:t>
      </w:r>
    </w:p>
    <w:p>
      <w:r>
        <w:rPr>
          <w:b w:val="0"/>
          <w:i w:val="0"/>
        </w:rPr>
        <w:t>SWKA 10th Oct</w:t>
      </w:r>
    </w:p>
    <w:p>
      <w:r>
        <w:rPr>
          <w:b w:val="0"/>
          <w:i w:val="0"/>
        </w:rPr>
        <w:t>Gun Soc Wales 13th Oct</w:t>
      </w:r>
    </w:p>
    <w:p>
      <w:r>
        <w:rPr>
          <w:b w:val="0"/>
          <w:i w:val="0"/>
        </w:rPr>
        <w:t>Midland Counties 31st Oct</w:t>
      </w:r>
    </w:p>
    <w:p>
      <w:r>
        <w:rPr>
          <w:b w:val="0"/>
          <w:i w:val="0"/>
        </w:rPr>
        <w:t>West of Eng Lab 6th Nov</w:t>
      </w:r>
    </w:p>
    <w:p>
      <w:r>
        <w:rPr>
          <w:b w:val="0"/>
          <w:i w:val="0"/>
        </w:rPr>
        <w:t>West of Eng Lab 7th Nov</w:t>
      </w:r>
    </w:p>
    <w:p>
      <w:r>
        <w:rPr>
          <w:b w:val="0"/>
          <w:i w:val="0"/>
        </w:rPr>
        <w:t>Gundog Breeds Scotland 13th Nov</w:t>
      </w:r>
    </w:p>
    <w:p>
      <w:r>
        <w:rPr>
          <w:b w:val="0"/>
          <w:i w:val="0"/>
        </w:rPr>
        <w:t>LKA 11th December</w:t>
      </w:r>
    </w:p>
    <w:p>
      <w:r>
        <w:rPr>
          <w:b w:val="0"/>
          <w:i w:val="0"/>
        </w:rPr>
        <w:t>Please Do double check these dates.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