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- 09/01/2026 - ISSUE"</w:t>
      </w:r>
      <w:r>
        <w:br/>
      </w:r>
      <w:r>
        <w:rPr>
          <w:b w:val="0"/>
          <w:i w:val="0"/>
        </w:rPr>
        <w:br/>
        <w:t>date_original: "09/01/2026 - ISSUE"</w:t>
      </w:r>
      <w:r>
        <w:br/>
      </w:r>
      <w:r>
        <w:rPr>
          <w:b w:val="0"/>
          <w:i w:val="0"/>
        </w:rPr>
        <w:br/>
        <w:t>source_url: "https://www.ourdogs.co.uk/members/breednotes/RetrieverLabradorMain.php"</w:t>
      </w:r>
      <w:r>
        <w:br/>
      </w:r>
      <w:r>
        <w:rPr>
          <w:b w:val="0"/>
          <w:i w:val="0"/>
        </w:rPr>
        <w:br/>
        <w:t>scraped_at: "2026-09-13T15:04:35"</w:t>
      </w:r>
      <w:r>
        <w:br/>
      </w:r>
      <w:r>
        <w:rPr>
          <w:b w:val="0"/>
          <w:i w:val="0"/>
        </w:rPr>
        <w:br/>
        <w:t>word_count: 755</w:t>
      </w:r>
    </w:p>
    <w:p>
      <w:r>
        <w:t>――――――――――――――――――――――――――――――</w:t>
      </w:r>
    </w:p>
    <w:p>
      <w:r>
        <w:rPr>
          <w:b w:val="0"/>
          <w:i w:val="0"/>
        </w:rPr>
        <w:t>NEWS MEMBERS' AREA SHOP SUBSCRIBE UPCOMING SHOWS MORE</w:t>
      </w:r>
    </w:p>
    <w:p>
      <w:r>
        <w:rPr>
          <w:b w:val="0"/>
          <w:i w:val="0"/>
        </w:rPr>
        <w:t>RETRIEVER LABRADOR</w:t>
      </w:r>
    </w:p>
    <w:p>
      <w:r>
        <w:rPr>
          <w:b w:val="0"/>
          <w:i w:val="0"/>
        </w:rPr>
        <w:t>Issue: 09/01/2026</w:t>
      </w:r>
    </w:p>
    <w:p>
      <w:r>
        <w:rPr>
          <w:b w:val="0"/>
          <w:i w:val="0"/>
        </w:rPr>
        <w:t xml:space="preserve">Well thatâ€™s a wrap for another year. The decs are down, and the dogs have had the last of the turkey.  The days are just beginning to draw out. The snowdrops are poking their bright green spears through the frozen ground. If we get out of the wind, we can just feel a bit of warmth from the winter sun. Hopefully, kennel cough has been and gone. And we can start the countdown to the test of stamina that is Crufts. </w:t>
      </w:r>
    </w:p>
    <w:p>
      <w:r>
        <w:rPr>
          <w:b w:val="0"/>
          <w:i w:val="0"/>
        </w:rPr>
        <w:t xml:space="preserve">Huge congratulations to our Labrador Our Dogs winners. Dog of the year was Erica Jayes and Ed Caseyâ€™s Sh Ch Berlan Get Up And Go At Sandylands. Stud Dog of the year Linda McGillivrays Antonine Charley Barley. Brood Bitch of the year was Caroline Campbellâ€™s Binnaig Black On Blonde. Caroline also took Top Breeder of the year, (I think it was 4 Binnaig labradors who got their titles last yearâ€¦â€¦.wow). And Puppy of the year was a lovely win for Yo Shirtonâ€™s Woolman Free And Easy. Well done to you all.  </w:t>
      </w:r>
    </w:p>
    <w:p>
      <w:r>
        <w:rPr>
          <w:b w:val="0"/>
          <w:i w:val="0"/>
        </w:rPr>
        <w:t>Jayne and Becca Mills rounded of the year in style by winning BPIS at Totnes with Jaybec Winter Yule JW under Richard Morris, and Iris Evans also took the Gundog Group at the same show with Trendlewood Long Time Comin At Pudleigh. Well done everyone. What a nice way to finish the year.</w:t>
      </w:r>
    </w:p>
    <w:p>
      <w:r>
        <w:rPr>
          <w:b w:val="0"/>
          <w:i w:val="0"/>
        </w:rPr>
        <w:t xml:space="preserve">Congratulations to Lorraine Tooth who has gained her JW with Mattand Halloween Moon By Ludalor. </w:t>
      </w:r>
    </w:p>
    <w:p>
      <w:r>
        <w:rPr>
          <w:b w:val="0"/>
          <w:i w:val="0"/>
        </w:rPr>
        <w:t xml:space="preserve">My thanks to Pat Harrison for sending me a heartwarming, (and heart saving), story of a Labrador who saved his owners life when the 71 year old man collapsed on the beach in Dorset. The dog, Beau, leapt into action, jumping up and down on his owners chest, and barking, which drew the attention of passers by, who were able to summon an ambulance and perform CPR until help arrived. </w:t>
      </w:r>
    </w:p>
    <w:p>
      <w:r>
        <w:rPr>
          <w:b w:val="0"/>
          <w:i w:val="0"/>
        </w:rPr>
        <w:t xml:space="preserve">Now is the time when we peruse the list of judges for 2026. And for the most comprehensive and up-to-date information, we are eternally grateful to Gillian Bold and her Loubert Labradors Show Diary. Every show is listed, and the list is regularly updated as appointments are confirmed. We all send our thanks and our gratitude Gillian. Keep up the good work. </w:t>
      </w:r>
    </w:p>
    <w:p>
      <w:r>
        <w:rPr>
          <w:b w:val="0"/>
          <w:i w:val="0"/>
        </w:rPr>
        <w:t xml:space="preserve">I read an interesting thread on Facebook recently. The writer was questioning the wisdom of the advice that most of us who judge have surely been given at some point, and that is - you judge each dog against the breed standard. He brought up what I consider to be a very valid point in that, whilst this is probably the best way to assess individual dogs in a Group or in variety classes, in breed classes it may lead to the danger of judging each dog point by point, instead of looking at the overall picture that each animal presents. This can in turn lead one down the rabbit-hole of â€˜fault judgingâ€™.  A very valid point indeed, and one that new judges should take on board. I say new judges, as Iâ€™m sure that many of us who have been judging for a while abandoned that strategy long ago, and now instinctively look at the overall picture without even thinking about it. </w:t>
      </w:r>
    </w:p>
    <w:p>
      <w:r>
        <w:rPr>
          <w:b w:val="0"/>
          <w:i w:val="0"/>
        </w:rPr>
        <w:t xml:space="preserve">Richard Edwards also posted an interesting thread. Never one to mince his words, Richard questions the wisdom of accompanying Facebook boasts of your dogs wins alongside less that flattering photos of those dogs. Mostly, people just put a â€˜likeâ€™ or a â€˜well doneâ€™,  but Richard muses on what would happen if people were to tell the truth, and post replies like â€˜well done, but your dog has poor feetâ€™. Or, â€˜ itâ€™s too fatâ€™. Or, â€˜ itâ€™s not balanced and is short in the legâ€™. What indeed? I suspect we would all end up in â€˜Facebook jailâ€™. Richardâ€¦.you certainly know how to bring a smile to my face. </w:t>
      </w:r>
    </w:p>
    <w:p>
      <w:r>
        <w:rPr>
          <w:b w:val="0"/>
          <w:i w:val="0"/>
        </w:rPr>
        <w:t>Elaine Grummitt</w:t>
      </w:r>
    </w:p>
    <w:p>
      <w:r>
        <w:rPr>
          <w:b w:val="0"/>
          <w:i w:val="0"/>
        </w:rP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