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- 20/10/2017 - ISSUE"</w:t>
      </w:r>
      <w:r>
        <w:br/>
      </w:r>
      <w:r>
        <w:rPr>
          <w:b w:val="0"/>
          <w:i w:val="0"/>
        </w:rPr>
        <w:br/>
        <w:t>date_original: "20/10/2017 - ISSUE"</w:t>
      </w:r>
      <w:r>
        <w:br/>
      </w:r>
      <w:r>
        <w:rPr>
          <w:b w:val="0"/>
          <w:i w:val="0"/>
        </w:rPr>
        <w:br/>
        <w:t>source_url: "https://www.ourdogs.co.uk/members/breednotes/RetrieverLabradorMain.php"</w:t>
      </w:r>
      <w:r>
        <w:br/>
      </w:r>
      <w:r>
        <w:rPr>
          <w:b w:val="0"/>
          <w:i w:val="0"/>
        </w:rPr>
        <w:br/>
        <w:t>scraped_at: "2026-09-13T15:24:51"</w:t>
      </w:r>
      <w:r>
        <w:br/>
      </w:r>
      <w:r>
        <w:rPr>
          <w:b w:val="0"/>
          <w:i w:val="0"/>
        </w:rPr>
        <w:br/>
        <w:t>word_count: 1918</w:t>
      </w:r>
    </w:p>
    <w:p>
      <w:r>
        <w:t>――――――――――――――――――――――――――――――</w:t>
      </w:r>
    </w:p>
    <w:p>
      <w:r>
        <w:rPr>
          <w:b w:val="0"/>
          <w:i w:val="0"/>
        </w:rPr>
        <w:t>NEWS MEMBERS' AREA SHOP SUBSCRIBE UPCOMING SHOWS MORE</w:t>
      </w:r>
    </w:p>
    <w:p>
      <w:r>
        <w:rPr>
          <w:b w:val="0"/>
          <w:i w:val="0"/>
        </w:rPr>
        <w:t>RETRIEVER LABRADOR</w:t>
      </w:r>
    </w:p>
    <w:p>
      <w:r>
        <w:rPr>
          <w:b w:val="0"/>
          <w:i w:val="0"/>
        </w:rPr>
        <w:t>Issue: 20/10/2017</w:t>
      </w:r>
    </w:p>
    <w:p>
      <w:r>
        <w:rPr>
          <w:b w:val="0"/>
          <w:i w:val="0"/>
        </w:rPr>
        <w:t xml:space="preserve">Last week was a thoroughly memorable one. It started badly at home here, in typical Monday morning fashion, but by the end of the week and two championship shows completed, the breed was celebrating with the owners of two new Show Champions.  </w:t>
      </w:r>
    </w:p>
    <w:p>
      <w:r>
        <w:rPr>
          <w:b w:val="0"/>
          <w:i w:val="0"/>
        </w:rPr>
        <w:t>Monday dawned with a busy week ahead. Breed notes to write first thing, a championship show on Wednesday and a long drive on Friday up to Newcastle where I was to judge Bitches at Northumberland and Durham Lab Club show the following day.</w:t>
      </w:r>
    </w:p>
    <w:p>
      <w:r>
        <w:rPr>
          <w:b w:val="0"/>
          <w:i w:val="0"/>
        </w:rPr>
        <w:t>The first hiccup of the week, the top of the hot bath tap came off in my hand and all its innards fell into the hot bath water, whilst the hot water continued to run at full tilt. Not good, but eventually sorted.</w:t>
      </w:r>
    </w:p>
    <w:p>
      <w:r>
        <w:rPr>
          <w:b w:val="0"/>
          <w:i w:val="0"/>
        </w:rPr>
        <w:t>Next day, a walk into the garage revealed a really strange aroma and looking down, a very wet floor. The large upright freezer had silently given up the ghost some three or four days previously. This year's home-grown crops, raspberries, blackcurrants, apples, beans, all meticulously prepared and frozen for the winter months ahead, rendered into a smelly melted mush, not to mention the joints of meat. Pooh! I didnt even cook them for the dogs. All binned!</w:t>
      </w:r>
    </w:p>
    <w:p>
      <w:r>
        <w:rPr>
          <w:b w:val="0"/>
          <w:i w:val="0"/>
        </w:rPr>
        <w:t>The following day, happy to leave behind the wreckages of domesticity, I was glad to drive half an hour up the road to Gundog Society of Wales Championship Show at Malvern on Wednesday 11th October where the judge was Brian Hayward with an entry of 163 dogs and bitches. Judging was outside. It was one of the coldest days we have had for ages and a fierce icy wind blew over the grey shrouded showground all day, chilling most of us right to the bone. I felt sorry for the poor judge. It was perishingly cold. Eventually we gave in and were mightily pleased for the final two classes of the day to be judged indoors in a huge wet-weather ring.</w:t>
      </w:r>
    </w:p>
    <w:p>
      <w:r>
        <w:rPr>
          <w:b w:val="0"/>
          <w:i w:val="0"/>
        </w:rPr>
        <w:t>The Dog CC his 17th, and Best of Breed went to David Coodes yellow Ch Warringah's Perth JW ShCM whilst the Dog RCC was won by Lynda and Derek Miles yellow Junior LLanstinan Sugar Daddy (Attikonak Button up Your Overcoat at LLanstinan (imp Swe) x Newinn Patience Strong of Llanstinan).</w:t>
      </w:r>
    </w:p>
    <w:p>
      <w:r>
        <w:rPr>
          <w:b w:val="0"/>
          <w:i w:val="0"/>
        </w:rPr>
        <w:t>There was great tension ringside and holding of breath whilst the Bitch CC was being judged and a whooping cheer when effervescent, Hayley Jo Brambles black 3 year old bitch, Shaymiloney Stormin Norma (Mardas Roman Republic x Shaymiloney Sweet Pea) was awarded her third CC and became Hayleys first home-bred Labrador champion. Obviously Hayley was joyously happy and thoroughly showed it. To add more excitement to Hayleys memorable day the Bitch RCC was later won by a black bitch she had bred in 2011 out of the same parents, Shaymiloney Serena at Madgack, ( Mardas Roman Republic x Shaymiloney Sweet Pea) owned by Mrs EJA Stoker. Many congratulations. Certainly a day to remember!</w:t>
      </w:r>
    </w:p>
    <w:p>
      <w:r>
        <w:rPr>
          <w:b w:val="0"/>
          <w:i w:val="0"/>
        </w:rPr>
        <w:t>Best Puppy was Roger and Yo Shirtons yellow Woolman Proper Dream Maker (Carpenny Primo x Woolman Proper Wishmaker).</w:t>
      </w:r>
    </w:p>
    <w:p>
      <w:r>
        <w:rPr>
          <w:b w:val="0"/>
          <w:i w:val="0"/>
        </w:rPr>
        <w:t>Two days later, ominously Friday 13th, I set off up the busy motorway system to drive to Ponteland near Newcastle to judge bitches at Northumberland and Durham Lab Club Ch show the following day.</w:t>
      </w:r>
    </w:p>
    <w:p>
      <w:r>
        <w:rPr>
          <w:b w:val="0"/>
          <w:i w:val="0"/>
        </w:rPr>
        <w:t>Needless to say the date being as it was, Friday 13th, the journey took a horrendously long six hours, the A1 being like one big carpark for miles on end. My ancient Sat-Nav got its feathers a bit ruffled several times, as many of the roads it wished to send me along had been demolished quite a few years ago and turned from lanes into (supposedly) fast dual carriageways or motorways. Eventually I got there.</w:t>
      </w:r>
    </w:p>
    <w:p>
      <w:r>
        <w:rPr>
          <w:b w:val="0"/>
          <w:i w:val="0"/>
        </w:rPr>
        <w:t>The committee of Northumberland and Durham LRC under Chairperson Linda Heron and Secretary Kay Jenkins do their utmost to look after their exhibitors all day long, starting with free bacon butties on arrival; such a kind, efficient and above all, most friendly team, with a happy helpful atmosphere prevailing all day long. It does make such a difference.</w:t>
      </w:r>
    </w:p>
    <w:p>
      <w:r>
        <w:rPr>
          <w:b w:val="0"/>
          <w:i w:val="0"/>
        </w:rPr>
        <w:t>There was an entry of 188 dogs and bitches. Isobel Key judged the Dogs whilst I judged the Bitches.</w:t>
      </w:r>
    </w:p>
    <w:p>
      <w:r>
        <w:rPr>
          <w:b w:val="0"/>
          <w:i w:val="0"/>
        </w:rPr>
        <w:t>What a weekend Stefan Praetzas and his wife from Germany had ahead of them with their 5 year old black Dog Nl/B/Lux/LCD/VDH/Ger/NL/B/HR CH Blacksugar Luis ( Int Ch A Sense of Pleasures I'm A Joker x Blacksugar Ibiza JCH).</w:t>
      </w:r>
    </w:p>
    <w:p>
      <w:r>
        <w:rPr>
          <w:b w:val="0"/>
          <w:i w:val="0"/>
        </w:rPr>
        <w:t>Luis won Open Dog and the Dog CC, his 2nd, under Isobel, then later went Best of Breed under both judges, Isobel and me.</w:t>
      </w:r>
    </w:p>
    <w:p>
      <w:r>
        <w:rPr>
          <w:b w:val="0"/>
          <w:i w:val="0"/>
        </w:rPr>
        <w:t>The Dog RCC was won by Gary and Jean Johnson and Mrs K Korffs 18 month black, A Sense of Pleasure's ZZ Top JW (Imp DU) whilst Best Puppy Dog and Best Puppy in Show was Leigh Lesleys 11month active black dog Steeleigh Capital Rock (Fin Ch Devonshires London Edition x Steeleigh Made to Please).</w:t>
      </w:r>
    </w:p>
    <w:p>
      <w:r>
        <w:rPr>
          <w:b w:val="0"/>
          <w:i w:val="0"/>
        </w:rPr>
        <w:t>In the Bitch ring I awarded the CC to Angela Mitchells 3year old yellow Sh Ch Callyswood Caitlin (Fin Ch Devonshires London Edition x Cornlands Lady Flora), winner of Open Bitch. Caitlin was later best Opposite Sex and Reserve Best in Show under both judges. A very popular win for a lovely bitch, now fully mature and in perfect coat and condition. (See my notes on maturity the previous week.)</w:t>
      </w:r>
    </w:p>
    <w:p>
      <w:r>
        <w:rPr>
          <w:b w:val="0"/>
          <w:i w:val="0"/>
        </w:rPr>
        <w:t>How pleased Angela's great friend and mentor, the late Peggy Rae (Cornlands) would have been.</w:t>
      </w:r>
    </w:p>
    <w:p>
      <w:r>
        <w:rPr>
          <w:b w:val="0"/>
          <w:i w:val="0"/>
        </w:rPr>
        <w:t>The Bitch RCC came from a fabulous Limit Bitch class and was won by Denise Timms 3 year old yellow, Lejie Peace Thyme. (Mardas Roman Republic x Lejie Thyme). I recall her dam did well under me quite a few years ago too.</w:t>
      </w:r>
    </w:p>
    <w:p>
      <w:r>
        <w:rPr>
          <w:b w:val="0"/>
          <w:i w:val="0"/>
        </w:rPr>
        <w:t>Best Puppy Bitch was Roger and Yo Shirtons yellow, Woolman Proper Dream Maker (Carpenny Primo x Woolman Proper Wishmaker) the winner of the Maiden class. Best Veteran was Ir Sh Ch Claychalk Costa Zaire of Bannabeach owned by Niamh Callaghan. Another dog whose looks illustrate the benefits of slow steady maturity.</w:t>
      </w:r>
    </w:p>
    <w:p>
      <w:r>
        <w:rPr>
          <w:b w:val="0"/>
          <w:i w:val="0"/>
        </w:rPr>
        <w:t>Everything was done and dusted at the show soon after lunchtime and many exhibitors set off to drive to North West Lab Club Ch show the following day.</w:t>
      </w:r>
    </w:p>
    <w:p>
      <w:r>
        <w:rPr>
          <w:b w:val="0"/>
          <w:i w:val="0"/>
        </w:rPr>
        <w:t>I, however, was going home. I set my dated SatNat to "Home", but not via the A1 south which was now completely closed for roadworks for three whole days, but via the western route of the M6/M5/M50.</w:t>
      </w:r>
    </w:p>
    <w:p>
      <w:r>
        <w:rPr>
          <w:b w:val="0"/>
          <w:i w:val="0"/>
        </w:rPr>
        <w:t>As I set off west on the A69 the Satnav made repeated moody outbursts of rather shirty commands, to "Turn Round" and find the A1. In its dated mind my taking the A69 west to join the M6, was completely the wrong direction and I was repeatedly instructed as such.</w:t>
      </w:r>
    </w:p>
    <w:p>
      <w:r>
        <w:rPr>
          <w:b w:val="0"/>
          <w:i w:val="0"/>
        </w:rPr>
        <w:t xml:space="preserve">This idea was not helped either, by my quietly thinking (after a day's dog judging) that Carlisle, to where the A69 was pointing was surely nearer to Scotland than aiming for Ross on Wye.  </w:t>
      </w:r>
    </w:p>
    <w:p>
      <w:r>
        <w:rPr>
          <w:b w:val="0"/>
          <w:i w:val="0"/>
        </w:rPr>
        <w:t>With all this badgering by the Sat-Nav, I eventually pulled up and looked at my road map. You might guess it. As ever, the route was on the join of two pages.</w:t>
      </w:r>
    </w:p>
    <w:p>
      <w:r>
        <w:rPr>
          <w:b w:val="0"/>
          <w:i w:val="0"/>
        </w:rPr>
        <w:t>Some might have suggested I consult my phone, but no such luck there as my ancient blue Nokia is 20 years old, with no such modern guidance attached!</w:t>
      </w:r>
    </w:p>
    <w:p>
      <w:r>
        <w:rPr>
          <w:b w:val="0"/>
          <w:i w:val="0"/>
        </w:rPr>
        <w:t>However someone was looking out for me and I did eventually did find Carlisle and the M6 south and, after another five hours drive, I arrived home! To think, years ago I drove to SKC and back in a single day most years, but there was far less traffic, less accidents and less roadworks then.</w:t>
      </w:r>
    </w:p>
    <w:p>
      <w:r>
        <w:rPr>
          <w:b w:val="0"/>
          <w:i w:val="0"/>
        </w:rPr>
        <w:t>The following day exhibitors regrouped at Northwest Lab Ch Show where the judges were Linda Heron and Phillipe Lammens (Of Misty Dreams. Linda judged the Dogs and Phillipe judged the Bitches. There were 220 dogs and bitches entered.</w:t>
      </w:r>
    </w:p>
    <w:p>
      <w:r>
        <w:rPr>
          <w:b w:val="0"/>
          <w:i w:val="0"/>
        </w:rPr>
        <w:t>Great excitement ensued when the previous day's Best Dog and Best in Show winner 5 year old Int Ch Blacksugar Luis repeated all his wonderful wins and won his 3rd crowning CC. He can now add Sh Ch to the very many letters before his name. Once again he went Best in Show. What an absolutely fabulous weekend for his lovely breeder/owners.</w:t>
      </w:r>
    </w:p>
    <w:p>
      <w:r>
        <w:rPr>
          <w:b w:val="0"/>
          <w:i w:val="0"/>
        </w:rPr>
        <w:t>The Dog RCC was won by Linda Macgillivrays Sh Ch Antonine Cinderfella JW (Waterlines Freddo with Antonine (Imp Fin) x Lindall Rhianna with Antonine)</w:t>
      </w:r>
    </w:p>
    <w:p>
      <w:r>
        <w:rPr>
          <w:b w:val="0"/>
          <w:i w:val="0"/>
        </w:rPr>
        <w:t>The Bitch CC went to Shaun Williamsons yellow Sharouns Victorias Secret (Shanorrell Succession at Halshimoor x Sharouns Nostalgia) whilst Marion Hopkinsons yellow Sh Ch Hailey Sun in Their Eyes won the RCC. Sadly I have no details of Best Puppy but Congratulations to all the winners.</w:t>
      </w:r>
    </w:p>
    <w:p>
      <w:r>
        <w:rPr>
          <w:b w:val="0"/>
          <w:i w:val="0"/>
        </w:rPr>
        <w:t>The new KC ideas for Open shows and winning awards such as Junior Warrants with dumbed down easy Stud Book entry, were published last week and have caused much debate and controversy, as has the proposal to charge judges annually if they wish to continue to judge. Sounds like something out of Alice in Wonderland.</w:t>
      </w:r>
    </w:p>
    <w:p>
      <w:r>
        <w:rPr>
          <w:b w:val="0"/>
          <w:i w:val="0"/>
        </w:rPr>
        <w:t>I have yet to hear from a single experienced breeder/judge who has awarded CCs for very many years in agreement with the ideas. Most are not planning to pay and will cease to judge. All judging contracts must be in the air now too, after 2019, as the goalposts have been moved. If judges already invited don't pay up, under the new schemes, they can't judge!</w:t>
      </w:r>
    </w:p>
    <w:p>
      <w:r>
        <w:rPr>
          <w:b w:val="0"/>
          <w:i w:val="0"/>
        </w:rPr>
        <w:t>Please let me have your comments, of which I know there are very many. It appears ironic that we older breeders/experienced judges have been the mentors and guardians of our breed for decades and now will have to pay the Kennel Club annually  if we wish to continue to judge, at most, once every two years, if invited.  Wheres the logic behind that?</w:t>
      </w:r>
    </w:p>
    <w:p>
      <w:r>
        <w:rPr>
          <w:b w:val="0"/>
          <w:i w:val="0"/>
        </w:rPr>
        <w:t>I worked out my average entry over the last ten years from the KC judges list. It comes out at 241 dogs and bitches per show.  At Â£25 per exhibit that's Â£6020 per show for the inviting show society's coffers and now I am expected to pay the KC for bringing in that revenue, plus paying out of my own pocket for fuel to get there, payment of dog minders at home for the days away, payment of suitable overnight accommodation, all these costs often not charged. I don't think so!</w:t>
      </w:r>
    </w:p>
    <w:p>
      <w:r>
        <w:rPr>
          <w:b w:val="0"/>
          <w:i w:val="0"/>
        </w:rPr>
        <w:t>We will certainly lose the experienced breed judges, but they will be replaced by enthusiastic theoreticians,  probably not breeders and therefore less knowledgeable people, who will be quite happy to pay to become what they perceive as "names" involved in judging other people's work and efforts. They want to be "Judges". It doesn't matter what the species are,  butterflies, budgerigars, dogs, cats, horses, cakes, puddings etc the more the merrier!</w:t>
      </w:r>
    </w:p>
    <w:p>
      <w:r>
        <w:rPr>
          <w:b w:val="0"/>
          <w:i w:val="0"/>
        </w:rPr>
        <w:t>Come on, do put pen to paper on this topic and also encourage your breed clubs to do the same!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