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- 03/08/2012"</w:t>
      </w:r>
      <w:r>
        <w:br/>
      </w:r>
      <w:r>
        <w:rPr>
          <w:b w:val="0"/>
          <w:i w:val="0"/>
        </w:rPr>
        <w:br/>
        <w:t>date_original: "03/08/2012"</w:t>
      </w:r>
      <w:r>
        <w:br/>
      </w:r>
      <w:r>
        <w:rPr>
          <w:b w:val="0"/>
          <w:i w:val="0"/>
        </w:rPr>
        <w:br/>
        <w:t>source_url: "https://www.ourdogs.co.uk/members/breednotes/retlabarchive.php"</w:t>
      </w:r>
      <w:r>
        <w:br/>
      </w:r>
      <w:r>
        <w:rPr>
          <w:b w:val="0"/>
          <w:i w:val="0"/>
        </w:rPr>
        <w:br/>
        <w:t>archive_type: "retlabarchive_post"</w:t>
      </w:r>
      <w:r>
        <w:br/>
      </w:r>
      <w:r>
        <w:rPr>
          <w:b w:val="0"/>
          <w:i w:val="0"/>
        </w:rPr>
        <w:br/>
        <w:t>scraped_at: "2026-09-13T22:45:47"</w:t>
      </w:r>
      <w:r>
        <w:br/>
      </w:r>
      <w:r>
        <w:rPr>
          <w:b w:val="0"/>
          <w:i w:val="0"/>
        </w:rPr>
        <w:br/>
        <w:t>word_count: 645</w:t>
      </w:r>
    </w:p>
    <w:p>
      <w:r>
        <w:t>――――――――――――――――――――――――――――――</w:t>
      </w:r>
    </w:p>
    <w:p>
      <w:r>
        <w:rPr>
          <w:b w:val="0"/>
          <w:i w:val="0"/>
        </w:rPr>
        <w:t>NEWS MEMBERS' AREA SHOP SUBSCRIBE UPCOMING SHOWS MORE</w:t>
      </w:r>
    </w:p>
    <w:p>
      <w:r>
        <w:rPr>
          <w:b w:val="0"/>
          <w:i w:val="0"/>
        </w:rPr>
        <w:t>RETRIEVER LABRADOR</w:t>
      </w:r>
    </w:p>
    <w:p>
      <w:r>
        <w:rPr>
          <w:b w:val="0"/>
          <w:i w:val="0"/>
        </w:rPr>
        <w:t>Issue: 03/08/2012</w:t>
      </w:r>
    </w:p>
    <w:p>
      <w:r>
        <w:rPr>
          <w:b w:val="0"/>
          <w:i w:val="0"/>
        </w:rPr>
        <w:t>I was greatly saddened to receive the sad news that John Steven has lost his fight against cancer and had passed away on 26th July 2012. John and his wife Helen owned the well known Rossbank kennel of Labradors in Scotland. They made up Sh Ch Sandylands Clarence of Rossbank bred by Mrs Gwen Broadley in the 1970s. Clarence was mated to Teviotcastle Countess of Rossbank producing Sh Ch Rossbank Cochine who was Best of Breed at Crufts in 1978. John and Helen also bred Sh Ch Rossbank Kansas and Am Ch Rossbank Chaddo.</w:t>
      </w:r>
    </w:p>
    <w:p>
      <w:r>
        <w:rPr>
          <w:b w:val="0"/>
          <w:i w:val="0"/>
        </w:rPr>
        <w:t>Sh Ch S. Clarence of Rossbank sired the great Balrion litter of four champions which included the post-war record holder, Sh Ch Balrion King Frost.</w:t>
      </w:r>
    </w:p>
    <w:p>
      <w:r>
        <w:rPr>
          <w:b w:val="0"/>
          <w:i w:val="0"/>
        </w:rPr>
        <w:t>In the past John had been a committee member of Labrador Club of Scotland and also a member of the Scottish Kennel Club. He awarded CCs in Labradors (Helen judged Labradors at Boston earlier in 2012).</w:t>
      </w:r>
    </w:p>
    <w:p>
      <w:r>
        <w:rPr>
          <w:b w:val="0"/>
          <w:i w:val="0"/>
        </w:rPr>
        <w:t>John will be remembered as a brightly intelligent, charming man; very patriotic, quietly spoken with a dry sense of humour; one of the kindest people one could wish to meet. Our condolences go to Helen and family at this sad time.</w:t>
      </w:r>
    </w:p>
    <w:p>
      <w:r>
        <w:rPr>
          <w:b w:val="0"/>
          <w:i w:val="0"/>
        </w:rPr>
        <w:t>On Sunday 12th August 2012 the Labrador Club of  Wales are holding a Fun Day - Labradors at Work and Play, with a Puppy Walk, a Barbecue, plenty of information about Labradors, plus training tips at The Old House Inn, Llangynwyd , Maesteg, Mid Glam CF34 9SB . The venue is five miles from M4 junction 36. Starting at 11am until 4pm. Contact Ronwein Phillips for details 01792843198.</w:t>
      </w:r>
    </w:p>
    <w:p>
      <w:r>
        <w:rPr>
          <w:b w:val="0"/>
          <w:i w:val="0"/>
        </w:rPr>
        <w:t>Val Tiller's next Optigen 20/20 Clinic will be held on Tuesday, 18th September, in Epsom, Surrey.  Optigen are offering 30% discount off DNA tests, paid for online.</w:t>
      </w:r>
    </w:p>
    <w:p>
      <w:r>
        <w:rPr>
          <w:b w:val="0"/>
          <w:i w:val="0"/>
        </w:rPr>
        <w:t>Labradors are invited to be DNA tested for prcd-PRA, RD/OSD, and Narcolepsy.   Clients may attend the clinic in person, or be Postal Participants.  Contact Val Tiller direct for further details and to book places: E-mail: val.tiller@talk21.com or Tel: (01372) 273597.</w:t>
      </w:r>
    </w:p>
    <w:p>
      <w:r>
        <w:rPr>
          <w:b w:val="0"/>
          <w:i w:val="0"/>
        </w:rPr>
        <w:t>Leeds championship show was held at Harewood House. The judges were Anne Lavelle (Dogs) and Richard Wiles (Bitches) with a joint entry of 226 dogs amd bitches.</w:t>
      </w:r>
    </w:p>
    <w:p>
      <w:r>
        <w:rPr>
          <w:b w:val="0"/>
          <w:i w:val="0"/>
        </w:rPr>
        <w:t>The winners were Dog CC and Best of Breed the Rawlinsons black Sh Ch Sh Ch Fullwell Fly High To Halshimoor. Dog RCC John and Saudjie Crooks Balrion Weathertop Aramis. Bitch CC an exciting first CC for this years Top Puppy to date, who is now just into Junior, Mr and Mrs Dawson's yellow Beskerby Larksong JW. Bitch RCC Christine Campbells yellow Binnaig Wild Thyme. Best Puppy was Lennox and Morgans Wilenmory Armani Diamond.</w:t>
      </w:r>
    </w:p>
    <w:p>
      <w:r>
        <w:rPr>
          <w:b w:val="0"/>
          <w:i w:val="0"/>
        </w:rPr>
        <w:t>In the Champion Stakes Sh Ch Naiken Way out West owned by the Hodge family came 3rd under Mr George Kostopoulos (Greece)</w:t>
      </w:r>
    </w:p>
    <w:p>
      <w:r>
        <w:rPr>
          <w:b w:val="0"/>
          <w:i w:val="0"/>
        </w:rPr>
        <w:t>After all this wet weather and now the short spell of humid heat and extremely high temperatures, the slug population hiding out in the garden seems to have exploded, (well, not literally, that would be far too messy!). Do be aware that slugs can carry lungworm, which can be fatal to dogs. I gather that Advocate flea treatment treats lungworm as well as preventing flea attacks, so if you think your dogs may have been in contact with slugs, perhaps a word with your Vet might be in order.</w:t>
      </w:r>
    </w:p>
    <w:p>
      <w:r>
        <w:rPr>
          <w:b w:val="0"/>
          <w:i w:val="0"/>
        </w:rPr>
        <w:t>Ann Britton</w:t>
      </w:r>
    </w:p>
    <w:p>
      <w:r>
        <w:rPr>
          <w:b w:val="0"/>
          <w:i w:val="0"/>
        </w:rPr>
        <w:t>01989720665</w:t>
      </w:r>
    </w:p>
    <w:p>
      <w:r>
        <w:rPr>
          <w:b w:val="0"/>
          <w:i w:val="0"/>
        </w:rPr>
        <w:t>bowstones@btinternet.com</w:t>
      </w:r>
    </w:p>
    <w:p>
      <w:r>
        <w:rPr>
          <w:b w:val="0"/>
          <w:i w:val="0"/>
        </w:rPr>
        <w:t>Back to Archive</w:t>
      </w:r>
    </w:p>
    <w:p>
      <w:r>
        <w:rPr>
          <w:b w:val="0"/>
          <w:i w:val="0"/>
        </w:rPr>
        <w:t>Back to Breed Notes Index</w:t>
      </w:r>
    </w:p>
    <w:p>
      <w:r>
        <w:rPr>
          <w:b w:val="0"/>
          <w:i w:val="0"/>
        </w:rPr>
        <w:t>Tel</w:t>
      </w:r>
      <w:r>
        <w:br/>
      </w:r>
      <w:r>
        <w:rPr>
          <w:b w:val="0"/>
          <w:i w:val="0"/>
        </w:rPr>
        <w:br/>
        <w:t>0161 709 4550</w:t>
      </w:r>
      <w:r>
        <w:br/>
      </w:r>
      <w:r>
        <w:rPr>
          <w:b w:val="0"/>
          <w:i w:val="0"/>
        </w:rPr>
        <w:br/>
        <w:t>Advertising</w:t>
      </w:r>
      <w:r>
        <w:br/>
      </w:r>
      <w:r>
        <w:rPr>
          <w:b w:val="0"/>
          <w:i w:val="0"/>
        </w:rPr>
        <w:br/>
        <w:t>0161 709 4576</w:t>
      </w:r>
      <w:r>
        <w:br/>
      </w:r>
      <w:r>
        <w:rPr>
          <w:b w:val="0"/>
          <w:i w:val="0"/>
        </w:rPr>
        <w:br/>
        <w:t>Editorial</w:t>
      </w:r>
      <w:r>
        <w:br/>
      </w:r>
      <w:r>
        <w:rPr>
          <w:b w:val="0"/>
          <w:i w:val="0"/>
        </w:rPr>
        <w:br/>
        <w:t>0161 709 4550</w:t>
      </w:r>
      <w:r>
        <w:br/>
      </w:r>
      <w:r>
        <w:rPr>
          <w:b w:val="0"/>
          <w:i w:val="0"/>
        </w:rPr>
        <w:br/>
        <w:t>Subscriptions</w:t>
      </w:r>
      <w:r>
        <w:br/>
      </w:r>
      <w:r>
        <w:rPr>
          <w:b w:val="0"/>
          <w:i w:val="0"/>
        </w:rPr>
        <w:br/>
        <w:t>0161 709 4559</w:t>
      </w:r>
      <w:r>
        <w:br/>
      </w:r>
      <w:r>
        <w:rPr>
          <w:b w:val="0"/>
          <w:i w:val="0"/>
        </w:rPr>
        <w:br/>
        <w:t>Mail Order</w:t>
      </w:r>
      <w:r>
        <w:br/>
      </w:r>
      <w:r>
        <w:rPr>
          <w:b w:val="0"/>
          <w:i w:val="0"/>
        </w:rPr>
        <w:br/>
        <w:t>0161 709 4562</w:t>
      </w:r>
      <w:r>
        <w:br/>
      </w:r>
      <w:r>
        <w:rPr>
          <w:b w:val="0"/>
          <w:i w:val="0"/>
        </w:rPr>
        <w:br/>
        <w:t>Show Reports</w:t>
      </w:r>
      <w:r>
        <w:br/>
      </w:r>
      <w:r>
        <w:rPr>
          <w:b w:val="0"/>
          <w:i w:val="0"/>
        </w:rPr>
        <w:br/>
        <w:t>0161 709 4571</w:t>
      </w:r>
      <w:r>
        <w:br/>
      </w:r>
      <w:r>
        <w:rPr>
          <w:b w:val="0"/>
          <w:i w:val="0"/>
        </w:rPr>
        <w:br/>
        <w:t>SEND YOUR REPORT</w:t>
      </w:r>
      <w:r>
        <w:br/>
      </w:r>
      <w:r>
        <w:rPr>
          <w:b w:val="0"/>
          <w:i w:val="0"/>
        </w:rPr>
        <w:br/>
        <w:t>Competitions</w:t>
      </w:r>
      <w:r>
        <w:br/>
      </w:r>
      <w:r>
        <w:rPr>
          <w:b w:val="0"/>
          <w:i w:val="0"/>
        </w:rPr>
        <w:br/>
        <w:t>TOP DOG</w:t>
      </w:r>
      <w:r>
        <w:br/>
      </w:r>
      <w:r>
        <w:rPr>
          <w:b w:val="0"/>
          <w:i w:val="0"/>
        </w:rPr>
        <w:br/>
        <w:t>TOP PUPPY</w:t>
      </w:r>
      <w:r>
        <w:br/>
      </w:r>
      <w:r>
        <w:rPr>
          <w:b w:val="0"/>
          <w:i w:val="0"/>
        </w:rPr>
        <w:br/>
        <w:t>TOP BREEDER</w:t>
      </w:r>
      <w:r>
        <w:br/>
      </w:r>
      <w:r>
        <w:rPr>
          <w:b w:val="0"/>
          <w:i w:val="0"/>
        </w:rPr>
        <w:br/>
        <w:t>TOP STUD</w:t>
      </w:r>
      <w:r>
        <w:br/>
      </w:r>
      <w:r>
        <w:rPr>
          <w:b w:val="0"/>
          <w:i w:val="0"/>
        </w:rPr>
        <w:br/>
        <w:t>TOP BROOD</w:t>
      </w:r>
      <w:r>
        <w:br/>
      </w:r>
      <w:r>
        <w:rPr>
          <w:b w:val="0"/>
          <w:i w:val="0"/>
        </w:rPr>
        <w:br/>
        <w:t>Members' Area</w:t>
      </w:r>
      <w:r>
        <w:br/>
      </w:r>
      <w:r>
        <w:rPr>
          <w:b w:val="0"/>
          <w:i w:val="0"/>
        </w:rPr>
        <w:br/>
        <w:t>BREED NOTES</w:t>
      </w:r>
      <w:r>
        <w:br/>
      </w:r>
      <w:r>
        <w:rPr>
          <w:b w:val="0"/>
          <w:i w:val="0"/>
        </w:rPr>
        <w:br/>
        <w:t>CHAMP SHOWS</w:t>
      </w:r>
      <w:r>
        <w:br/>
      </w:r>
      <w:r>
        <w:rPr>
          <w:b w:val="0"/>
          <w:i w:val="0"/>
        </w:rPr>
        <w:br/>
        <w:t>GENERAL SHOWS</w:t>
      </w:r>
      <w:r>
        <w:br/>
      </w:r>
      <w:r>
        <w:rPr>
          <w:b w:val="0"/>
          <w:i w:val="0"/>
        </w:rPr>
        <w:br/>
        <w:t>REGULAR FEATURES</w:t>
      </w:r>
      <w:r>
        <w:br/>
      </w:r>
      <w:r>
        <w:rPr>
          <w:b w:val="0"/>
          <w:i w:val="0"/>
        </w:rPr>
        <w:br/>
        <w:t>DIGITAL EDITION</w:t>
      </w:r>
      <w:r>
        <w:br/>
      </w:r>
      <w:r>
        <w:rPr>
          <w:b w:val="0"/>
          <w:i w:val="0"/>
        </w:rPr>
        <w:br/>
        <w:t>Sign up for our newsletter</w:t>
      </w:r>
      <w:r>
        <w:br/>
      </w:r>
      <w:r>
        <w:rPr>
          <w:b w:val="0"/>
          <w:i w:val="0"/>
        </w:rPr>
        <w:br/>
        <w:t>Follow Us</w:t>
      </w:r>
    </w:p>
    <w:p>
      <w:r>
        <w:rPr>
          <w:b w:val="0"/>
          <w:i w:val="0"/>
        </w:rPr>
        <w:t>© Our Dogs Publishing All Rights Reserved. | Privacy Policy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