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- 18 Jun 2004"</w:t>
      </w:r>
      <w:r>
        <w:br/>
      </w:r>
      <w:r>
        <w:rPr>
          <w:b w:val="0"/>
          <w:i w:val="0"/>
        </w:rPr>
        <w:br/>
        <w:t>date_original: "18 Jun 2004"</w:t>
      </w:r>
      <w:r>
        <w:br/>
      </w:r>
      <w:r>
        <w:rPr>
          <w:b w:val="0"/>
          <w:i w:val="0"/>
        </w:rPr>
        <w:br/>
        <w:t>source_url: "https://www.ourdogs.co.uk/members/breednotes/2004/RetrieverLabrador/RetrieverLabrador-jun18.htm"</w:t>
      </w:r>
      <w:r>
        <w:br/>
      </w:r>
      <w:r>
        <w:rPr>
          <w:b w:val="0"/>
          <w:i w:val="0"/>
        </w:rPr>
        <w:br/>
        <w:t>archive_type: "static_html"</w:t>
      </w:r>
      <w:r>
        <w:br/>
      </w:r>
      <w:r>
        <w:rPr>
          <w:b w:val="0"/>
          <w:i w:val="0"/>
        </w:rPr>
        <w:br/>
        <w:t>scraped_at: "2026-09-13T22:14:09"</w:t>
      </w:r>
      <w:r>
        <w:br/>
      </w:r>
      <w:r>
        <w:rPr>
          <w:b w:val="0"/>
          <w:i w:val="0"/>
        </w:rPr>
        <w:br/>
        <w:t>word_count: 1802</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The summer shows are coming along quickly now. Early June saw Southern Counties Ch Show at the Newbury show ground for the second year, having moved from the Ifield Wood venue, near Gatwick airport, the previous year. I missed the show last year, but was most impressed with the new venue when I attended this year. There are some major roadworks adjacent to the showground, involving access from the M4 and the A34, but with prior warning in the press we were in plenty of time for the 9am start.</w:t>
      </w:r>
    </w:p>
    <w:p>
      <w:r>
        <w:rPr>
          <w:b w:val="0"/>
          <w:i w:val="0"/>
        </w:rPr>
        <w:t>It was certainly a treat not to have to drive down the M25 to the old venue. The Newbury Showground is so central and its obvious popularity has been reflected in the greatly increased entry for the show.</w:t>
      </w:r>
    </w:p>
    <w:p>
      <w:r>
        <w:rPr>
          <w:b w:val="0"/>
          <w:i w:val="0"/>
        </w:rPr>
        <w:t>Mrs Mo Paremain (Bradmain) was awarding CCs for the first time and drew a splendid entry of 237 dogs.</w:t>
      </w:r>
    </w:p>
    <w:p>
      <w:r>
        <w:rPr>
          <w:b w:val="0"/>
          <w:i w:val="0"/>
        </w:rPr>
        <w:t>We were blessed with a lovely sunny day and it was good to be sitting outside around the ring, enjoying the fresh air once again.</w:t>
      </w:r>
    </w:p>
    <w:p>
      <w:r>
        <w:rPr>
          <w:b w:val="0"/>
          <w:i w:val="0"/>
        </w:rPr>
        <w:t>Lynda Miles (Llanstinan) was thrilled to win a first CC and Best of Breed with her black dog Llanstinan Llewelyn JW (Sh Ch Rockabee Blue Peter of Sandylands x Susan Said So of Llanstinan). This dog was Best Puppy in Show at United Retriever Ch Show last summer under judge Meriel Hathaway and has some good wins under his belt including his class at Crufts 2004.</w:t>
      </w:r>
    </w:p>
    <w:p>
      <w:r>
        <w:rPr>
          <w:b w:val="0"/>
          <w:i w:val="0"/>
        </w:rPr>
        <w:t>The Dog RCC was won by Audrey Hallum’s Keenes Spin Doctor JW. (Ch.Int.Ch. Carpenny Walpole x Keene’s Sea Anenome). Audrey, who is such a great supporter of all the dog-shows, lives locally and must certainly have enjoyed the short journey to this particular event.</w:t>
      </w:r>
      <w:r>
        <w:br/>
      </w:r>
      <w:r>
        <w:rPr>
          <w:b w:val="0"/>
          <w:i w:val="0"/>
        </w:rPr>
        <w:br/>
        <w:t>The Bitch CC was a first for Penny Carpanini’s yellow Mambrinos Spellbound of Carpenny (Ch.Int Ch Carpenny Walpole x Nor.Ch. Mambrinos Lemony), who last year was Best Puppy in Show at the Labrador Club Centennial Ch Show.</w:t>
      </w:r>
    </w:p>
    <w:p>
      <w:r>
        <w:rPr>
          <w:b w:val="0"/>
          <w:i w:val="0"/>
        </w:rPr>
        <w:t>The Bitch RCC was won by Sheila Walton’s yellow Gallybob Parminda (Gallybob Flapjack x Gallybob Slanwood Abbey).</w:t>
      </w:r>
    </w:p>
    <w:p>
      <w:r>
        <w:rPr>
          <w:b w:val="0"/>
          <w:i w:val="0"/>
        </w:rPr>
        <w:t>Best Puppy was my own Llanstinan Buzby Bowstones adding to the memorable day for Best of Breed winners, Lynda and Derek Miles.</w:t>
      </w:r>
    </w:p>
    <w:p>
      <w:r>
        <w:rPr>
          <w:b w:val="0"/>
          <w:i w:val="0"/>
        </w:rPr>
        <w:t>Best Veteran was the Rawlinson’s Sh Ch Fullwell Frolic With Halshimoor JW.</w:t>
      </w:r>
      <w:r>
        <w:br/>
      </w:r>
      <w:r>
        <w:rPr>
          <w:b w:val="0"/>
          <w:i w:val="0"/>
        </w:rPr>
        <w:br/>
        <w:t>Many congratulations to our judge Mo Paremain, who must have sat down immediately she returned home and written her report straight away. It was the very first report to appear in Our Dogs show results of Southern Counties Ch Show six days later. Well done. Quite a record!</w:t>
      </w:r>
      <w:r>
        <w:br/>
      </w:r>
      <w:r>
        <w:rPr>
          <w:b w:val="0"/>
          <w:i w:val="0"/>
        </w:rPr>
        <w:br/>
        <w:t>On that note too, I was equally impressed to see both the judge’s reports, from Di Beckett and Jo Coulson, for Bath Ch Show in that same edition of Our Dogs. Written and printed in just under two weeks after the event, what speedy scribes you all are; a great achievement and most appreciated by exhibitors.</w:t>
      </w:r>
    </w:p>
    <w:p>
      <w:r>
        <w:rPr>
          <w:b w:val="0"/>
          <w:i w:val="0"/>
        </w:rPr>
        <w:t>The benching tent at Southern Counties, situated conveniently near our ring, was far from a haven of quietness. It seemed to contain far too many snapping Labradors, some flying off the benches as one went by, or incessantly barking. Whether the extremely hot, humid day had an effect on this, or the fact that some exhibitors just wandered in with their dogs on loose leads and then let them jump all over those who were already benched quietly, I don’t know. Whatever the reason the result was not a good advert for Labradors. Perhaps a little more care might be in order?</w:t>
      </w:r>
    </w:p>
    <w:p>
      <w:r>
        <w:rPr>
          <w:b w:val="0"/>
          <w:i w:val="0"/>
        </w:rPr>
        <w:t>The owner of a champion Welsh Springer Spaniel was distraught, her dog having escaped from its bench and run away from the showground, which is immediately next to the junction of the M4 motorway and the busy A34. Fearing the worst, a search ensued with no early results. However, I was pleased to hear, that later in the day the dog eventually ran back onto the showground and was caught, safe and sound, having suffered no disasters at all. His delighted owner, exhausted with worry, must have been overjoyed.</w:t>
      </w:r>
    </w:p>
    <w:p>
      <w:r>
        <w:rPr>
          <w:b w:val="0"/>
          <w:i w:val="0"/>
        </w:rPr>
        <w:t>This escape made me think that perhaps the lightweight canvas benching crates with zip fronts, which even I have purchased recently to fit on the bench, may not be such a bright idea after all, unless you stay with your dog all the time. Certainly they protect your dog from being jumped on, however, if he/she gets the idea of ripping the door or chewing the zip, he/she could be out and off over the showground far too easily.</w:t>
      </w:r>
    </w:p>
    <w:p>
      <w:r>
        <w:rPr>
          <w:b w:val="0"/>
          <w:i w:val="0"/>
        </w:rPr>
        <w:t>Talking of ripping things, the weather has been so incredibly hot and humid this week I purchased two extremely cheap gazebos to keep the scorching sun off the dog runs. They were reasonably easy to put up and having stood back and admired my handiwork, I went into the house for a drink, only to return some minutes later to a pair of gazebos leaning somewhat drunkenly. What had happened? Ah, the nosey canines had been unable to resist trying to remove the feet on the four metal legs of each gazebo. They had systematically pulled the legs this way and that until they had finally achieved their goal and run off with the white plastic feet to chew.</w:t>
      </w:r>
    </w:p>
    <w:p>
      <w:r>
        <w:rPr>
          <w:b w:val="0"/>
          <w:i w:val="0"/>
        </w:rPr>
        <w:t>Not to be outwitted, I retrieved and refitted the by now somewhat frilly-edged plastic feet onto the metal gazebo-legs, These I then covered in wire mesh “boots”. Once complete I then stood each leg in a galvanised metal bucket filled with sand. So far, the gazebos are still standing in a sober manner, and although it is not the most eye-catching of solutions, the buckets appear to have worked. Why do Labs love plastic so much? Spectacle cases, flower pots, TV/Video remote controls, mobile phones, credit cards and now gazebo feet; all hold fascination.</w:t>
      </w:r>
    </w:p>
    <w:p>
      <w:r>
        <w:rPr>
          <w:b w:val="0"/>
          <w:i w:val="0"/>
        </w:rPr>
        <w:t>As the year speeds by it is once again nearly time for the eye testing clinic, which Marion Hopkinson organises with Dr Keith Barnett. The date of the clinic is Thursday 12th August with appointments from 2pm onwards. The venue is Styrrup Village Hall. If you wish to attend, do please arrange times before 30th June or after 1st August. No appointments can be taken at any time in July. Marion’s phone number is 01302 742791.</w:t>
      </w:r>
    </w:p>
    <w:p>
      <w:r>
        <w:rPr>
          <w:b w:val="0"/>
          <w:i w:val="0"/>
        </w:rPr>
        <w:t>Ann Britton 01989 720665 email bowstones@btinternet.com</w:t>
      </w:r>
    </w:p>
    <w:p>
      <w:r>
        <w:rPr>
          <w:b w:val="0"/>
          <w:i w:val="0"/>
        </w:rPr>
        <w:t>I recently reported that Linda McGillivray was taken into hospital for further investigation as she had become very poorly. Although I knew she was feeling much better having spoken to her on the phone it was still a pleasant surprise to find her showing her Labradors at the Labrador Club of Scotland Open Show in East Kilbride on the 6th June, looking great and feeling very well. Her relief was obvious and tests have revealed nothing more serious than anaemia. It was bad enough to bring her, literally, to her knees. Linda thanks all her friends for their kind words and cards over the past few weeks. Robin Pollock has also been in the wars having had major surgery just after the club’s Championship Show in April and we are all delighted he has made a great recovery.</w:t>
      </w:r>
    </w:p>
    <w:p>
      <w:r>
        <w:rPr>
          <w:b w:val="0"/>
          <w:i w:val="0"/>
        </w:rPr>
        <w:t>The Best of Breed at the show, judged by Mr E. Parr (Stoneavon) was Robin and Agnes May Pollock’s Pollham Aria, winner of Limit Bitch. Reserve Best in Show was Mary McCulloch’s Heather Fern at Frewlings, second in Limit and Best Puppy was Andy and Margaret Brown’s Sudeo Chevalier of Ramsayville. Many years ago when my wife Elise was the club secretary she pushed for this show to be held as the Kennel Club decided to allow clubs to hold a second open show each year. In spite of some opposition and the feeling the country could not support yet another Open Show this show has now been running since the early ‘80s giving in particular, novice and young Labrador exhibitors the chance of their dogs being assessed by a Labrador breeder/expert in their early judging careers. The intention and the desire of the Kennel Club was that this show should be moved around the country and for many years that did happen, with the show being held as far south as Langholm in the Scottish Borders and as far north as Brechin. However, it was found that it was the same exhibitors from the heavily populated central belt who were doing all the travelling. The show now seems to have settled in this area and it seems to make sense. Looking through the catalogue with 100 Labradors entered proves the need and desire for this show, although, there seemed to be a lot of absentees.</w:t>
      </w:r>
      <w:r>
        <w:br/>
      </w:r>
      <w:r>
        <w:rPr>
          <w:b w:val="0"/>
          <w:i w:val="0"/>
        </w:rPr>
        <w:br/>
        <w:t>Jim Nolan</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