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- 7 Mar 2008"</w:t>
      </w:r>
      <w:r>
        <w:br/>
      </w:r>
      <w:r>
        <w:rPr>
          <w:b w:val="0"/>
          <w:i w:val="0"/>
        </w:rPr>
        <w:br/>
        <w:t>date_original: "7 Mar 2008"</w:t>
      </w:r>
      <w:r>
        <w:br/>
      </w:r>
      <w:r>
        <w:rPr>
          <w:b w:val="0"/>
          <w:i w:val="0"/>
        </w:rPr>
        <w:br/>
        <w:t>source_url: "https://www.ourdogs.co.uk/members/breednotes/2008/RetrieverLabrador/RetrieverLabrador-mar7.htm"</w:t>
      </w:r>
      <w:r>
        <w:br/>
      </w:r>
      <w:r>
        <w:rPr>
          <w:b w:val="0"/>
          <w:i w:val="0"/>
        </w:rPr>
        <w:br/>
        <w:t>archive_type: "static_html"</w:t>
      </w:r>
      <w:r>
        <w:br/>
      </w:r>
      <w:r>
        <w:rPr>
          <w:b w:val="0"/>
          <w:i w:val="0"/>
        </w:rPr>
        <w:br/>
        <w:t>scraped_at: "2026-09-13T22:05:22"</w:t>
      </w:r>
      <w:r>
        <w:br/>
      </w:r>
      <w:r>
        <w:rPr>
          <w:b w:val="0"/>
          <w:i w:val="0"/>
        </w:rPr>
        <w:br/>
        <w:t>word_count: 915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Following on from last week’s notes, I am very sorry to report that Jean Henwood (Wolvercote), Labrador breeder and exhibitor, championship show judge, and also long standing member of West of England Lab Club has sadly passed away in hospital. Her funeral will be held at St Marys Church, Launceston at 11.15am on Wednesday 12th March followed by a service at Bodmin Crematorium and afterwards at the White Hart, Launceston. Our sincere condolences go to her son, Philip and daughter, Caroline and their families at this sad time.</w:t>
      </w:r>
    </w:p>
    <w:p>
      <w:r>
        <w:rPr>
          <w:b w:val="0"/>
          <w:i w:val="0"/>
        </w:rPr>
        <w:t>By the time you read these notes Crufts at the NEC Birmingham, will be in full swing. Gundog day is today, Friday 7th March and our judges, with an entry of 507 dogs and bitches, are Penny Carpanini (217 Dogs) and Vic Cole (290 Bitches). I hope everyone has a thoroughly enjoyable day and returns home with many happy memories of this years event. Whilst I was recovering from my recent 3 week bout of flu, I spent an evening looking at past videos of Crufts and other doggy events, recorded several years ago. I thoroughly recommend keeping this sort of visual record. It was lovely to recall happy times past, and see once again many of our senior exhibitors who are sadly no longer with us, but whose fond memories we will always carry in our hearts.</w:t>
      </w:r>
    </w:p>
    <w:p>
      <w:r>
        <w:rPr>
          <w:b w:val="0"/>
          <w:i w:val="0"/>
        </w:rPr>
        <w:t>It was good to hear that Peggy Kelley (Bradking) has now successfully had her hip replacement operation in Walsall Manor Hospital. We wish her a speedy recovery and trust that she is soon back home with Arthur.</w:t>
      </w:r>
    </w:p>
    <w:p>
      <w:r>
        <w:rPr>
          <w:b w:val="0"/>
          <w:i w:val="0"/>
        </w:rPr>
        <w:t>Dr Margaret Woods (Coleg) hip replacement operation also went well and she is already back home raring to get back on the show scene as soon as she is allowed.</w:t>
      </w:r>
    </w:p>
    <w:p>
      <w:r>
        <w:rPr>
          <w:b w:val="0"/>
          <w:i w:val="0"/>
        </w:rPr>
        <w:t>Also on the health front, friends of Pat Davies (Holmajor) will be pleased to know that her husband, Graham’s, recent major heart surgery at the Queen Elizabeth Hospital in Birmingham, went extremely well. We look forward to hearing that Graham is fit and well once again and out and about enjoying the summer shows!</w:t>
      </w:r>
    </w:p>
    <w:p>
      <w:r>
        <w:rPr>
          <w:b w:val="0"/>
          <w:i w:val="0"/>
        </w:rPr>
        <w:t>Glenys Fryer co-ordinator of Labrador Rescue North West Area, sent heartrending pictures of Rosie, a kind natured, sweet faced, yellow Labrador bitch. Rosie is about 12 years old who gets on with other dogs and is waiting patiently in rescue for a new foster home for her twilight years. Glenys writes, “This poor girl has been brought into rescue. Our rescue will sponsor her vet bills. Her eye needs a minor operation. She is very thin. When she arrived here, her nails were curled back on themselves. The reason for this was her owner said he didn't like vets!</w:t>
      </w:r>
      <w:r>
        <w:br/>
      </w:r>
      <w:r>
        <w:rPr>
          <w:b w:val="0"/>
          <w:i w:val="0"/>
        </w:rPr>
        <w:br/>
        <w:t>We need a foster home for Rosie. She needs to put on some weight. Please, can anyone help this poor girl?”</w:t>
      </w:r>
    </w:p>
    <w:p>
      <w:r>
        <w:rPr>
          <w:b w:val="0"/>
          <w:i w:val="0"/>
        </w:rPr>
        <w:t>Glenys may be contacted via tel - 01257452500 or email labrador.rescue@btinternet.com.</w:t>
      </w:r>
      <w:r>
        <w:br/>
      </w:r>
      <w:r>
        <w:rPr>
          <w:b w:val="0"/>
          <w:i w:val="0"/>
        </w:rPr>
        <w:br/>
        <w:t>Congratulations to Leigh Lesley whose black bitch Steeleigh Dream Along (Carromers Bojangle x Steeleigh American Dream JW) has won her Junior Warrant .</w:t>
      </w:r>
    </w:p>
    <w:p>
      <w:r>
        <w:rPr>
          <w:b w:val="0"/>
          <w:i w:val="0"/>
        </w:rPr>
        <w:t>A reminder that the Cotswold and Wyevern LRC are holding a Gundog test training day for absolute beginners orginised by Lynn Minchella on Saturday 12th April. Dogs should ideally have some basic obedience training and perhaps already show some ability to retrieve. For more information contact Lynn on 01242 620635</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