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 May 2009"</w:t>
      </w:r>
      <w:r>
        <w:br/>
      </w:r>
      <w:r>
        <w:rPr>
          <w:b w:val="0"/>
          <w:i w:val="0"/>
        </w:rPr>
        <w:br/>
        <w:t>date_original: "1 May 2009"</w:t>
      </w:r>
      <w:r>
        <w:br/>
      </w:r>
      <w:r>
        <w:rPr>
          <w:b w:val="0"/>
          <w:i w:val="0"/>
        </w:rPr>
        <w:br/>
        <w:t>source_url: "https://www.ourdogs.co.uk/members/breednotes/2009/RetrieverLabrador/RetrieverLabrador-may1.htm"</w:t>
      </w:r>
      <w:r>
        <w:br/>
      </w:r>
      <w:r>
        <w:rPr>
          <w:b w:val="0"/>
          <w:i w:val="0"/>
        </w:rPr>
        <w:br/>
        <w:t>archive_type: "static_html"</w:t>
      </w:r>
      <w:r>
        <w:br/>
      </w:r>
      <w:r>
        <w:rPr>
          <w:b w:val="0"/>
          <w:i w:val="0"/>
        </w:rPr>
        <w:br/>
        <w:t>scraped_at: "2026-09-13T22:03:05"</w:t>
      </w:r>
      <w:r>
        <w:br/>
      </w:r>
      <w:r>
        <w:rPr>
          <w:b w:val="0"/>
          <w:i w:val="0"/>
        </w:rPr>
        <w:br/>
        <w:t>word_count: 1052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reminder that there will be a Memorial Service for Dr Keith Barnett OBE at 2pm on Thursday 7th May 2009 at St Mary's Church, Bury St Edmunds, IP33 1RT. Car parking is available in Cotton Lane, approximately 15 minutes walk from the church, situated near to the cathedral, at the junction of Crown St, and Honey Hill.</w:t>
      </w:r>
    </w:p>
    <w:p>
      <w:r>
        <w:rPr>
          <w:b w:val="0"/>
          <w:i w:val="0"/>
        </w:rPr>
        <w:t>In view of the wonderful work that Keith, a Labrador owner, carried out for our breed over very many years I do hope the Labrador world will be well represented at this service.</w:t>
      </w:r>
    </w:p>
    <w:p>
      <w:r>
        <w:rPr>
          <w:b w:val="0"/>
          <w:i w:val="0"/>
        </w:rPr>
        <w:t>Please note, there will be two important Open meetings during May to discuss the new Kennel Club Breed Standard for Labradors. The first will be held this coming Sunday, May 3rd 2009, at Styrrup Village Hall DN11 8LT. This venue is near the Rocheby kennels, just off the A1. The meeting will start at 2pm.</w:t>
      </w:r>
    </w:p>
    <w:p>
      <w:r>
        <w:rPr>
          <w:b w:val="0"/>
          <w:i w:val="0"/>
        </w:rPr>
        <w:t>Directions from the A1 are as follows; Leave the A1 at Blyth and at the roundabout take the Bawtry turn; in 300 yards turn left; signposted Harworth. Take the next left signposted Styrrup. Cross over the A1 and the StyrrupVillage Hall is on the right hand side. Do try to attend and voice your opinion. There is no point in anyone complaining at some future date that they were never given a chance to have an input or make their feelings known. It is your responsibility to attend.</w:t>
      </w:r>
    </w:p>
    <w:p>
      <w:r>
        <w:rPr>
          <w:b w:val="0"/>
          <w:i w:val="0"/>
        </w:rPr>
        <w:t>The second of the meetings, further south this time, and once again to discuss the new Kennel Club Breed Standard for Labradors will be held at 2pm on Sunday May 31st at Napton Village Hall, CV47 8LS near Southam, Warwickshire. The venue is in the centre of the village, turn into Napton from the A425 between Daventry and Southam and follow this road into the village. The hall is signposted after the village green.</w:t>
      </w:r>
    </w:p>
    <w:p>
      <w:r>
        <w:rPr>
          <w:b w:val="0"/>
          <w:i w:val="0"/>
        </w:rPr>
        <w:t>Please do make an effort to get there. It is important that anyone who wishes to express an opinion attends at least one of these meetings.</w:t>
      </w:r>
    </w:p>
    <w:p>
      <w:r>
        <w:rPr>
          <w:b w:val="0"/>
          <w:i w:val="0"/>
        </w:rPr>
        <w:t>Midland Counties Lab Club held their championship show at Stafford. There was a tremendous entry of 429 dogs and bitches for judges Les Brabban (Dogs) and Marlene Hepper (Bitches). Absentees were sadly quite high due to an early morning accident which closed the M6 motorway for a large part of the day.</w:t>
      </w:r>
    </w:p>
    <w:p>
      <w:r>
        <w:rPr>
          <w:b w:val="0"/>
          <w:i w:val="0"/>
        </w:rPr>
        <w:t>The Dog CC and Best in Show, was won by the Chris and Claire Mill's yellow, Sh Ch My Jack Spratt at Lembas JW (Hampsbeck Willies Choice x Tuppence a Bag at Hodexal). The Dog RCC was yet another RCC for Mr and Mrs Auteys chocolate dog Ryedown Scottish Reel JW ShCM, (Sh Ch Lougin Loomis x Ryedown Sweet Salsa Sauce), patiently sitting on 2CCs and representing his colour so well. The Bitch CC was a first for Mr Roberts 3 year old black, Stormrose Sweetheart ShCM (Foxrush Dick Francis x Stormrose Beauty) whilst the Bitch RCC went to Karen Powell's black Seatallan Teasel (Thanks a Lot de la Legende de la Loutre x Seatallan Rosa).</w:t>
      </w:r>
    </w:p>
    <w:p>
      <w:r>
        <w:rPr>
          <w:b w:val="0"/>
          <w:i w:val="0"/>
        </w:rPr>
        <w:t>Best Puppy in Show was Anne Johnson and Julie Bruce's yellow dog Teazledown Crusader (Sh Ch Cambremer Craftsman x Teaseldown Tribute) Anne and Julie were thrilled to bits and Anne writes "He has been winning consistently at Open shows too, so far gaining a Puppy Group 1, two Puppy Group 2's and a Puppy Group 4, as well as a BOB and numerous BP awards". Well done and good luck for the future with him.</w:t>
      </w:r>
    </w:p>
    <w:p>
      <w:r>
        <w:rPr>
          <w:b w:val="0"/>
          <w:i w:val="0"/>
        </w:rPr>
        <w:t>Alison Scutcher, Hon Secretary of KSS Lab Club writes "With effect from Friday 24th April 2009 I shall be moving. My new address for the time being will be:</w:t>
      </w:r>
    </w:p>
    <w:p>
      <w:r>
        <w:rPr>
          <w:b w:val="0"/>
          <w:i w:val="0"/>
        </w:rPr>
        <w:t>16 Valley Road, Dovercourt' Harwich, Essex CO12 4RU. The land line number there is 01255 503818. My existing land line number will remain live with an answerphone message. My mobile number remains unchanged 0793 1414796 and my email remains unchanged winsleywood.labs@ntlworld.com"</w:t>
      </w:r>
    </w:p>
    <w:p>
      <w:r>
        <w:rPr>
          <w:b w:val="0"/>
          <w:i w:val="0"/>
        </w:rPr>
        <w:t>Schedules for the Labrador Retriever Club Championship Show on June 13th, and the Joint Championship show the following day on June 14th 2009, and Cotswold and Wyevern Labrador Club Show on July1st are available on line at Fosse Data.</w:t>
      </w:r>
    </w:p>
    <w:p>
      <w:r>
        <w:rPr>
          <w:b w:val="0"/>
          <w:i w:val="0"/>
        </w:rPr>
        <w:t>Ann Britton</w:t>
      </w:r>
    </w:p>
    <w:p>
      <w:r>
        <w:rPr>
          <w:b w:val="0"/>
          <w:i w:val="0"/>
        </w:rPr>
        <w:t>01989 720665</w:t>
      </w:r>
    </w:p>
    <w:p>
      <w:r>
        <w:rPr>
          <w:b w:val="0"/>
          <w:i w:val="0"/>
        </w:rP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