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- 5 Jan 2007"</w:t>
      </w:r>
      <w:r>
        <w:br/>
      </w:r>
      <w:r>
        <w:rPr>
          <w:b w:val="0"/>
          <w:i w:val="0"/>
        </w:rPr>
        <w:br/>
        <w:t>date_original: "5 Jan 2007"</w:t>
      </w:r>
      <w:r>
        <w:br/>
      </w:r>
      <w:r>
        <w:rPr>
          <w:b w:val="0"/>
          <w:i w:val="0"/>
        </w:rPr>
        <w:br/>
        <w:t>source_url: "https://www.ourdogs.co.uk/members/breednotes/2007/RetrieverLabrador/RetrieverLabrador-jan5.htm"</w:t>
      </w:r>
      <w:r>
        <w:br/>
      </w:r>
      <w:r>
        <w:rPr>
          <w:b w:val="0"/>
          <w:i w:val="0"/>
        </w:rPr>
        <w:br/>
        <w:t>archive_type: "static_html"</w:t>
      </w:r>
      <w:r>
        <w:br/>
      </w:r>
      <w:r>
        <w:rPr>
          <w:b w:val="0"/>
          <w:i w:val="0"/>
        </w:rPr>
        <w:br/>
        <w:t>scraped_at: "2026-09-13T22:07:08"</w:t>
      </w:r>
      <w:r>
        <w:br/>
      </w:r>
      <w:r>
        <w:rPr>
          <w:b w:val="0"/>
          <w:i w:val="0"/>
        </w:rPr>
        <w:br/>
        <w:t>word_count: 1120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Leicestershire Gundog Society open show schedules are available now. They can be downloaded from Fosse Data's website http://www.fossedata.co.uk or Shula M Shipton will post one to you. Contact her via www.btinternet.com/~mishules/fspaniels.html / www.pbase.com/mishules. Entries are closing for Crufts and several of our Labrador club Open and Championship shows, as follows:-</w:t>
      </w:r>
    </w:p>
    <w:p>
      <w:r>
        <w:rPr>
          <w:b w:val="0"/>
          <w:i w:val="0"/>
        </w:rPr>
        <w:t>You will all have received your schedules for Crufts, where the judges this year are Mrs Margaret Rooth (Dogs) and Mrs Anne Lavelle (Bitches). Remember to book your car park and, if needed, application for drop-off facilities. Paper entries close January 8th post- mark, or online at www.crufts.org.uk on 15th January 2007.</w:t>
      </w:r>
    </w:p>
    <w:p>
      <w:r>
        <w:rPr>
          <w:b w:val="0"/>
          <w:i w:val="0"/>
        </w:rPr>
        <w:t>Cotswold and Wyevern LRC Open show will be held at Norton Village Hall near Worcester. Entries close on Jan 6th for the show on the 10th Feb, where David Bell will be the judge. Well experienced in dogs, David is a Show Manager of City of Birmingham Canine Association, breeder /owner of the champion Ballintyne Irish Setters, in which breed he awards CCs. He also owns some good Labradors too! Contact Karl Gawthorpe for information on 01932874539</w:t>
      </w:r>
      <w:r>
        <w:br/>
      </w:r>
      <w:r>
        <w:rPr>
          <w:b w:val="0"/>
          <w:i w:val="0"/>
        </w:rPr>
        <w:br/>
        <w:t>Lab Club of Wales Championship Show will be held at Llanishen Leisure Centre, Cardiff on Sat 3rd Feb. Entries close on January 6th for the show where the judges will be Richard Edwards (D) and Jenny Green (B). Contact the Seceretary Mrs MH Barker 01443842585 for more information.</w:t>
      </w:r>
      <w:r>
        <w:br/>
      </w:r>
      <w:r>
        <w:rPr>
          <w:b w:val="0"/>
          <w:i w:val="0"/>
        </w:rPr>
        <w:br/>
        <w:t>Three Ridings Lab Club Open Show at Kirk Deighton Near Wetherby. Entries close on 8th January for the show on 28th January. The judge is Mrs Glynis Fryer (Fullwell). Contact the Secretary, Mrs P Gill 01943467926 for information.</w:t>
      </w:r>
    </w:p>
    <w:p>
      <w:r>
        <w:rPr>
          <w:b w:val="0"/>
          <w:i w:val="0"/>
        </w:rPr>
        <w:t>Mid Western Gundog Society will be held on 24th February at Malvern and their entries close on 15th January. The judge is Mr Colin Harrison (Stebel) contact Miss C.S. Smillie on 01531 640102 after 6pm.</w:t>
      </w:r>
    </w:p>
    <w:p>
      <w:r>
        <w:rPr>
          <w:b w:val="0"/>
          <w:i w:val="0"/>
        </w:rPr>
        <w:t>Mentioning these forthcoming open shows brings to mind some of my thoughts during last year, regarding all-breed open shows. I was surprised when I attended a few open shows to note that although the organising societies had provided really good, large, level rings, the appointed breed judges were often not using the space they had been provided with to the full extent. It seemed as though there was a new fashion of NOT moving the dogs too much!</w:t>
      </w:r>
      <w:r>
        <w:br/>
      </w:r>
      <w:r>
        <w:rPr>
          <w:b w:val="0"/>
          <w:i w:val="0"/>
        </w:rPr>
        <w:br/>
        <w:t>How is it possible to judge dogs if you don’t move them individually or all together in profile, at some point. You can observe how the correct or incorrect construction works so well on the move, but you must compare one dog with another and use your knowledge to place them correctly.</w:t>
      </w:r>
    </w:p>
    <w:p>
      <w:r>
        <w:rPr>
          <w:b w:val="0"/>
          <w:i w:val="0"/>
        </w:rPr>
        <w:t>On several occasions, I watched class after class of dogs slowly toddling up and down a large ring individually and then being placed, with no comparison with any other exhibit on the move.</w:t>
      </w:r>
      <w:r>
        <w:br/>
      </w:r>
      <w:r>
        <w:rPr>
          <w:b w:val="0"/>
          <w:i w:val="0"/>
        </w:rPr>
        <w:br/>
        <w:t>If you have the luxury of a big ring DO move the dogs together, around the ring at some point in the class.</w:t>
      </w:r>
    </w:p>
    <w:p>
      <w:r>
        <w:rPr>
          <w:b w:val="0"/>
          <w:i w:val="0"/>
        </w:rPr>
        <w:t>You will see so much; those who stride out with good head carriage, a strong level top-line and tail, who are sound, balanced and muscled and have strong drive from behind; those who are unbalanced with head down and weight on the forehand, the back legs following where the front one take them; others with head up and short upper arms which only allow them to pitter-patter with extra-quick tiny dolly steps; those whose top-lines decidedly sag on the move; those who dip behind the shoulders and whose tails go higher and higher and bristle more and more on the move; those that are clearly lame, etc etc. There is so much to see and learn about by moving the dogs as much as the ring size will allow, and so much to miss if you just ask the exhibitors to take their dogs ‘up and down’ and then hand out the cards! Try it. It is thoroughly absorbing and it really works!</w:t>
      </w:r>
    </w:p>
    <w:p>
      <w:r>
        <w:rPr>
          <w:b w:val="0"/>
          <w:i w:val="0"/>
        </w:rPr>
        <w:t>Eastern Counties Golden Retriever Club will host a seminar on Conformation and Movement (Show/non-breed specific) and Show Stewarding on Sunday, 11 February, 2007 at Great Barton Village Hall, Great Barton, Nr Bury St Edmunds beginning at 0930 for 10am. The seminar will be conducted by Mrs Eileen Needham (KC C&amp;M Accredited Trainer) and Mr Fred Phipps (ECGRC/EELKA Chief Steward) and is aimed at aspirant B List judges. Tickets: £10, including a snack lunch and tea/coffee. All are welcome. Details from Bill Hush 01945 587242.</w:t>
      </w:r>
    </w:p>
    <w:p>
      <w:r>
        <w:rPr>
          <w:b w:val="0"/>
          <w:i w:val="0"/>
        </w:rPr>
        <w:t>Ann Britton tel: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