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Apr 2009"</w:t>
      </w:r>
      <w:r>
        <w:br/>
      </w:r>
      <w:r>
        <w:rPr>
          <w:b w:val="0"/>
          <w:i w:val="0"/>
        </w:rPr>
        <w:br/>
        <w:t>date_original: "17 Apr 2009"</w:t>
      </w:r>
      <w:r>
        <w:br/>
      </w:r>
      <w:r>
        <w:rPr>
          <w:b w:val="0"/>
          <w:i w:val="0"/>
        </w:rPr>
        <w:br/>
        <w:t>source_url: "https://www.ourdogs.co.uk/members/breednotes/2009/RetrieverLabrador/RetrieverLabrador-apr17.htm"</w:t>
      </w:r>
      <w:r>
        <w:br/>
      </w:r>
      <w:r>
        <w:rPr>
          <w:b w:val="0"/>
          <w:i w:val="0"/>
        </w:rPr>
        <w:br/>
        <w:t>archive_type: "static_html"</w:t>
      </w:r>
      <w:r>
        <w:br/>
      </w:r>
      <w:r>
        <w:rPr>
          <w:b w:val="0"/>
          <w:i w:val="0"/>
        </w:rPr>
        <w:br/>
        <w:t>scraped_at: "2026-09-13T22:01:28"</w:t>
      </w:r>
      <w:r>
        <w:br/>
      </w:r>
      <w:r>
        <w:rPr>
          <w:b w:val="0"/>
          <w:i w:val="0"/>
        </w:rPr>
        <w:br/>
        <w:t>word_count: 1227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the Rawlinson family on making up their yellow dog Sh Ch Halshimoor Lincoln (Sh Ch Ramsayville Route Sixty Six x Halshimoor Tickety Boo JW) recently at Three Ridings Lab Club under Vic Cole. He won his first CC at WKC 2007 from Graduate under Sheila Walton; his second at the Lab Club of Wales 2009 under Andrew Brown and his third at Three Ridings LRC 2009.</w:t>
      </w:r>
    </w:p>
    <w:p>
      <w:r>
        <w:rPr>
          <w:b w:val="0"/>
          <w:i w:val="0"/>
        </w:rPr>
        <w:t>The Labrador Club of Scotland championship show was judged by Anthony Allen, (Dogs), and Betty Graham from the USA. (Bitches). The Dog CC and BIS was a first for Linda Harvey Major and Ms A Allens yellow dog, rising two years of age, Brockburrow Cassanova in Linjor. (Sh Ch Linjor Valentino JW ShCM x Eneleon Amethyst. The Dog RCC went to Shaun Williamson's yellow, Sh Ch Harrop Happy Go Lucky to Sharouns JW Sh CM (Lakemeadow Look no Further than Sharouns x On the Horizon to Harrop).</w:t>
      </w:r>
    </w:p>
    <w:p>
      <w:r>
        <w:rPr>
          <w:b w:val="0"/>
          <w:i w:val="0"/>
        </w:rPr>
        <w:t>The Bitch CC was won by Sara Holliday and Robert Aulds yellow, Sh Ch Lindall Strawberry Cream with Farbrae (Rocheby Old Smokey x Lindall Russian Rhythm). Sadly, I have no detail of the Bitch RCC winner. Best Puppy in Show was Leigh Lesley's black bitch Steeleigh Hot Shot. (Brigglebank Bon Jovi x Steeleigh Truly Tempting).</w:t>
      </w:r>
    </w:p>
    <w:p>
      <w:r>
        <w:rPr>
          <w:b w:val="0"/>
          <w:i w:val="0"/>
        </w:rPr>
        <w:t>The following day saw many of the same exhibitors enthusiastically getting out of their cars at the other end of the UK, in Maidstone, Kent, having driven through the night, to attend the Kent, Surrey and Sussex Lab Club's unbenched championship show. A printer's error on the front of the schedule stating that the show was "benched", caught several of us out. Luckily there is excellent undercover shady parking adjacent to the hall and many thanks to Audrey Hallum, who kindly leant me a crate so I could juggle my four bitches between consecutive classes. The show ran smoothly under the careful watch of the committee and outside the sun shone cheerfully; from the exercise area we could even enjoy watching the luxury riverboats gliding past; everyone enjoying the first spring brightness of the year.</w:t>
      </w:r>
    </w:p>
    <w:p>
      <w:r>
        <w:rPr>
          <w:b w:val="0"/>
          <w:i w:val="0"/>
        </w:rPr>
        <w:t>The judges were David Coode (Dogs) and Penny Carpanini (Bitches). Here the winners were Dog CC and Best in Show, Lorraine Tooth's yellow, Sh Ch Ludalor Lunar Orbit JW. (Ch Amberstope Blue Moon x Ch Ludalor Lily.) The Dog RCC was won by the Allen family's yellow, Sh Ch Allenies Maverick JW ShCM (Allenies MacCallum JW x Allenies Graceful).</w:t>
      </w:r>
    </w:p>
    <w:p>
      <w:r>
        <w:rPr>
          <w:b w:val="0"/>
          <w:i w:val="0"/>
        </w:rPr>
        <w:t>The Bitch CC, her second, was won by Glenys Fryers black bitch, Halshimoor Hi Five to Fullwell (Sh Ch Wilsbury Wildfire at Halshimoor x Carpenny Wyela). Well done Glenys and to handler Mark Rawlinson.</w:t>
      </w:r>
    </w:p>
    <w:p>
      <w:r>
        <w:rPr>
          <w:b w:val="0"/>
          <w:i w:val="0"/>
        </w:rPr>
        <w:t>The Bitch RCC went to one of the youngsters at the show, Leigh Lesleys black 9 month puppy Steeleigh Hot to Handle, (Brigglebank Bon Jovi x Steeleigh Truly Tempting), who bounced her way through proceedings. She also won Best Puppy in Show, like her litter sister the previous day in Scotland.</w:t>
      </w:r>
    </w:p>
    <w:p>
      <w:r>
        <w:rPr>
          <w:b w:val="0"/>
          <w:i w:val="0"/>
        </w:rPr>
        <w:t>Leigh Lesley (Steeleigh) has to be congratulated. She is certainly flying high at the moment and has had great deal of success with her dogs including at both the Labrador Club of Scotland Championship show and at the Kent, Surrey and Sussex LRC championship show the following day. Leigh is now really flying high, as she is off to Japan to celebrate her sons wedding.</w:t>
      </w:r>
    </w:p>
    <w:p>
      <w:r>
        <w:rPr>
          <w:b w:val="0"/>
          <w:i w:val="0"/>
        </w:rPr>
        <w:t>This trip to Japan may be a first, for as Leigh does not speak Japanese and the bride has little English, for once Leigh could well be lost for words....there again, maybe not; always game for a challenge, Leigh will probably return home speaking fluent Japanese by the time she comes home.</w:t>
      </w:r>
    </w:p>
    <w:p>
      <w:r>
        <w:rPr>
          <w:b w:val="0"/>
          <w:i w:val="0"/>
        </w:rPr>
        <w:t>Leigh writes "I am writing to let you know about the rest of a fabulous weekend's showing, following on from my good day at the Lab Club of Scotland on the Saturday where I was BPIS with Steeleigh Hot Shot .Well, I got home about 8.30pm from Scotland &amp; was off again by 7am the next morning, to travel down to KSS LRC championship show at Maidstone, Kent.</w:t>
      </w:r>
    </w:p>
    <w:p>
      <w:r>
        <w:rPr>
          <w:b w:val="0"/>
          <w:i w:val="0"/>
        </w:rPr>
        <w:t>I had entered Star Performer, Hot to Handle (litter sister to the BPIS in Scotland) and my young yellow dog, Express Order.</w:t>
      </w:r>
    </w:p>
    <w:p>
      <w:r>
        <w:rPr>
          <w:b w:val="0"/>
          <w:i w:val="0"/>
        </w:rPr>
        <w:t>The day started well with Star Performer winning the veteran bitch class &amp; next in was the naughty puppy, Steeleigh Hot to Handle! I had feared that like the American judge the day before, Penny may not excuse her puppy exuberance, but thankfully she did &amp; she won the puppy bitch class, the RBCC &amp; was BPIS!! Not bad for a wayward 9 month old! I am so proud of both puppies as I think it could be a very long time before I win BPIS on consecutive days at breed club championship shows with litter sisters again!</w:t>
      </w:r>
    </w:p>
    <w:p>
      <w:r>
        <w:rPr>
          <w:b w:val="0"/>
          <w:i w:val="0"/>
        </w:rPr>
        <w:t>I am now putting all my attention to my daunting trip to Japan to attend my only son's wedding. I had thought I might get withdrawal symptoms as I will not be at a show for a good 3 weeks but the pups have given me such a good overdose of success that should see me through until the next show at the beginning of May!!" Leigh Lesley.</w:t>
      </w:r>
    </w:p>
    <w:p>
      <w:r>
        <w:rPr>
          <w:b w:val="0"/>
          <w:i w:val="0"/>
        </w:rPr>
        <w:t>Ann Britton</w:t>
      </w:r>
    </w:p>
    <w:p>
      <w:r>
        <w:rPr>
          <w:b w:val="0"/>
          <w:i w:val="0"/>
        </w:rPr>
        <w:t>01989 720665</w:t>
      </w:r>
    </w:p>
    <w:p>
      <w:r>
        <w:rPr>
          <w:b w:val="0"/>
          <w:i w:val="0"/>
        </w:rP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