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- 06/09/2013"</w:t>
      </w:r>
      <w:r>
        <w:br/>
      </w:r>
      <w:r>
        <w:rPr>
          <w:b w:val="0"/>
          <w:i w:val="0"/>
        </w:rPr>
        <w:br/>
        <w:t>date_original: "06/09/2013"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"2026-09-13T22:43:13"</w:t>
      </w:r>
      <w:r>
        <w:br/>
      </w:r>
      <w:r>
        <w:rPr>
          <w:b w:val="0"/>
          <w:i w:val="0"/>
        </w:rPr>
        <w:br/>
        <w:t>word_count: 1162</w:t>
      </w:r>
    </w:p>
    <w:p>
      <w:r>
        <w:t>――――――――――――――――――――――――――――――</w:t>
      </w:r>
    </w:p>
    <w:p>
      <w:r>
        <w:rPr>
          <w:b w:val="0"/>
          <w:i w:val="0"/>
        </w:rPr>
        <w:t>NEWS MEMBERS' AREA SHOP SUBSCRIBE UPCOMING SHOWS MORE</w:t>
      </w:r>
    </w:p>
    <w:p>
      <w:r>
        <w:rPr>
          <w:b w:val="0"/>
          <w:i w:val="0"/>
        </w:rPr>
        <w:t>RETRIEVER LABRADOR</w:t>
      </w:r>
    </w:p>
    <w:p>
      <w:r>
        <w:rPr>
          <w:b w:val="0"/>
          <w:i w:val="0"/>
        </w:rPr>
        <w:t>Issue: 06/09/2013</w:t>
      </w:r>
    </w:p>
    <w:p>
      <w:r>
        <w:rPr>
          <w:b w:val="0"/>
          <w:i w:val="0"/>
        </w:rPr>
        <w:t>The results of Scottish Kennel Club championship show under Mrs Sian Ellis were Dog CC Agnes May Pollocks black, Pollham Penny Royal winning his third CC on the day. Many congratulations.</w:t>
      </w:r>
    </w:p>
    <w:p>
      <w:r>
        <w:rPr>
          <w:b w:val="0"/>
          <w:i w:val="0"/>
        </w:rPr>
        <w:t>The Dog RCC winner was Yoland Shirtons yellow junior, Woolman Cadell. The Bitch CC and Best of Breed was won by the Dawsons yellow Sh Ch Beskerby Larksong and the Bitch RCC went to David Coodes black Warringah's Merriwagga JW. Best puppy was the Browns yellow Sarracenia Brighton</w:t>
      </w:r>
    </w:p>
    <w:p>
      <w:r>
        <w:rPr>
          <w:b w:val="0"/>
          <w:i w:val="0"/>
        </w:rPr>
        <w:t>Please note that entries for the forthcoming Labrador Club of Scotland Open Show on Sunday 19th October where Paul Collins is the judge, should be sent to the new Lab Club of Scotland Secretary, Mrs Agnes May Pollock, Polham, High Todhill, Fenwick, Ayrshire, KA3 6AR and not as printed on the schedule.</w:t>
      </w:r>
    </w:p>
    <w:p>
      <w:r>
        <w:rPr>
          <w:b w:val="0"/>
          <w:i w:val="0"/>
        </w:rPr>
        <w:t>A further reminder to book your places at East Anglian Labrador Club Advanced Judging Seminar on Sunday 22nd September 2013 starting at 9.30am at The Turner Hall, Church Lane, Newmarket, Suffolk CB8 0HL. For more details, contact the Secretary, Mrs J Cole, Stajantor, Station Farm, Manea, Cambs. PE15 0HQ</w:t>
      </w:r>
    </w:p>
    <w:p>
      <w:r>
        <w:rPr>
          <w:b w:val="0"/>
          <w:i w:val="0"/>
        </w:rPr>
        <w:t>Tel: 01354 680375. Email: janet.cole@virgin.net</w:t>
      </w:r>
    </w:p>
    <w:p>
      <w:r>
        <w:rPr>
          <w:b w:val="0"/>
          <w:i w:val="0"/>
        </w:rPr>
        <w:t>The Morning Session consists of an Advanced Breed Presentation by Mrs Rosemary Hewitt followed by an opportunity for students to go over the dogs with a Championship Show Judge.</w:t>
      </w:r>
    </w:p>
    <w:p>
      <w:r>
        <w:rPr>
          <w:b w:val="0"/>
          <w:i w:val="0"/>
        </w:rPr>
        <w:t>In the Afternoon Session the Students will undertake Breed Assessment.</w:t>
      </w:r>
    </w:p>
    <w:p>
      <w:r>
        <w:rPr>
          <w:b w:val="0"/>
          <w:i w:val="0"/>
        </w:rPr>
        <w:t>Successful candidates will receive a Pass Certificate.</w:t>
      </w:r>
    </w:p>
    <w:p>
      <w:r>
        <w:rPr>
          <w:b w:val="0"/>
          <w:i w:val="0"/>
        </w:rPr>
        <w:t>Observers will not participate in the afternoon session and their attendance is therefore optional.</w:t>
      </w:r>
    </w:p>
    <w:p>
      <w:r>
        <w:rPr>
          <w:b w:val="0"/>
          <w:i w:val="0"/>
        </w:rPr>
        <w:t>Note: Students must be on the Labrador Breed Council's B list or above, or be approved by the Kennel Club to award CCs in another breed.</w:t>
      </w:r>
    </w:p>
    <w:p>
      <w:r>
        <w:rPr>
          <w:b w:val="0"/>
          <w:i w:val="0"/>
        </w:rPr>
        <w:t>Observers of any level of experience welcome</w:t>
      </w:r>
    </w:p>
    <w:p>
      <w:r>
        <w:rPr>
          <w:b w:val="0"/>
          <w:i w:val="0"/>
        </w:rPr>
        <w:t>Students Â£40* / Observers Â£20 Cheques should be made payable to East Anglian Labrador Retriever Club. Price includes morning tea/coffee, lunch, and afternoon tea/coffee</w:t>
      </w:r>
    </w:p>
    <w:p>
      <w:r>
        <w:rPr>
          <w:b w:val="0"/>
          <w:i w:val="0"/>
        </w:rPr>
        <w:t>*Includes a copy of 'An Interpretation of the Extended Labrador Breed Standard' by Rosemary Hewitt. Additional copies will be available for purchase (Â£7.50) by observers</w:t>
      </w:r>
    </w:p>
    <w:p>
      <w:r>
        <w:rPr>
          <w:b w:val="0"/>
          <w:i w:val="0"/>
        </w:rPr>
        <w:t>The results from City of Birmingham championship show where David Nightingale had an entry of 191 dogs and bitches were Dog CC, his and his owner Lisa Finneys Carpenny Shaw a very exciting first such award for dog and owner. Well done Lisa. Dog RCC Diana Downey'syellow Tullochmohr Gibbs JW</w:t>
      </w:r>
    </w:p>
    <w:p>
      <w:r>
        <w:rPr>
          <w:b w:val="0"/>
          <w:i w:val="0"/>
        </w:rPr>
        <w:t>Bitch CC and Best of Breed Diana Downeys black Tullochmohr Aura JW, Bitch RCC Frank Gilroys chocolate Claychalk Costa Mille</w:t>
      </w:r>
    </w:p>
    <w:p>
      <w:r>
        <w:rPr>
          <w:b w:val="0"/>
          <w:i w:val="0"/>
        </w:rPr>
        <w:t>Best Puppy the Hodges chocolate bitch Naiken Alize,</w:t>
      </w:r>
    </w:p>
    <w:p>
      <w:r>
        <w:rPr>
          <w:b w:val="0"/>
          <w:i w:val="0"/>
        </w:rPr>
        <w:t>Lesley Park  (Kinchyle) writes: "I would like to thank all the exhibitors who entered under me at Leicester City Canine Society Open Show on Monday 26th August and also to apologise for being unable to fulfil the appointment due to my Father passing away a few days earlier.</w:t>
      </w:r>
    </w:p>
    <w:p>
      <w:r>
        <w:rPr>
          <w:b w:val="0"/>
          <w:i w:val="0"/>
        </w:rPr>
        <w:t>I had been really looking forward to this appointment and would like to thank everyone for such a nice entry". Our thoughts and commiserations are with you Lesley.</w:t>
      </w:r>
    </w:p>
    <w:p>
      <w:r>
        <w:rPr>
          <w:b w:val="0"/>
          <w:i w:val="0"/>
        </w:rPr>
        <w:t>Sue White (Lunapet) rang with a lovely tale to end this week's notes.</w:t>
      </w:r>
    </w:p>
    <w:p>
      <w:r>
        <w:rPr>
          <w:b w:val="0"/>
          <w:i w:val="0"/>
        </w:rPr>
        <w:t>She lives on a farm in the countryside. Her own farm is surrounded by more farmland with 600 acres of bracken covered common land beyond that, full of fox holes and rabbit warrens.</w:t>
      </w:r>
    </w:p>
    <w:p>
      <w:r>
        <w:rPr>
          <w:b w:val="0"/>
          <w:i w:val="0"/>
        </w:rPr>
        <w:t>One Thursday morning recently, her nearest neighbour discovered that someone had left her gate open and her two pet dogs were missing; one a Springer, the other, her trusty, adored 14year old Golden Retriever, Dude.</w:t>
      </w:r>
    </w:p>
    <w:p>
      <w:r>
        <w:rPr>
          <w:b w:val="0"/>
          <w:i w:val="0"/>
        </w:rPr>
        <w:t>The neighbour searched frantically, high and low, over hill and dale for both dogs; well into the night. She had all but given up; heartbroken, there was no sign of either of them.</w:t>
      </w:r>
    </w:p>
    <w:p>
      <w:r>
        <w:rPr>
          <w:b w:val="0"/>
          <w:i w:val="0"/>
        </w:rPr>
        <w:t>Then remarkably, on Friday morning, the Springer Spaniel re-appeared, in typical waggy Springer fashion, none the worse for wear!</w:t>
      </w:r>
    </w:p>
    <w:p>
      <w:r>
        <w:rPr>
          <w:b w:val="0"/>
          <w:i w:val="0"/>
        </w:rPr>
        <w:t>But where was Dude? Of the dear, fourteen year old, trusty Golden Retriever there was no sign.</w:t>
      </w:r>
    </w:p>
    <w:p>
      <w:r>
        <w:rPr>
          <w:b w:val="0"/>
          <w:i w:val="0"/>
        </w:rPr>
        <w:t>Now Sue, who regularly works her Lunapet Labradors, on hearing about the loss of Dude thought it might be helpful to use one of her Labradors, to try to locate the missing Golden Retriever.</w:t>
      </w:r>
    </w:p>
    <w:p>
      <w:r>
        <w:rPr>
          <w:b w:val="0"/>
          <w:i w:val="0"/>
        </w:rPr>
        <w:t>A long shot as the old dog had been gone for such a long time, but worth a try especially as Sues Labradors are regularly worked (and shown in the Gamekeepers classes at Crufts) and might be able to help in this desperate situation.</w:t>
      </w:r>
    </w:p>
    <w:p>
      <w:r>
        <w:rPr>
          <w:b w:val="0"/>
          <w:i w:val="0"/>
        </w:rPr>
        <w:t>Sue set off with John, (9 year old Lunapet Calypso) across the fields and common land, quartering the rugged ground, searching and searching, back and forth, on and on, through the tall thick bracken and round the fox holes and amongst the rabbit warrens. No sign of Dude at all.</w:t>
      </w:r>
    </w:p>
    <w:p>
      <w:r>
        <w:rPr>
          <w:b w:val="0"/>
          <w:i w:val="0"/>
        </w:rPr>
        <w:t>Then, wonderful news, Labrador, John, drew his humans to the sound of very faint pathetic whimpering, below the bracken covered ground.</w:t>
      </w:r>
    </w:p>
    <w:p>
      <w:r>
        <w:rPr>
          <w:b w:val="0"/>
          <w:i w:val="0"/>
        </w:rPr>
        <w:t>He had found the Golden Retriever!</w:t>
      </w:r>
    </w:p>
    <w:p>
      <w:r>
        <w:rPr>
          <w:b w:val="0"/>
          <w:i w:val="0"/>
        </w:rPr>
        <w:t>The exhausted Dude was stuck fast down a fox hole with only his head just visible. His body was below the surface.</w:t>
      </w:r>
    </w:p>
    <w:p>
      <w:r>
        <w:rPr>
          <w:b w:val="0"/>
          <w:i w:val="0"/>
        </w:rPr>
        <w:t>What a relief to find him, but how to get him out; his shoulders were wedged fast?</w:t>
      </w:r>
    </w:p>
    <w:p>
      <w:r>
        <w:rPr>
          <w:b w:val="0"/>
          <w:i w:val="0"/>
        </w:rPr>
        <w:t>Whilst Labrador, John, waited for his humans to go back to the farm and return with shovels to dig Dude out, he sat gently beside the old dogs head, licking his face all the time, as if to say,. "I'll keep you warm. Don't worry old Fella, we've found you. Its nearly over. They'll soon dig you out. Keep your spirits up just a while longer".</w:t>
      </w:r>
    </w:p>
    <w:p>
      <w:r>
        <w:rPr>
          <w:b w:val="0"/>
          <w:i w:val="0"/>
        </w:rPr>
        <w:t>The two dogs waited.</w:t>
      </w:r>
    </w:p>
    <w:p>
      <w:r>
        <w:rPr>
          <w:b w:val="0"/>
          <w:i w:val="0"/>
        </w:rPr>
        <w:t>As fast as they could, the rescuers returned and with shovels and ropes and with great efforts eventually managed to dig deep around the fox hole and free Dude from his bracken shrouded imprisonment.</w:t>
      </w:r>
    </w:p>
    <w:p>
      <w:r>
        <w:rPr>
          <w:b w:val="0"/>
          <w:i w:val="0"/>
        </w:rPr>
        <w:t>The old dog was exhausted; one and a half days stuck fast down a hole. They gently lifted him onto the farm quad-bike and quietly drove him back home to the farm. Would he make it? Only time would tell.</w:t>
      </w:r>
    </w:p>
    <w:p>
      <w:r>
        <w:rPr>
          <w:b w:val="0"/>
          <w:i w:val="0"/>
        </w:rPr>
        <w:t>For two days the old dog lay recovering from his gruesome ordeal, but now, in the way of all good dog tales, Sue is happy to report that, Dude is back on his fourteen year old feet, and enjoying the comfort of being safely back home once again.</w:t>
      </w:r>
    </w:p>
    <w:p>
      <w:r>
        <w:rPr>
          <w:b w:val="0"/>
          <w:i w:val="0"/>
        </w:rPr>
        <w:t>For John, (Lunarpet Calypso) much praise, admiration and gratefulness from all around. A search and rescue dog extraordinaire! Well done, and thank you Sue for sharing this hear-warming tale.</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