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Jul 2009"</w:t>
      </w:r>
      <w:r>
        <w:br/>
      </w:r>
      <w:r>
        <w:rPr>
          <w:b w:val="0"/>
          <w:i w:val="0"/>
        </w:rPr>
        <w:br/>
        <w:t>date_original: "31 Jul 2009"</w:t>
      </w:r>
      <w:r>
        <w:br/>
      </w:r>
      <w:r>
        <w:rPr>
          <w:b w:val="0"/>
          <w:i w:val="0"/>
        </w:rPr>
        <w:br/>
        <w:t>source_url: "https://www.ourdogs.co.uk/members/breednotes/2009/RetrieverLabrador/RetrieverLabrador-jul31.htm"</w:t>
      </w:r>
      <w:r>
        <w:br/>
      </w:r>
      <w:r>
        <w:rPr>
          <w:b w:val="0"/>
          <w:i w:val="0"/>
        </w:rPr>
        <w:br/>
        <w:t>archive_type: "static_html"</w:t>
      </w:r>
      <w:r>
        <w:br/>
      </w:r>
      <w:r>
        <w:rPr>
          <w:b w:val="0"/>
          <w:i w:val="0"/>
        </w:rPr>
        <w:br/>
        <w:t>scraped_at: "2026-09-13T22:02:38"</w:t>
      </w:r>
      <w:r>
        <w:br/>
      </w:r>
      <w:r>
        <w:rPr>
          <w:b w:val="0"/>
          <w:i w:val="0"/>
        </w:rPr>
        <w:br/>
        <w:t>word_count: 1080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My grateful thanks to our many friends who have been so kind and supportive day by day during the past five weeks whilst my husband George was in hospital. I am glad to report that he is at last back home and recovering extremely well; so much in fact, that he is mentioning how much he is looking forward to being able to return to the shows once more, to enjoy the company and chat with his pals once again around the ringside.</w:t>
      </w:r>
    </w:p>
    <w:p>
      <w:r>
        <w:rPr>
          <w:b w:val="0"/>
          <w:i w:val="0"/>
        </w:rPr>
        <w:t>In my doom and gloom during what was an awful time, entering dog shows was not at the top of my priority list and as I have missed most of the Championship Show entry closing dates, our initial visits to shows will probably be as spectators rather than exhibitors. A thirty years first!</w:t>
      </w:r>
      <w:r>
        <w:br/>
      </w:r>
      <w:r>
        <w:rPr>
          <w:b w:val="0"/>
          <w:i w:val="0"/>
        </w:rPr>
        <w:br/>
        <w:t>As I am busy on “nursing duties”, this week’s notes have to be a bit shorter than usual, but the following, which many will recognise, might amuse.</w:t>
      </w:r>
    </w:p>
    <w:p>
      <w:r>
        <w:rPr>
          <w:b w:val="0"/>
          <w:i w:val="0"/>
        </w:rPr>
        <w:t>“AAADD know the symptoms</w:t>
      </w:r>
      <w:r>
        <w:br/>
      </w:r>
      <w:r>
        <w:rPr>
          <w:b w:val="0"/>
          <w:i w:val="0"/>
        </w:rPr>
        <w:br/>
        <w:t>Age Activated Attention Deficit Disorder.</w:t>
      </w:r>
      <w:r>
        <w:br/>
      </w:r>
      <w:r>
        <w:rPr>
          <w:b w:val="0"/>
          <w:i w:val="0"/>
        </w:rPr>
        <w:br/>
        <w:t>This is how it manifests:</w:t>
      </w:r>
      <w:r>
        <w:br/>
      </w:r>
      <w:r>
        <w:rPr>
          <w:b w:val="0"/>
          <w:i w:val="0"/>
        </w:rPr>
        <w:br/>
        <w:t>I decide to water my garden.</w:t>
      </w:r>
      <w:r>
        <w:br/>
      </w:r>
      <w:r>
        <w:rPr>
          <w:b w:val="0"/>
          <w:i w:val="0"/>
        </w:rPr>
        <w:br/>
        <w:t>As I turn on the hose in the driveway,</w:t>
      </w:r>
      <w:r>
        <w:br/>
      </w:r>
      <w:r>
        <w:rPr>
          <w:b w:val="0"/>
          <w:i w:val="0"/>
        </w:rPr>
        <w:br/>
        <w:t>I look over at my car and decide it needs washing.</w:t>
      </w:r>
      <w:r>
        <w:br/>
      </w:r>
      <w:r>
        <w:rPr>
          <w:b w:val="0"/>
          <w:i w:val="0"/>
        </w:rPr>
        <w:br/>
        <w:t>As I start toward the garage,</w:t>
      </w:r>
      <w:r>
        <w:br/>
      </w:r>
      <w:r>
        <w:rPr>
          <w:b w:val="0"/>
          <w:i w:val="0"/>
        </w:rPr>
        <w:br/>
        <w:t>I notice mail on the porch table that</w:t>
      </w:r>
      <w:r>
        <w:br/>
      </w:r>
      <w:r>
        <w:rPr>
          <w:b w:val="0"/>
          <w:i w:val="0"/>
        </w:rPr>
        <w:br/>
        <w:t>I brought up from the post box earlier.</w:t>
      </w:r>
      <w:r>
        <w:br/>
      </w:r>
      <w:r>
        <w:rPr>
          <w:b w:val="0"/>
          <w:i w:val="0"/>
        </w:rPr>
        <w:br/>
        <w:t>I decide to go through the mail before I wash the car.</w:t>
      </w:r>
      <w:r>
        <w:br/>
      </w:r>
      <w:r>
        <w:rPr>
          <w:b w:val="0"/>
          <w:i w:val="0"/>
        </w:rPr>
        <w:br/>
        <w:t>I lay my car keys on the table,</w:t>
      </w:r>
      <w:r>
        <w:br/>
      </w:r>
      <w:r>
        <w:rPr>
          <w:b w:val="0"/>
          <w:i w:val="0"/>
        </w:rPr>
        <w:br/>
        <w:t>put the junk mail in the waste bin under the table,</w:t>
      </w:r>
      <w:r>
        <w:br/>
      </w:r>
      <w:r>
        <w:rPr>
          <w:b w:val="0"/>
          <w:i w:val="0"/>
        </w:rPr>
        <w:br/>
        <w:t>and notice that the bin is full.</w:t>
      </w:r>
      <w:r>
        <w:br/>
      </w:r>
      <w:r>
        <w:rPr>
          <w:b w:val="0"/>
          <w:i w:val="0"/>
        </w:rPr>
        <w:br/>
        <w:t>So, I decide to put the bills</w:t>
      </w:r>
      <w:r>
        <w:br/>
      </w:r>
      <w:r>
        <w:rPr>
          <w:b w:val="0"/>
          <w:i w:val="0"/>
        </w:rPr>
        <w:br/>
        <w:t>back on the table and take out the rubbish first.</w:t>
      </w:r>
      <w:r>
        <w:br/>
      </w:r>
      <w:r>
        <w:rPr>
          <w:b w:val="0"/>
          <w:i w:val="0"/>
        </w:rPr>
        <w:br/>
        <w:t>But then I think,</w:t>
      </w:r>
      <w:r>
        <w:br/>
      </w:r>
      <w:r>
        <w:rPr>
          <w:b w:val="0"/>
          <w:i w:val="0"/>
        </w:rPr>
        <w:br/>
        <w:t>since I'm going to be near the postbox</w:t>
      </w:r>
      <w:r>
        <w:br/>
      </w:r>
      <w:r>
        <w:rPr>
          <w:b w:val="0"/>
          <w:i w:val="0"/>
        </w:rPr>
        <w:br/>
        <w:t>when I take out the rubbish anyway,</w:t>
      </w:r>
      <w:r>
        <w:br/>
      </w:r>
      <w:r>
        <w:rPr>
          <w:b w:val="0"/>
          <w:i w:val="0"/>
        </w:rPr>
        <w:br/>
        <w:t>I may as well pay the bills first.</w:t>
      </w:r>
      <w:r>
        <w:br/>
      </w:r>
      <w:r>
        <w:rPr>
          <w:b w:val="0"/>
          <w:i w:val="0"/>
        </w:rPr>
        <w:br/>
        <w:t>I take my cheque book off the table,</w:t>
      </w:r>
      <w:r>
        <w:br/>
      </w:r>
      <w:r>
        <w:rPr>
          <w:b w:val="0"/>
          <w:i w:val="0"/>
        </w:rPr>
        <w:br/>
        <w:t>and see that there is only one cheque left..</w:t>
      </w:r>
      <w:r>
        <w:br/>
      </w:r>
      <w:r>
        <w:rPr>
          <w:b w:val="0"/>
          <w:i w:val="0"/>
        </w:rPr>
        <w:br/>
        <w:t>My extra cheques are in my desk in the study,</w:t>
      </w:r>
      <w:r>
        <w:br/>
      </w:r>
      <w:r>
        <w:rPr>
          <w:b w:val="0"/>
          <w:i w:val="0"/>
        </w:rPr>
        <w:br/>
        <w:t>so I go inside the house to my desk where</w:t>
      </w:r>
      <w:r>
        <w:br/>
      </w:r>
      <w:r>
        <w:rPr>
          <w:b w:val="0"/>
          <w:i w:val="0"/>
        </w:rPr>
        <w:br/>
        <w:t>I find the</w:t>
      </w:r>
      <w:r>
        <w:br/>
      </w:r>
      <w:r>
        <w:rPr>
          <w:b w:val="0"/>
          <w:i w:val="0"/>
        </w:rPr>
        <w:br/>
        <w:t>can of Pepsi I'd been drinking.</w:t>
      </w:r>
      <w:r>
        <w:br/>
      </w:r>
      <w:r>
        <w:rPr>
          <w:b w:val="0"/>
          <w:i w:val="0"/>
        </w:rPr>
        <w:br/>
        <w:t>I'm going to look for my cheques,</w:t>
      </w:r>
      <w:r>
        <w:br/>
      </w:r>
      <w:r>
        <w:rPr>
          <w:b w:val="0"/>
          <w:i w:val="0"/>
        </w:rPr>
        <w:br/>
        <w:t>but first I need to push the Pepsi aside</w:t>
      </w:r>
      <w:r>
        <w:br/>
      </w:r>
      <w:r>
        <w:rPr>
          <w:b w:val="0"/>
          <w:i w:val="0"/>
        </w:rPr>
        <w:br/>
        <w:t>so that I don't accidentally knock it over.</w:t>
      </w:r>
      <w:r>
        <w:br/>
      </w:r>
      <w:r>
        <w:rPr>
          <w:b w:val="0"/>
          <w:i w:val="0"/>
        </w:rPr>
        <w:br/>
        <w:t>The Pepsi is getting warm,</w:t>
      </w:r>
      <w:r>
        <w:br/>
      </w:r>
      <w:r>
        <w:rPr>
          <w:b w:val="0"/>
          <w:i w:val="0"/>
        </w:rPr>
        <w:br/>
        <w:t>and I decide to put it in the fridge to keep it cold.</w:t>
      </w:r>
      <w:r>
        <w:br/>
      </w:r>
      <w:r>
        <w:rPr>
          <w:b w:val="0"/>
          <w:i w:val="0"/>
        </w:rPr>
        <w:br/>
        <w:t>As I head toward the kitchen with the Pepsi,</w:t>
      </w:r>
      <w:r>
        <w:br/>
      </w:r>
      <w:r>
        <w:rPr>
          <w:b w:val="0"/>
          <w:i w:val="0"/>
        </w:rPr>
        <w:br/>
        <w:t>a vase of flowers on the worktop</w:t>
      </w:r>
      <w:r>
        <w:br/>
      </w:r>
      <w:r>
        <w:rPr>
          <w:b w:val="0"/>
          <w:i w:val="0"/>
        </w:rPr>
        <w:br/>
        <w:t>catches my eye--they need water.</w:t>
      </w:r>
      <w:r>
        <w:br/>
      </w:r>
      <w:r>
        <w:rPr>
          <w:b w:val="0"/>
          <w:i w:val="0"/>
        </w:rPr>
        <w:br/>
        <w:t>I put the Pepsi on the worktop and</w:t>
      </w:r>
      <w:r>
        <w:br/>
      </w:r>
      <w:r>
        <w:rPr>
          <w:b w:val="0"/>
          <w:i w:val="0"/>
        </w:rPr>
        <w:br/>
        <w:t>discover my reading glasses that</w:t>
      </w:r>
      <w:r>
        <w:br/>
      </w:r>
      <w:r>
        <w:rPr>
          <w:b w:val="0"/>
          <w:i w:val="0"/>
        </w:rPr>
        <w:br/>
        <w:t>I've been searching for all morning.</w:t>
      </w:r>
      <w:r>
        <w:br/>
      </w:r>
      <w:r>
        <w:rPr>
          <w:b w:val="0"/>
          <w:i w:val="0"/>
        </w:rPr>
        <w:br/>
        <w:t>I decide I better put them back on my desk,</w:t>
      </w:r>
      <w:r>
        <w:br/>
      </w:r>
      <w:r>
        <w:rPr>
          <w:b w:val="0"/>
          <w:i w:val="0"/>
        </w:rPr>
        <w:br/>
        <w:t>but first I'm going to water the flowers.</w:t>
      </w:r>
      <w:r>
        <w:br/>
      </w:r>
      <w:r>
        <w:rPr>
          <w:b w:val="0"/>
          <w:i w:val="0"/>
        </w:rPr>
        <w:br/>
        <w:t>I set the glasses back down on the worktop,</w:t>
      </w:r>
      <w:r>
        <w:br/>
      </w:r>
      <w:r>
        <w:rPr>
          <w:b w:val="0"/>
          <w:i w:val="0"/>
        </w:rPr>
        <w:br/>
        <w:t>fill a container with water and suddenly spot the TV remote.</w:t>
      </w:r>
      <w:r>
        <w:br/>
      </w:r>
      <w:r>
        <w:rPr>
          <w:b w:val="0"/>
          <w:i w:val="0"/>
        </w:rPr>
        <w:br/>
        <w:t>Someone left it on the kitchen table.</w:t>
      </w:r>
      <w:r>
        <w:br/>
      </w:r>
      <w:r>
        <w:rPr>
          <w:b w:val="0"/>
          <w:i w:val="0"/>
        </w:rPr>
        <w:br/>
        <w:t>I realise that tonight when we go to watch TV,</w:t>
      </w:r>
      <w:r>
        <w:br/>
      </w:r>
      <w:r>
        <w:rPr>
          <w:b w:val="0"/>
          <w:i w:val="0"/>
        </w:rPr>
        <w:br/>
        <w:t>I'll be looking for</w:t>
      </w:r>
      <w:r>
        <w:br/>
      </w:r>
      <w:r>
        <w:rPr>
          <w:b w:val="0"/>
          <w:i w:val="0"/>
        </w:rPr>
        <w:br/>
        <w:t>the remote,</w:t>
      </w:r>
      <w:r>
        <w:br/>
      </w:r>
      <w:r>
        <w:rPr>
          <w:b w:val="0"/>
          <w:i w:val="0"/>
        </w:rPr>
        <w:br/>
        <w:t>but I won't remember that it's on the kitchen table,</w:t>
      </w:r>
      <w:r>
        <w:br/>
      </w:r>
      <w:r>
        <w:rPr>
          <w:b w:val="0"/>
          <w:i w:val="0"/>
        </w:rPr>
        <w:br/>
        <w:t>so I decide to put it back in the den where it belongs,</w:t>
      </w:r>
      <w:r>
        <w:br/>
      </w:r>
      <w:r>
        <w:rPr>
          <w:b w:val="0"/>
          <w:i w:val="0"/>
        </w:rPr>
        <w:br/>
        <w:t>but first I'll water the flowers.</w:t>
      </w:r>
      <w:r>
        <w:br/>
      </w:r>
      <w:r>
        <w:rPr>
          <w:b w:val="0"/>
          <w:i w:val="0"/>
        </w:rPr>
        <w:br/>
        <w:t>I pour some water in the flowers,</w:t>
      </w:r>
      <w:r>
        <w:br/>
      </w:r>
      <w:r>
        <w:rPr>
          <w:b w:val="0"/>
          <w:i w:val="0"/>
        </w:rPr>
        <w:br/>
        <w:t>but quite a bit of it spills on the floor.</w:t>
      </w:r>
      <w:r>
        <w:br/>
      </w:r>
      <w:r>
        <w:rPr>
          <w:b w:val="0"/>
          <w:i w:val="0"/>
        </w:rPr>
        <w:br/>
        <w:t>So, I set the remote back on the table,</w:t>
      </w:r>
      <w:r>
        <w:br/>
      </w:r>
      <w:r>
        <w:rPr>
          <w:b w:val="0"/>
          <w:i w:val="0"/>
        </w:rPr>
        <w:br/>
        <w:t>get some towels and wipe up the spill.</w:t>
      </w:r>
      <w:r>
        <w:br/>
      </w:r>
      <w:r>
        <w:rPr>
          <w:b w:val="0"/>
          <w:i w:val="0"/>
        </w:rPr>
        <w:br/>
        <w:t>Then, I head down the hall trying to</w:t>
      </w:r>
      <w:r>
        <w:br/>
      </w:r>
      <w:r>
        <w:rPr>
          <w:b w:val="0"/>
          <w:i w:val="0"/>
        </w:rPr>
        <w:br/>
        <w:t>remember what I was planning to do.</w:t>
      </w:r>
      <w:r>
        <w:br/>
      </w:r>
      <w:r>
        <w:rPr>
          <w:b w:val="0"/>
          <w:i w:val="0"/>
        </w:rPr>
        <w:br/>
        <w:t>At the end of the day:</w:t>
      </w:r>
      <w:r>
        <w:br/>
      </w:r>
      <w:r>
        <w:rPr>
          <w:b w:val="0"/>
          <w:i w:val="0"/>
        </w:rPr>
        <w:br/>
        <w:t>the car isn't washed</w:t>
      </w:r>
      <w:r>
        <w:br/>
      </w:r>
      <w:r>
        <w:rPr>
          <w:b w:val="0"/>
          <w:i w:val="0"/>
        </w:rPr>
        <w:br/>
        <w:t>the bills aren't paid</w:t>
      </w:r>
      <w:r>
        <w:br/>
      </w:r>
      <w:r>
        <w:rPr>
          <w:b w:val="0"/>
          <w:i w:val="0"/>
        </w:rPr>
        <w:br/>
        <w:t>there is a warm can of</w:t>
      </w:r>
      <w:r>
        <w:br/>
      </w:r>
      <w:r>
        <w:rPr>
          <w:b w:val="0"/>
          <w:i w:val="0"/>
        </w:rPr>
        <w:br/>
        <w:t>Pepsi sitting on theworktop</w:t>
      </w:r>
      <w:r>
        <w:br/>
      </w:r>
      <w:r>
        <w:rPr>
          <w:b w:val="0"/>
          <w:i w:val="0"/>
        </w:rPr>
        <w:br/>
        <w:t>the flowers don't have enough water,</w:t>
      </w:r>
      <w:r>
        <w:br/>
      </w:r>
      <w:r>
        <w:rPr>
          <w:b w:val="0"/>
          <w:i w:val="0"/>
        </w:rPr>
        <w:br/>
        <w:t>there is still only 1 cheque in my cheque book,</w:t>
      </w:r>
      <w:r>
        <w:br/>
      </w:r>
      <w:r>
        <w:rPr>
          <w:b w:val="0"/>
          <w:i w:val="0"/>
        </w:rPr>
        <w:br/>
        <w:t>I can't find the remote,</w:t>
      </w:r>
      <w:r>
        <w:br/>
      </w:r>
      <w:r>
        <w:rPr>
          <w:b w:val="0"/>
          <w:i w:val="0"/>
        </w:rPr>
        <w:br/>
        <w:t>I can't find my glasses,</w:t>
      </w:r>
      <w:r>
        <w:br/>
      </w:r>
      <w:r>
        <w:rPr>
          <w:b w:val="0"/>
          <w:i w:val="0"/>
        </w:rPr>
        <w:br/>
        <w:t>and I don't remember what I did with the car keys.</w:t>
      </w:r>
      <w:r>
        <w:br/>
      </w:r>
      <w:r>
        <w:rPr>
          <w:b w:val="0"/>
          <w:i w:val="0"/>
        </w:rPr>
        <w:br/>
        <w:t>Then, when I try to figure out why nothing got done today,</w:t>
      </w:r>
      <w:r>
        <w:br/>
      </w:r>
      <w:r>
        <w:rPr>
          <w:b w:val="0"/>
          <w:i w:val="0"/>
        </w:rPr>
        <w:br/>
        <w:t>I'm really baffled because I know I was busy all damn day,</w:t>
      </w:r>
      <w:r>
        <w:br/>
      </w:r>
      <w:r>
        <w:rPr>
          <w:b w:val="0"/>
          <w:i w:val="0"/>
        </w:rPr>
        <w:br/>
        <w:t>and I'm really tired.</w:t>
      </w:r>
      <w:r>
        <w:br/>
      </w:r>
      <w:r>
        <w:rPr>
          <w:b w:val="0"/>
          <w:i w:val="0"/>
        </w:rPr>
        <w:br/>
        <w:t>I realise this is a serious problem,</w:t>
      </w:r>
      <w:r>
        <w:br/>
      </w:r>
      <w:r>
        <w:rPr>
          <w:b w:val="0"/>
          <w:i w:val="0"/>
        </w:rPr>
        <w:br/>
        <w:t>and I'll try to get some help for it,</w:t>
      </w:r>
      <w:r>
        <w:br/>
      </w:r>
      <w:r>
        <w:rPr>
          <w:b w:val="0"/>
          <w:i w:val="0"/>
        </w:rPr>
        <w:br/>
        <w:t>but first I'll check my e-mail....</w:t>
      </w:r>
      <w:r>
        <w:br/>
      </w:r>
      <w:r>
        <w:rPr>
          <w:b w:val="0"/>
          <w:i w:val="0"/>
        </w:rPr>
        <w:br/>
        <w:t>Don't laugh -- if this isn't you yet, your day is coming!!”</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