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- 28/11/2025 - ISSUE"</w:t>
      </w:r>
      <w:r>
        <w:br/>
      </w:r>
      <w:r>
        <w:rPr>
          <w:b w:val="0"/>
          <w:i w:val="0"/>
        </w:rPr>
        <w:br/>
        <w:t>date_original: "28/11/2025 - ISSUE"</w:t>
      </w:r>
      <w:r>
        <w:br/>
      </w:r>
      <w:r>
        <w:rPr>
          <w:b w:val="0"/>
          <w:i w:val="0"/>
        </w:rPr>
        <w:br/>
        <w:t>source_url: "https://www.ourdogs.co.uk/members/breednotes/RetrieverLabradorMain.php"</w:t>
      </w:r>
      <w:r>
        <w:br/>
      </w:r>
      <w:r>
        <w:rPr>
          <w:b w:val="0"/>
          <w:i w:val="0"/>
        </w:rPr>
        <w:br/>
        <w:t>scraped_at: "2026-09-13T15:04:48"</w:t>
      </w:r>
      <w:r>
        <w:br/>
      </w:r>
      <w:r>
        <w:rPr>
          <w:b w:val="0"/>
          <w:i w:val="0"/>
        </w:rPr>
        <w:br/>
        <w:t>word_count: 712</w:t>
      </w:r>
    </w:p>
    <w:p>
      <w:r>
        <w:t>――――――――――――――――――――――――――――――</w:t>
      </w:r>
    </w:p>
    <w:p>
      <w:r>
        <w:rPr>
          <w:b w:val="0"/>
          <w:i w:val="0"/>
        </w:rPr>
        <w:t>NEWS MEMBERS' AREA SHOP SUBSCRIBE UPCOMING SHOWS MORE</w:t>
      </w:r>
    </w:p>
    <w:p>
      <w:r>
        <w:rPr>
          <w:b w:val="0"/>
          <w:i w:val="0"/>
        </w:rPr>
        <w:t>RETRIEVER LABRADOR</w:t>
      </w:r>
    </w:p>
    <w:p>
      <w:r>
        <w:rPr>
          <w:b w:val="0"/>
          <w:i w:val="0"/>
        </w:rPr>
        <w:t>Issue: 28/11/2025</w:t>
      </w:r>
    </w:p>
    <w:p>
      <w:r>
        <w:rPr>
          <w:b w:val="0"/>
          <w:i w:val="0"/>
        </w:rPr>
        <w:t xml:space="preserve">Margaret Barker writes: â€˜The Labrador Retriever Club of Wales held its autumn show on Saturday November 8th in Caerphilly. The judge, from Ireland, was Niamh Callaghan (Bannabeach), attracted 71 exhibits producing 79 class entries. BIS was was the Millsâ€™ Limit Bitch winner, Jaybec Winter Wispa JW, (Sh Ch Rocheby Hornblower x Trendlewood Day Dreaming. On an excellent day for the Jaybec kennel, their BIS winners daughter, Jaybec Winter Yule, (Devonshire Yellowstone At Mariank x Jaybec Winter Wispa), took BPIS. RBIS went to Iris Evans Limit Dog winner, Trendlewood Long Time Comin At Pudleigh JW, (Sh Ch Trendlewood Born To Run x Trendlewood Shape Of You. BV was Lynn Minchellaâ€™s 9 and a half year old bitch, Abbeystead Hope,( Sh Ch Rocheby Hornblower x Haslorehill Encore. At the other end of the age scale, BBP went to Linda Harvey-Majors dog puppy, Linjor Tylerâ€™s Choice, (Sh Ch Berlan Get Up And Go At Sandylands x Sh Ch Hit Of Hit Choice For Vita Solaire In Linjor. Full results are available at www.labclubofwales.co.uk.â€™ </w:t>
      </w:r>
    </w:p>
    <w:p>
      <w:r>
        <w:rPr>
          <w:b w:val="0"/>
          <w:i w:val="0"/>
        </w:rPr>
        <w:t xml:space="preserve">David Wilmshurst sends sad news that he has lost his Flatcoat Zac, (Kulawand Intuition At Mandamay), at the grand age for a Flatcoat of 11 and a half years. Zac was well known to many of you, and as well a being a winner in the show ring, he was the holder of a SGWC, and was an excellent game finder both on land and in the water. David and his labs will miss him. My sincerest condolences David. No matter how many dogs we have in our livesâ€¦.the loss never gets any easier does it. </w:t>
      </w:r>
    </w:p>
    <w:p>
      <w:r>
        <w:rPr>
          <w:b w:val="0"/>
          <w:i w:val="0"/>
        </w:rPr>
        <w:t xml:space="preserve">A photo popped up in my memories recently of Elaine Youngâ€™s granddaughter, Evie Parkes, handling a Labrador not much smaller than Evie herself. Evie, along with her mother, Emma, has now become a fixture in the show ring. Evie has joined a band of child handlers, such as Becci Hodge, Lucy Rawlinson and Ed Casey, who have all grown into confident and articulate young adults. Joining their ranks now, is David and Tracy Falshaws young niece, Leilani Fletcher-Elliot, who handles David and Tracyâ€™s dogs with a skill far beyond her 12 years. There is no doubt in my mind that all these young people have benefited from their hobby. They have become used to interacting with a wide age range. And because they share an interest with this varied demographic, they are comfortable having intelligent and confident conversations with people from all backgrounds and age groups. They have also learned to accept both defeat and victory with equal grace. </w:t>
      </w:r>
    </w:p>
    <w:p>
      <w:r>
        <w:rPr>
          <w:b w:val="0"/>
          <w:i w:val="0"/>
        </w:rPr>
        <w:t xml:space="preserve">Itâ€™s heartwarming to see how these young people interact with their dogs. They learn to form a bond that is based on body language, and not on the spoken word. They are without exception polite, well-rounded individuals who are a delight to converse with. What a difference to those young people whose only interaction is with their peer group. The ones who can only speak a language that they and their group understand. The ones who roll their eyes dramatically if anyone over the age of 19 even dares to try and speak to them. Becci, Lucy and Ed are of course, quite grown-up now. And all are Championship Show judges. Evie is just beginning her judging journey, but Iâ€™m sure it wonâ€™t be long before we see her in the middle of the ring. And hopefully, Leilani will, in a few years, start the journey. We NEED these young people coming into our breed. We NEED our future judges. And we need to give them all the help and encouragement that we can muster. </w:t>
      </w:r>
    </w:p>
    <w:p>
      <w:r>
        <w:rPr>
          <w:b w:val="0"/>
          <w:i w:val="0"/>
        </w:rPr>
        <w:t xml:space="preserve">Elaine Grummitt </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