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Oct 2009"</w:t>
      </w:r>
      <w:r>
        <w:br/>
      </w:r>
      <w:r>
        <w:rPr>
          <w:b w:val="0"/>
          <w:i w:val="0"/>
        </w:rPr>
        <w:br/>
        <w:t>date_original: "9 Oct 2009"</w:t>
      </w:r>
      <w:r>
        <w:br/>
      </w:r>
      <w:r>
        <w:rPr>
          <w:b w:val="0"/>
          <w:i w:val="0"/>
        </w:rPr>
        <w:br/>
        <w:t>source_url: "https://www.ourdogs.co.uk/members/breednotes/2009/RetrieverLabrador/RetrieverLabrador-oct9.htm"</w:t>
      </w:r>
      <w:r>
        <w:br/>
      </w:r>
      <w:r>
        <w:rPr>
          <w:b w:val="0"/>
          <w:i w:val="0"/>
        </w:rPr>
        <w:br/>
        <w:t>archive_type: "static_html"</w:t>
      </w:r>
      <w:r>
        <w:br/>
      </w:r>
      <w:r>
        <w:rPr>
          <w:b w:val="0"/>
          <w:i w:val="0"/>
        </w:rPr>
        <w:br/>
        <w:t>scraped_at: "2026-09-13T22:03:42"</w:t>
      </w:r>
      <w:r>
        <w:br/>
      </w:r>
      <w:r>
        <w:rPr>
          <w:b w:val="0"/>
          <w:i w:val="0"/>
        </w:rPr>
        <w:br/>
        <w:t>word_count: 1031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shows are coming fast and furiously. The nights are drawing in now and are sorting out those exhibitors who prefer not to drive long, homebound journeys in the dark from distant shows, from those who seem to have boundless energy and infra-red eyesight.</w:t>
      </w:r>
    </w:p>
    <w:p>
      <w:r>
        <w:rPr>
          <w:b w:val="0"/>
          <w:i w:val="0"/>
        </w:rPr>
        <w:t>The week commenced with Belfast Championship Show, followed the next day by Three Ridings Open show; three days after that the Yellow Lab Championship show was held midweek; Driffield followed two days later on a Friday, followed by Northumberland and Durham Lab Club Championship show the very next day, Saturday. Five days later South Wales Kennel Association championship show was held at Builth Wells. North West Lab Clubs championship show will then be held three days on 11th October. There should be some pretty well travelled dogs and pretty tired exhibitors after all that lot!</w:t>
      </w:r>
    </w:p>
    <w:p>
      <w:r>
        <w:rPr>
          <w:b w:val="0"/>
          <w:i w:val="0"/>
        </w:rPr>
        <w:t>Belfast saw great success for Anthony Allen and his parents yellow dog, Sh Ch Allenies Maverick JW ShCM (Allenies MacCallum x Allenies Graceful) who won the Gundog Group; the first Labrador Group 1 win for quite a long time. Very well done! The breed judge at Belfast was Mr C Atkinson. His winners were Dog CC and BOB Sh Ch Allenies Maverick JW ShCM; Dog RCC Balshaw and Rawlinsons yellow, Shannorrell Ticket to Ride to Halshimoor.(Sh Ch Ramsayville Route Sixty Six x Halshimoor Dizzy Heights at Shannorrell). The Bitch CC was won by Mr and Mrs O’Donaghues yellow Sh Ch Ir ShCh Philipstown Sally Ann (Rocheby Sporting Chance in Philipstown x IrShCh Philipstown Dancer) whilst the Bitch RCC went to Angela Williams and David Craig’s black NZ.Ger Ch Foulby Kiwi.(Croftsway First Knight x Foulby Paper Lace) Best Puppy was David Coodes yellow Warringah’s Gundaroo(Ch Ludalor Lunar Orbit x Ch Warringah’s Bunya).</w:t>
      </w:r>
    </w:p>
    <w:p>
      <w:r>
        <w:rPr>
          <w:b w:val="0"/>
          <w:i w:val="0"/>
        </w:rPr>
        <w:t>Best in Show at Three Ridings LRC Open show was Leigh Lesleys active black bitch Steeleigh Hot To Handle JW, who completely surprised her owner/handler Leigh, by for once, behaving herself well. Leigh is now trying to recall what she did differently to make Hot to Handle behave so well in the ring and hopes she can remember and hopefully reproduce the calming effect at the next show! Judith Charltons yellow bitch, Foxrush Scarlet O’Hara was Best Puppy in Show and also Reserve Best Bitch. Wendy Southwells, black dog Brigburn Farm Trader at Driffwold was Best Dog and Mrs Batty's yellow, Steeleigh Truly Willing at Bradwill was Reserve Best Dog .</w:t>
      </w:r>
      <w:r>
        <w:br/>
      </w:r>
      <w:r>
        <w:rPr>
          <w:b w:val="0"/>
          <w:i w:val="0"/>
        </w:rPr>
        <w:br/>
        <w:t>The Yellow Labrador Club held their championship show, open to all colours, at the Kennel Club Building, Stoneleigh. This is a superb, centrally located, well lit venue with adjacent parking. Hopefully other breed clubs might consider using its facilities in future, although I am told the cost is on the high side. The judges were Gary Johnson (Dogs) and Linda McGillivray (Bitches) There was an entry of 274, lower than usual, due I am sure to the proximity of so many other shows involving so much travelling in the same week. There were two wonderfully large rings and the show was fully benched which was much appreciated. The Dog CC was won by the Hodge family’s chocolate, Sh Ch Naiken Way out West, whilst the Dog RCC went to Anthony Allens yellow, Belfast group winner, Sh Ch Allenies Maverick JWShCM. The Bitch CC winner was a repeat of her Belfast win, Mr and Mrs O’Donaghue’s Sh Ch Philipstown Sally Ann whilst the Bitch RCC was a second such award for the yellow puppy of the Mills Lembas Mama Mia (Lembas Top Ranking JW x Carpenny Wonder with Lembas), who later beat her brother, Lembas Super Trouper for Best Puppy in Show.</w:t>
      </w:r>
    </w:p>
    <w:p>
      <w:r>
        <w:rPr>
          <w:b w:val="0"/>
          <w:i w:val="0"/>
        </w:rPr>
        <w:t>During the show we heard of two separate tragedies. We send our heartfelt condolences to Angela Williams and her husband who I understand have lost a daughter, and also to Kate Smith whose son was run down and killed on a Pelican crossing. Our thoughts and prayers are with both families at this dreadfully sad time.</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