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- 28 May 2010"</w:t>
      </w:r>
      <w:r>
        <w:br/>
      </w:r>
      <w:r>
        <w:rPr>
          <w:b w:val="0"/>
          <w:i w:val="0"/>
        </w:rPr>
        <w:br/>
        <w:t>date_original: "28 May 2010"</w:t>
      </w:r>
      <w:r>
        <w:br/>
      </w:r>
      <w:r>
        <w:rPr>
          <w:b w:val="0"/>
          <w:i w:val="0"/>
        </w:rPr>
        <w:br/>
        <w:t>source_url: "https://www.ourdogs.co.uk/members/breednotes/2010/RetrieverLabrador/RetrieverLabrador-may28.htm"</w:t>
      </w:r>
      <w:r>
        <w:br/>
      </w:r>
      <w:r>
        <w:rPr>
          <w:b w:val="0"/>
          <w:i w:val="0"/>
        </w:rPr>
        <w:br/>
        <w:t>archive_type: "static_html"</w:t>
      </w:r>
      <w:r>
        <w:br/>
      </w:r>
      <w:r>
        <w:rPr>
          <w:b w:val="0"/>
          <w:i w:val="0"/>
        </w:rPr>
        <w:br/>
        <w:t>scraped_at: "2026-09-13T22:00:45"</w:t>
      </w:r>
      <w:r>
        <w:br/>
      </w:r>
      <w:r>
        <w:rPr>
          <w:b w:val="0"/>
          <w:i w:val="0"/>
        </w:rPr>
        <w:br/>
        <w:t>word_count: 940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Well done to Maureen Rees whose yellow dog Carpenny Miles Ahead with Eremos won BOB under Denis Rockall, (Lesnee), at Mid Herts Gundog Club Open show and then went BIS 4 under Valerie Foss.</w:t>
      </w:r>
    </w:p>
    <w:p>
      <w:r>
        <w:rPr>
          <w:b w:val="0"/>
          <w:i w:val="0"/>
        </w:rPr>
        <w:t>I see from the Our Dogs show reports that Andy and Jo Metcalfe have also been flying the Labrador flag at top level too. Their yellow dog Bilbo Baggins at Baileydale won Best in Show at Dover and Deal CS Open show on 2nd May having won Best of Breed under Sue Ross. Well done.</w:t>
      </w:r>
    </w:p>
    <w:p>
      <w:r>
        <w:rPr>
          <w:b w:val="0"/>
          <w:i w:val="0"/>
        </w:rPr>
        <w:t>On returning home from my five-day stint at the National, I was extremely sorry to hear the sad news that Labrador exhibitor, Di Miles (Milabel) had suffered another stroke and was once again in hospital. Since then, I now understand that this particular stroke proved fatal and she passed away on Friday 14th May 2010.</w:t>
      </w:r>
    </w:p>
    <w:p>
      <w:r>
        <w:rPr>
          <w:b w:val="0"/>
          <w:i w:val="0"/>
        </w:rPr>
        <w:t>Di was such a fun person to be with; liked by all who came into contact with her. In her mid fifties, she thoroughly enjoyed her Labradors and had two good chocolate bitches and I believe a black bitch too. She suffered her first stroke about three years ago, but following a long spell in hospital, with grit and determination she made it back to the dog shows and I think enjoyed every minute of her time.</w:t>
      </w:r>
    </w:p>
    <w:p>
      <w:r>
        <w:rPr>
          <w:b w:val="0"/>
          <w:i w:val="0"/>
        </w:rPr>
        <w:t>She walked with a stick occasionally, not as she told me because she necessarily needed it, but to encourage other dog show exhibitors not to bump into her. She used to laugh at the slight trouble she had searching for the correct word, a symptom remaining after the stroke, but didn’t let it deter her. Latterly, she and my husband who had also suffered a stroke would sit ringside chatting about their methods of muddling through each day without too much calamity. I understand Di’s dogs are all safely rehomed with kind friends.</w:t>
      </w:r>
    </w:p>
    <w:p>
      <w:r>
        <w:rPr>
          <w:b w:val="0"/>
          <w:i w:val="0"/>
        </w:rPr>
        <w:t>I am not aware of an official charity as yet, but should anyone wish to donate to a highly suitable charity in memory of Di, the Stroke Association is a most worthy cause and deserves every single pound it receives. Speaking from experience I can confirm this charity works unstintingly day and night to support stroke victims and their families throughout the UK.</w:t>
      </w:r>
    </w:p>
    <w:p>
      <w:r>
        <w:rPr>
          <w:b w:val="0"/>
          <w:i w:val="0"/>
        </w:rPr>
        <w:t>The address is the Stroke Association, Stroke House, City Road, London EC1V2PR and every donation however large or small is appreciated.</w:t>
      </w:r>
    </w:p>
    <w:p>
      <w:r>
        <w:rPr>
          <w:b w:val="0"/>
          <w:i w:val="0"/>
        </w:rPr>
        <w:t>On the weekend of 15th May, when there were no championship shows, the Yellow Lab Club Funday was held in beautiful surroundings in countryside near Leicester. I gather it was a thoroughly enjoyable day of light hearted fun and training and greatly enjoyed by all who were able to attend.</w:t>
      </w:r>
    </w:p>
    <w:p>
      <w:r>
        <w:rPr>
          <w:b w:val="0"/>
          <w:i w:val="0"/>
        </w:rPr>
        <w:t>Do bear in mind that the stakes classes at many championship shows have superb prize money. If you don’t enter you won’t be in with a chance. Remember that breed classes take precedence over stakes classes, so if they clash; you must go in the breed class first. At the National, a 12-year-old lad, smartly dressed and expertly showing his whippet won a total of £90 in three stakes classes; YKC Handling, YKC Members Stakes and Special Beginners stakes.</w:t>
      </w:r>
    </w:p>
    <w:p>
      <w:r>
        <w:rPr>
          <w:b w:val="0"/>
          <w:i w:val="0"/>
        </w:rPr>
        <w:t>He was thrilled to bits as anyone would be. I smiled when he said he would let his mother who drives him to the shows and gets the dogs ready, have £5 out of his winnings. Anyway. Get entering. It could be you winning the big cash next!</w:t>
      </w:r>
    </w:p>
    <w:p>
      <w:r>
        <w:rPr>
          <w:b w:val="0"/>
          <w:i w:val="0"/>
        </w:rPr>
        <w:t>Ann Britton</w:t>
      </w:r>
      <w:r>
        <w:br/>
      </w:r>
      <w:r>
        <w:rPr>
          <w:b w:val="0"/>
          <w:i w:val="0"/>
        </w:rPr>
        <w:br/>
        <w:t>01989720665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