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- 27 Nov 2009"</w:t>
      </w:r>
      <w:r>
        <w:br/>
      </w:r>
      <w:r>
        <w:rPr>
          <w:b w:val="0"/>
          <w:i w:val="0"/>
        </w:rPr>
        <w:br/>
        <w:t>date_original: "27 Nov 2009"</w:t>
      </w:r>
      <w:r>
        <w:br/>
      </w:r>
      <w:r>
        <w:rPr>
          <w:b w:val="0"/>
          <w:i w:val="0"/>
        </w:rPr>
        <w:br/>
        <w:t>source_url: "https://www.ourdogs.co.uk/members/breednotes/2009/RetrieverLabrador/RetrieverLabrador-nov27.htm"</w:t>
      </w:r>
      <w:r>
        <w:br/>
      </w:r>
      <w:r>
        <w:rPr>
          <w:b w:val="0"/>
          <w:i w:val="0"/>
        </w:rPr>
        <w:br/>
        <w:t>archive_type: "static_html"</w:t>
      </w:r>
      <w:r>
        <w:br/>
      </w:r>
      <w:r>
        <w:rPr>
          <w:b w:val="0"/>
          <w:i w:val="0"/>
        </w:rPr>
        <w:br/>
        <w:t>scraped_at: "2026-09-13T22:03:25"</w:t>
      </w:r>
      <w:r>
        <w:br/>
      </w:r>
      <w:r>
        <w:rPr>
          <w:b w:val="0"/>
          <w:i w:val="0"/>
        </w:rPr>
        <w:br/>
        <w:t>word_count: 1004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For those who have entered LKA online, your passes are now ready to download from the dogbiz.com site. There are nearly one hundred trade stands at the show selling a wide range of goodies for Christmas presents or sheer indulgence, so don’t forget your purses or credit cards.</w:t>
      </w:r>
    </w:p>
    <w:p>
      <w:r>
        <w:rPr>
          <w:b w:val="0"/>
          <w:i w:val="0"/>
        </w:rPr>
        <w:t>Gundog Breeds of Scotland show on November 14th brought us nearer to the close of the 2009 championship show circuit; there just being LKA on December 12th to go. At Gundog Breeds the judges were Mrs Agnes May Pollock (Dogs) and Mrs Jenny Green (Bitches).</w:t>
      </w:r>
    </w:p>
    <w:p>
      <w:r>
        <w:rPr>
          <w:b w:val="0"/>
          <w:i w:val="0"/>
        </w:rPr>
        <w:t>The Dog CC was won by Balshaw and Rawlinsons yellow Shanorrell Ticket To Ride To Halshimoor JW( Sh Ch Ramsayville Route Sixty Six x Halshimoor Dizzy Heights at Shanorrell) This win makes him up, having won his first CC under Marion Hopkinson at Manchester in 2008 and his 2nd CC under David Hopkinson at LKA 2008 . Well done.</w:t>
      </w:r>
    </w:p>
    <w:p>
      <w:r>
        <w:rPr>
          <w:b w:val="0"/>
          <w:i w:val="0"/>
        </w:rPr>
        <w:t>The Dog RCC went to Mrs J McDonald’s black Linnburnhead Reed Warbler. The Bitch CC and Best of Breed was Marlene Heppers black Mardas Magical Mystery Tour JW whilst the Bitch RCC went to Mrs C Campbell’s Binnaig Wild Thyme. Best Puppy was Judith Charltons yellow Foxrush Scarlet O’Hara.</w:t>
      </w:r>
    </w:p>
    <w:p>
      <w:r>
        <w:rPr>
          <w:b w:val="0"/>
          <w:i w:val="0"/>
        </w:rPr>
        <w:t>On the same day the Labrador Club of Wales held their Open show at Usk. It was my first outing for many weeks. Every year I repeat myself but, what a friendly club this is; the committee members ensure everyone is made to feel most welcome and hence the shows they hold are thoroughly enjoyed by all. The cream tea at the close of the day was greatly appreciated too, before we set off for home in the continuing torrential rain and strong winds to which the border area of Wales was subject during most of the previous night and throughout the show day.</w:t>
      </w:r>
    </w:p>
    <w:p>
      <w:r>
        <w:rPr>
          <w:b w:val="0"/>
          <w:i w:val="0"/>
        </w:rPr>
        <w:t>Lab Club of Wales Secretary, Margaret Barker writes “At the Labrador Retriever Club Of Wales Open Show at Usk on Saturday November 14th, Judge David Foulds drew a total of 93 dogs making 122 class entries. Unfortunately, the severe storms of the night before and on the day of the show produced a slightly higher absentee rate than usual.</w:t>
      </w:r>
    </w:p>
    <w:p>
      <w:r>
        <w:rPr>
          <w:b w:val="0"/>
          <w:i w:val="0"/>
        </w:rPr>
        <w:t>B.I.S. was Sue Fox's yellow bitch, Langdale Jiggery Pokery At Merrywake, with Donna Goodall's black veteran dog, Bowstones Morning Star Over Beaverbrook, taking R.B.I.S. and B.O.S. (not bad for an 8 year old!). Best puppy was Fiona Braddon's yellow dog puppy, Trendlewood Snowman. In the Junior Handling classes, judged by Sam Deary, the Best Junior Handler was Katie Stewart. Full results from the show can be found on the Club's website, www.labclubofwales.co.uk”. Many thanks for that Margaret.</w:t>
      </w:r>
    </w:p>
    <w:p>
      <w:r>
        <w:rPr>
          <w:b w:val="0"/>
          <w:i w:val="0"/>
        </w:rPr>
        <w:t>I was pleased to hear that the following day Donna and Phil Goodalls super fit 8 year old black veteran dog, Bowstones Morning Star Over Beaverbrook, the RBIS winner at Lab Club of Wales continued his successful weekend by winning Best of Breed and the Gundog Group at Blackburn DCS. He is sired by Carpenny Corker x Sh Ch Bowstones Martha Black. His grandsire Ch Bowstones Carruthers is still happily enjoying an active life at nearly fifteen years of age.</w:t>
      </w:r>
    </w:p>
    <w:p>
      <w:r>
        <w:rPr>
          <w:b w:val="0"/>
          <w:i w:val="0"/>
        </w:rPr>
        <w:t>He remains a joy to watch as he soundly strides out across the field each day, bringing back memories of his eye catching movement which brought about three championship show Group placings in his youth. It would appear his grandson is taking after him in youthful exuberance and strong correct movement into his senior years. Well done</w:t>
      </w:r>
    </w:p>
    <w:p>
      <w:r>
        <w:rPr>
          <w:b w:val="0"/>
          <w:i w:val="0"/>
        </w:rPr>
        <w:t>Labradors faired well at Merseyside Gundog Club open show 15/11/09. BOB and Res BIS was Wendy Mannings Ormeland Summer Dream with Overmarsh, whilst BPIB and BPIS was Shaun Williamsons Sharouns Heritage. The breed was judged by MR M Greenwood (Telkaro) and BIS by Mrs K Greenwood (Telkaro)</w:t>
      </w:r>
      <w:r>
        <w:br/>
      </w:r>
      <w:r>
        <w:rPr>
          <w:b w:val="0"/>
          <w:i w:val="0"/>
        </w:rPr>
        <w:b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