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May 2008"</w:t>
      </w:r>
      <w:r>
        <w:br/>
      </w:r>
      <w:r>
        <w:rPr>
          <w:b w:val="0"/>
          <w:i w:val="0"/>
        </w:rPr>
        <w:br/>
        <w:t>date_original: "16 May 2008"</w:t>
      </w:r>
      <w:r>
        <w:br/>
      </w:r>
      <w:r>
        <w:rPr>
          <w:b w:val="0"/>
          <w:i w:val="0"/>
        </w:rPr>
        <w:br/>
        <w:t>source_url: "https://www.ourdogs.co.uk/members/breednotes/2008/RetrieverLabrador/RetrieverLabrador-may16.htm"</w:t>
      </w:r>
      <w:r>
        <w:br/>
      </w:r>
      <w:r>
        <w:rPr>
          <w:b w:val="0"/>
          <w:i w:val="0"/>
        </w:rPr>
        <w:br/>
        <w:t>archive_type: "static_html"</w:t>
      </w:r>
      <w:r>
        <w:br/>
      </w:r>
      <w:r>
        <w:rPr>
          <w:b w:val="0"/>
          <w:i w:val="0"/>
        </w:rPr>
        <w:br/>
        <w:t>scraped_at: "2026-09-13T22:05:25"</w:t>
      </w:r>
      <w:r>
        <w:br/>
      </w:r>
      <w:r>
        <w:rPr>
          <w:b w:val="0"/>
          <w:i w:val="0"/>
        </w:rPr>
        <w:br/>
        <w:t>word_count: 1509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the Labrador Retriever Club of Northern Ireland Championship show in Belfast under judge Keith Wallington from an entry of 162 dogs Rebecca Hodge made up her familys four year old black dog Naiken Quincy JW (Ravenswood Black Label x Naiken Old Curiosity).</w:t>
      </w:r>
    </w:p>
    <w:p>
      <w:r>
        <w:rPr>
          <w:b w:val="0"/>
          <w:i w:val="0"/>
        </w:rPr>
        <w:t>He becomes the kennels third UK champion. He won his first CC at Northumberland and Durham LRC in 2006 under Margaret Brown on Rebeccas 21st birthday, his 2nd CC on a snowy day in his 2nd CC on a snowy day in April 2008 at Kent Surrey and Sussex LRC under Joy Venturi Rose, and quickly followed it up by winning his crowning third CC, over the water in Belfast, in early May. Many congratulations.</w:t>
      </w:r>
      <w:r>
        <w:br/>
      </w:r>
      <w:r>
        <w:rPr>
          <w:b w:val="0"/>
          <w:i w:val="0"/>
        </w:rPr>
        <w:br/>
        <w:t>The Dog RCC, his third such award, was won by Mr and Mrs Auteys chocolate Ryedown Scottish Reel JW ShCM (Sh Ch Lougin Loomis x Ryedown Sweet Salsa Sauce). The Bitch CC, her first, and Best in Show was won by Margaret Litherlands four year old chocolate, Trofarth Sian to Oakhouse (Oakhouse Medydd Menfryn x Trofarth Llinos).</w:t>
      </w:r>
    </w:p>
    <w:p>
      <w:r>
        <w:rPr>
          <w:b w:val="0"/>
          <w:i w:val="0"/>
        </w:rPr>
        <w:t>The Bitch RCC went to Mr Phillips &amp; Mrs Mckenzie's Ryedown Maybe This Time (Carnegane Endurance at Clocktower x Ryedown Sweet Salsa Sauce) and Best Puppy in Show was Mr &amp; Mrs O'Donoghue's Phillipstown Sally Ann).</w:t>
      </w:r>
    </w:p>
    <w:p>
      <w:r>
        <w:rPr>
          <w:b w:val="0"/>
          <w:i w:val="0"/>
        </w:rPr>
        <w:t>Secretary Mary Hughes said, "We had a very enjoyable day and would like to thank all those who entered and travelled over to the show. Maybe a few more will join us next year when they will receive a very warm welcome".</w:t>
      </w:r>
    </w:p>
    <w:p>
      <w:r>
        <w:rPr>
          <w:b w:val="0"/>
          <w:i w:val="0"/>
        </w:rPr>
        <w:t>In March I wrote about the heartrending pictures I had received from Labrador Rescue North West area, of the sweet faced, 12 year old yellow Labrador bitch, Rosie. Rosie had been abused and grossly neglected. Rescue Co-ordinator, Glenys Fryer had slowly been restoring Rosie back to health and was looking for an eventual home where this sweet Labrador could enjoy her twilight years. Glenys had pointed out that when Rosie arrived in rescue she was extremely thin, needed an operation which the rescue were paying for and that her nails were so neglected they had curled right back onto themselves.</w:t>
      </w:r>
    </w:p>
    <w:p>
      <w:r>
        <w:rPr>
          <w:b w:val="0"/>
          <w:i w:val="0"/>
        </w:rPr>
        <w:t>Well, the good news is that Rosie is now wonderfully restored to good health and enjoying a new home in Wales, where she can happily live out the rest of her life, in the countryside with two black Labrador companions.</w:t>
      </w:r>
    </w:p>
    <w:p>
      <w:r>
        <w:rPr>
          <w:b w:val="0"/>
          <w:i w:val="0"/>
        </w:rPr>
        <w:t>Do please have a look at the slide show, complete with the heartrending music of "When you walk through a Storm", and enjoy the happy ending to the story of Rosie the yellow Labrador and the goodness of all those who are involved in rescue wherever they may be. The site is to be found at</w:t>
      </w:r>
      <w:r>
        <w:br/>
      </w:r>
      <w:r>
        <w:rPr>
          <w:b w:val="0"/>
          <w:i w:val="0"/>
        </w:rPr>
        <w:br/>
        <w:t>http://www.onetruemedia.com/otm_site/view_shared?p=52241931b44f5aa1c9dd27&amp;skin_id=1703&amp;utm_source=otm&amp;utm_medium=text_ (sorry the address is so long but I couldn’t get it to work when I shortened it!). I guarantee you will have a tear in your eye by the end and will be dipping deep into your pockets to help the rescue funds.</w:t>
      </w:r>
    </w:p>
    <w:p>
      <w:r>
        <w:rPr>
          <w:b w:val="0"/>
          <w:i w:val="0"/>
        </w:rPr>
        <w:t>Marlene Hepper writes in support of the same video and the work done by this rescue centre, "Please watch the video. Then, if you could send a donation to help, even as little as one pound, it would be gratefully received and put to good use. Better still if you feel you could give a good home to one of these unfortunate Labradors that would also be great.</w:t>
      </w:r>
    </w:p>
    <w:p>
      <w:r>
        <w:rPr>
          <w:b w:val="0"/>
          <w:i w:val="0"/>
        </w:rPr>
        <w:t>Since the beginning of 2008 they have had over one hundred Labradors come into the rescue and with feeding bills, petrol costs and vets bills all going up, the money they have is very tight".</w:t>
      </w:r>
    </w:p>
    <w:p>
      <w:r>
        <w:rPr>
          <w:b w:val="0"/>
          <w:i w:val="0"/>
        </w:rPr>
        <w:t>Glenys's address is Glenys Fryer (Co-ordinator/Founder), Malt Kiln Farm, Tincklers Lane, Eccleston, Chorley, PR7 5QY tel 01257 452500. email labrador.rescue@btinternet.com. Labrador Rescue North West Area also have a most comprehensive web site.</w:t>
      </w:r>
    </w:p>
    <w:p>
      <w:r>
        <w:rPr>
          <w:b w:val="0"/>
          <w:i w:val="0"/>
        </w:rPr>
        <w:t>We recently spent an enjoyable day at Badminton Horse Trials watching the dressage. I always feel dressage is something that all dog judges should have the opportunity to see and understand. They would find it most interesting and informative; the epitome of balance in animal movement. There were hundreds of reasonably respectable chocolate Labradors walking around the Badminton course with their owners, the latter sporting fashionable multi-coloured- wellies to go with their fashionable chocolate coloured Labradors!</w:t>
      </w:r>
    </w:p>
    <w:p>
      <w:r>
        <w:rPr>
          <w:b w:val="0"/>
          <w:i w:val="0"/>
        </w:rPr>
        <w:t>There were many scrawny, whippet type black Labradors and a couple of streamlined yellows. I was horrified to see a barely 12 week old black Lab puppy being marched around the course on a lead. Other breeds in fashionable favour at Badminton were Border Terriers and Norfolk Terriers, one of whom broke free in the cross-country event and dangerously chased after one of the competing event horses, which had passed at great speed. I was impressed that the speed of the Norfolk meant that he nearly caught up with the galloping horse, but the stupidity of letting a dog chase a competing event horse confirmed my opinion that dogs should be left at home on Badminton days. Walking around the event and enjoying the vast retail therapy area, we bumped into Sheelin Cuthbert (Ballyduff), plus many other well known doggy friends from other breeds, all enjoying a good day out on a lovely day, in beautiful countryside, with the horse fraternity.</w:t>
      </w:r>
    </w:p>
    <w:p>
      <w:r>
        <w:rPr>
          <w:b w:val="0"/>
          <w:i w:val="0"/>
        </w:rPr>
        <w:t>Shorter notes this week – off for a few days as Show Architect to the National at Stafford so will close with a silly story - Subject: Fifty dollars</w:t>
      </w:r>
    </w:p>
    <w:p>
      <w:r>
        <w:rPr>
          <w:b w:val="0"/>
          <w:i w:val="0"/>
        </w:rPr>
        <w:t>"Morris and his wife Esther went to the state fair every year, and every year Morris would say, 'Esther, I 'd like to ride in that helicopter'.</w:t>
      </w:r>
      <w:r>
        <w:br/>
      </w:r>
      <w:r>
        <w:rPr>
          <w:b w:val="0"/>
          <w:i w:val="0"/>
        </w:rPr>
        <w:br/>
        <w:t>Esther always replied, 'I know Morris, but that helicopter ride is fifty dollars -- and fifty dollars is fifty dollars'.</w:t>
      </w:r>
    </w:p>
    <w:p>
      <w:r>
        <w:rPr>
          <w:b w:val="0"/>
          <w:i w:val="0"/>
        </w:rPr>
        <w:t>One year Esther and Morris went to the fair, and Morris said, 'Esther, I'm 85 years old. If I don't ride that helicopter, I might never get another chance.'</w:t>
      </w:r>
    </w:p>
    <w:p>
      <w:r>
        <w:rPr>
          <w:b w:val="0"/>
          <w:i w:val="0"/>
        </w:rPr>
        <w:t>Esther replied, 'Morris that helicopter is fifty dollars -- and fifty dollars is fifty dollars'.</w:t>
      </w:r>
    </w:p>
    <w:p>
      <w:r>
        <w:rPr>
          <w:b w:val="0"/>
          <w:i w:val="0"/>
        </w:rPr>
        <w:t>The pilot overheard the couple and said, 'Folks I'll make you a deal. I'll take the both of you for a ride. If you can stay quiet for the entire ride and not say a word I won't charge you! But if you say one word, it's fifty dollars.'</w:t>
      </w:r>
    </w:p>
    <w:p>
      <w:r>
        <w:rPr>
          <w:b w:val="0"/>
          <w:i w:val="0"/>
        </w:rPr>
        <w:t>Morris and Esther agreed and up they went. The pilot did all kinds of fancy manoeuvres, but not a word was heard. He did his daredevil tricks over and over again, but still not a word. When they landed, the pilot turned to Morris and said, 'By golly, I did everything I could to get you to yell out, but you didn't. I'm impressed!'</w:t>
      </w:r>
    </w:p>
    <w:p>
      <w:r>
        <w:rPr>
          <w:b w:val="0"/>
          <w:i w:val="0"/>
        </w:rPr>
        <w:t>Morris replied, 'Well, to tell you the truth, I almost said something when Esther fell out, but you know -- fifty dollars is fifty dollars.'</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