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- 4 Jan 2008"</w:t>
      </w:r>
      <w:r>
        <w:br/>
      </w:r>
      <w:r>
        <w:rPr>
          <w:b w:val="0"/>
          <w:i w:val="0"/>
        </w:rPr>
        <w:br/>
        <w:t>date_original: "4 Jan 2008"</w:t>
      </w:r>
      <w:r>
        <w:br/>
      </w:r>
      <w:r>
        <w:rPr>
          <w:b w:val="0"/>
          <w:i w:val="0"/>
        </w:rPr>
        <w:br/>
        <w:t>source_url: "https://www.ourdogs.co.uk/members/breednotes/2008/RetrieverLabrador/RetrieverLabrador-jan4.htm"</w:t>
      </w:r>
      <w:r>
        <w:br/>
      </w:r>
      <w:r>
        <w:rPr>
          <w:b w:val="0"/>
          <w:i w:val="0"/>
        </w:rPr>
        <w:br/>
        <w:t>archive_type: "static_html"</w:t>
      </w:r>
      <w:r>
        <w:br/>
      </w:r>
      <w:r>
        <w:rPr>
          <w:b w:val="0"/>
          <w:i w:val="0"/>
        </w:rPr>
        <w:br/>
        <w:t>scraped_at: "2026-09-13T22:04:54"</w:t>
      </w:r>
      <w:r>
        <w:br/>
      </w:r>
      <w:r>
        <w:rPr>
          <w:b w:val="0"/>
          <w:i w:val="0"/>
        </w:rPr>
        <w:br/>
        <w:t>word_count: 1886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Happy new year. May the months ahead bring you much joy in your chosen hobby. I start the 2008 notes with a brief review of last year.</w:t>
      </w:r>
    </w:p>
    <w:p>
      <w:r>
        <w:rPr>
          <w:b w:val="0"/>
          <w:i w:val="0"/>
        </w:rPr>
        <w:t>2007 saw 11 new Labrador champions made up in the show ring. I will discuss their names and details in further depth during the following weeks.</w:t>
      </w:r>
    </w:p>
    <w:p>
      <w:r>
        <w:rPr>
          <w:b w:val="0"/>
          <w:i w:val="0"/>
        </w:rPr>
        <w:t>However, the Top winning Labrador of 2007 was Marion Hopkinsons 2 year old yellow dog Sh Ch Silver Suede over Rocheby (Int Ch Ahti Aspen of Finnwoods x Bridgeford Crystal Clear) who, according to my records won 11 CCs and 10 Best of Breed awards, coupled with a Group 3 win during the year. Going to the same kennel once again the award of Pet Plan Top Labrador Stud Dog 2007 went to Rocheby Old Smokey.</w:t>
      </w:r>
    </w:p>
    <w:p>
      <w:r>
        <w:rPr>
          <w:b w:val="0"/>
          <w:i w:val="0"/>
        </w:rPr>
        <w:t>Top Labrador Bitch was the Brown family’s 3 year old yellow, Sh Ch Alanwood Spring Breeze over Ramsayville (Greenworth Odds Against x Alanwood Lady Jazmine), who won 10 CCs and 7 BOBs during 2007.</w:t>
      </w:r>
    </w:p>
    <w:p>
      <w:r>
        <w:rPr>
          <w:b w:val="0"/>
          <w:i w:val="0"/>
        </w:rPr>
        <w:t>Top Puppy was Judith Charltons yellow bitch Foxrush Ovaltine (Rocheby Old Smokey x Sh Ch Foxrush Giselle) who won 12 Best Puppy in Breed awards at championship shows during 2007.</w:t>
      </w:r>
      <w:r>
        <w:br/>
      </w:r>
      <w:r>
        <w:rPr>
          <w:b w:val="0"/>
          <w:i w:val="0"/>
        </w:rPr>
        <w:br/>
        <w:t>Labradors did well in Group competition at four of the all-breed championship shows.</w:t>
      </w:r>
    </w:p>
    <w:p>
      <w:r>
        <w:rPr>
          <w:b w:val="0"/>
          <w:i w:val="0"/>
        </w:rPr>
        <w:t>Franco Barberi, from Italy had a splendid TV recorded Group 4 win at Crufts with his 2year old yellow dog, Loch Mor Welldone, (It Ch Heatherbourne Watchman x Deep Emotion) who also went Group 2 at Driffield.</w:t>
      </w:r>
    </w:p>
    <w:p>
      <w:r>
        <w:rPr>
          <w:b w:val="0"/>
          <w:i w:val="0"/>
        </w:rPr>
        <w:t>The Brown family’s young yellow dog, Ramsayville Rain Stops Play (Poolstead Plan Of Action x Ramsayville Rhian), won Group 3 at Bath under June Minns.</w:t>
      </w:r>
    </w:p>
    <w:p>
      <w:r>
        <w:rPr>
          <w:b w:val="0"/>
          <w:i w:val="0"/>
        </w:rPr>
        <w:t>Sh Ch Silver Suede over Rocheby (Int Ch Ahti Aspen of Finnwoods x Bridgeford Crystal Clear) won Gp3 at National Gundog.</w:t>
      </w:r>
    </w:p>
    <w:p>
      <w:r>
        <w:rPr>
          <w:b w:val="0"/>
          <w:i w:val="0"/>
        </w:rPr>
        <w:t>At the turn of the year, we remember with respect and sadness those Labrador friends who have passed away.</w:t>
      </w:r>
    </w:p>
    <w:p>
      <w:r>
        <w:rPr>
          <w:b w:val="0"/>
          <w:i w:val="0"/>
        </w:rPr>
        <w:t>Margaret Clayton (Ardmargha) who died during 2006, was, along with her husband Harold, a great supporter of the Yellow Labrador Club and during 2007 the club received her wonderful legacy of £50,000 to ensure the clubs ongoing financial security and the continued promotion of the yellow Labrador for generations to come.</w:t>
      </w:r>
    </w:p>
    <w:p>
      <w:r>
        <w:rPr>
          <w:b w:val="0"/>
          <w:i w:val="0"/>
        </w:rPr>
        <w:t>We lost several people very dear to our breed during 2007, amongst them, The Duke of Buccleuch, who was Patron of the Labrador Club of Scotland, Kitty Cumming (Ballure) a life member of the Lab Club of Scotland; Don Beckett, husband of Diana Beckett (Kimvalley); Margot Woolley, well known for her classic Follytower Labradors, who passed away in early April; Mason Minns, dear husband of June Minns (Quokka); Mim Kinsella (Brentchase) who passed away in early June;</w:t>
      </w:r>
    </w:p>
    <w:p>
      <w:r>
        <w:rPr>
          <w:b w:val="0"/>
          <w:i w:val="0"/>
        </w:rPr>
        <w:t>Mrs Garner Anthony, Patron of Cotswold and Wyevern LRC and co-owner of the Sandylands Labradors; Marjorie Satterthwaite well known Gundog Group judge and breeder of the world reknowned, Lawnwoods Labradors; Bob Robinson, husband of Margaret Robinson (Kampsall Labradors) and Brenda Phillips of the Exclyst Flatcoat Retrievers, who latterly awarded CCs in Labradors, and who sadly passed away in 2007. We miss these people and cherish the good memories of their time amongst us.</w:t>
      </w:r>
    </w:p>
    <w:p>
      <w:r>
        <w:rPr>
          <w:b w:val="0"/>
          <w:i w:val="0"/>
        </w:rPr>
        <w:t>Along with the joy our precious Labradors bring us, sadly the other side of the coin is the sadness when we lose them; some at a grand old age, but others at far too young an age.</w:t>
      </w:r>
      <w:r>
        <w:br/>
      </w:r>
      <w:r>
        <w:rPr>
          <w:b w:val="0"/>
          <w:i w:val="0"/>
        </w:rPr>
        <w:br/>
        <w:t>During the year, I was sorry to hear Judith Charlton had sadly lost her classic yellow bitch Sh Ch Foxrush Giselle (Sh Ch Sandylands Gadabout x Foxrush Blue Velvet) at just five years of age. Her yellow daughter, sired by Rocheby Old Smokey, is following admirably in her footsteps, being 2007 Top Puppy.</w:t>
      </w:r>
    </w:p>
    <w:p>
      <w:r>
        <w:rPr>
          <w:b w:val="0"/>
          <w:i w:val="0"/>
        </w:rPr>
        <w:t>Mervyn and Carole Reynolds lost their very dear yellow bitch, the grand old lady, Sh Ch Carmen Miranda JW, who passed away peacefully in her sleep. She was their first champion and would have been 16 years old in 2007. She was litter sister to the well known Multi Champion Carromer Charlie Chalk owned by Felicity Leith Ross. Carmen won 7CCs and 9 RCCs, one being Best of Breed at Crufts.</w:t>
      </w:r>
    </w:p>
    <w:p>
      <w:r>
        <w:rPr>
          <w:b w:val="0"/>
          <w:i w:val="0"/>
        </w:rPr>
        <w:t>Sadly, James Hindley and his friends lost three lovely bitches within just a few days of each other; all wonderful Labradors to live with. I am sure it was an awful shock for them. Cornlands Lady Mimosa, (Raybooth Cream Cracker x Cornlands Lady Gemini) died at 13 years of age and was owned by Ian McGregor. She was the dam of Ch Cornlands Wellington, sired by Ch Carpenny Walpole.</w:t>
      </w:r>
    </w:p>
    <w:p>
      <w:r>
        <w:rPr>
          <w:b w:val="0"/>
          <w:i w:val="0"/>
        </w:rPr>
        <w:t>At the same time, James Hindley lost his Cornlands Dusty Star, (Moneyspinner for Cornlands x Cornlands Lady Gemini), who was also 13 years of age, and to add to the sadness, Pauline Goldsmith’s Cornlands Lady Buddleja, (Ch Cornlands Wellington x Cornlands Lady Myrtle), died at only five years of age with inoperable cancer.</w:t>
      </w:r>
    </w:p>
    <w:p>
      <w:r>
        <w:rPr>
          <w:b w:val="0"/>
          <w:i w:val="0"/>
        </w:rPr>
        <w:t>Glenys and Sam Fryer lost Halshimoor Winter Wishes at Fullwell (Mattie). She had a wonderful influence on the Halshimoor kennel being an outstanding brood bitch who also won at Ch show level. Mattie produced only two litters, both to Sh Ch Poolstead Pumpkin. Her first litter of 6 puppies produced Sh Ch Fullwell Freebooter of Halshimoor, (Jack), Fullwell Flirt with Halshimoor and Fullwell Fly by Halshimoor. Jack won 11 CC's before he retired at the age of 3 to make way for his younger brother Sh Ch Fullwell Frolic with Halshimoor (Bosley) who went on to win 17 CC's.</w:t>
      </w:r>
    </w:p>
    <w:p>
      <w:r>
        <w:rPr>
          <w:b w:val="0"/>
          <w:i w:val="0"/>
        </w:rPr>
        <w:t>Flirt, won 2 Res CC's and was the dam of Halshimoor's Einstein, Tickety Boo and Crescendo at Shannorrell.</w:t>
      </w:r>
    </w:p>
    <w:p>
      <w:r>
        <w:rPr>
          <w:b w:val="0"/>
          <w:i w:val="0"/>
        </w:rPr>
        <w:t>In April the Brown family had to have their 8 year old yellow, Sh Ch Ramsayville Rainbow`s End JW (Sh Ch Poolstead Pumpkin x Ramsayville Rosalino) put to sleep due to a sudden incurable illness.</w:t>
      </w:r>
    </w:p>
    <w:p>
      <w:r>
        <w:rPr>
          <w:b w:val="0"/>
          <w:i w:val="0"/>
        </w:rPr>
        <w:t>During his four year show career he won 5 CC</w:t>
      </w:r>
      <w:r>
        <w:rPr>
          <w:rFonts w:ascii="Consolas" w:hAnsi="Consolas"/>
          <w:b w:val="0"/>
          <w:i w:val="0"/>
          <w:sz w:val="19"/>
        </w:rPr>
        <w:t>S including BIS at Midland Counties LRC Champ Show in 2000 under judge Janet Cole &amp; 2 RCC</w:t>
      </w:r>
      <w:r>
        <w:rPr>
          <w:b w:val="0"/>
          <w:i w:val="0"/>
        </w:rPr>
        <w:t>S, one of these being at Crufts in 2002 under judge Erica Jayes</w:t>
      </w:r>
    </w:p>
    <w:p>
      <w:r>
        <w:rPr>
          <w:b w:val="0"/>
          <w:i w:val="0"/>
        </w:rPr>
        <w:t>Chris and Clair Mills lost their beloved, dog of a lifetime, once again far too young, the 8year old yellow dog, Lembas to the Moon and Back JW(Bodger). (Sh Ch Sandylands Gadabout x Lembas Mysterious Girl). He was sadly suffering from liver cancer. He won extremely well as a youngster, winning the RCC when he was just 9 months of age. In 2003 he was Eucanuba / Our Dogs Top Labrador Sire. At stud for only three short years, he produced top quality offspring of a consistently good type and was the sire of several CC and RCC winners, including Mr and Mrs Rodds yellow bitch, Sh Ch Lembas Moonlight Seranade JW co owned with Chris and Claire Mills; Sue Marskells black bitch, Sh Ch Berolee Moons Magic Star; Mr Rory Swifts dual CC and RCC winning yellow dog, Hampsbeck Willies Choice; Mr Tierry Onkelinx de Smedts dual CC winning yellow dog, Lux:Du Ch Carpenny Made the Trip; Mrs Manabes yellow dog, Jap Ch Carpenny Far Away, Mesdames Felicity and Kira Leith Ross’s CC and RCC winning black dog, Int. SW. Ch.Utter Nonsence of Tintagel Winds; Fiona Braddons yellow multiple RCC winner Trendlewood Rocket Man JW and Mrs Spencers dual RCC winning Trendlewood Dandelion JW. Bodger was the sire of six JW winners and was an important dog to the breed.</w:t>
      </w:r>
    </w:p>
    <w:p>
      <w:r>
        <w:rPr>
          <w:b w:val="0"/>
          <w:i w:val="0"/>
        </w:rPr>
        <w:t>On a brighter note, on the social side, during the summer, Peggy Rae and Diana Beckett, hosted a wonderful party at Cornlands for their very many friends, to celebrate their joint 100 years in Labradors. Visitors came from far and wide to share in this great achievement.</w:t>
      </w:r>
    </w:p>
    <w:p>
      <w:r>
        <w:rPr>
          <w:b w:val="0"/>
          <w:i w:val="0"/>
        </w:rPr>
        <w:t>In the Junior Handling Association competitions throughout the year, Katie Stewart, daughter of Mandy Stewart (Streamanda) admirably flew the Labrador flag. She did very well at the Semi-Finals at Richmond coming 2nd out of an entry of 28 junior handlers in the Gundog Group. Good luck Katie for much continued success during the coming years, especially now you are up in the next age group.</w:t>
      </w:r>
    </w:p>
    <w:p>
      <w:r>
        <w:rPr>
          <w:b w:val="0"/>
          <w:i w:val="0"/>
        </w:rPr>
        <w:t>Karen and Lesley from Labs-UK, who were responsible for organising the photos of those brave, sporting models for the famous ‘au natural’ Labrador Breeders Calendar 2007 raised a stunning total of just under £3000 on behalf of our Labrador Breed Rescue societies. Well done to you all. What a great achievement.</w:t>
      </w:r>
    </w:p>
    <w:p>
      <w:r>
        <w:rPr>
          <w:b w:val="0"/>
          <w:i w:val="0"/>
        </w:rPr>
        <w:t>By the end of the year, it became known that from the start of 2008 Mars/Pedigree Masterfoods would be completely withdrawing all their financial support from the group and general championship dog shows, bar Crufts. It will be interesting to see how the different show societies cope with this financial loss. Will entries have to rise considerably to make up the deficit? Will this, coupled with escalating petrol prices, rising cost of living, and negative housing equity have an effect on our show entries and will they start to fall away? Only time will tell.</w:t>
      </w:r>
      <w:r>
        <w:br/>
      </w:r>
      <w:r>
        <w:rPr>
          <w:b w:val="0"/>
          <w:i w:val="0"/>
        </w:rPr>
        <w:br/>
        <w:t>That concludes the brief resume of some of the events, other than the show results, which have occurred in our Labrador world during 2007. Over the next few weeks, as usual at this time of the year, I shall detail the CC winning dogs and bitches of 2007.</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