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- 07/02/2025 - ISSUE"</w:t>
      </w:r>
      <w:r>
        <w:br/>
      </w:r>
      <w:r>
        <w:rPr>
          <w:b w:val="0"/>
          <w:i w:val="0"/>
        </w:rPr>
        <w:br/>
        <w:t>date_original: "07/02/2025 - ISSUE"</w:t>
      </w:r>
      <w:r>
        <w:br/>
      </w:r>
      <w:r>
        <w:rPr>
          <w:b w:val="0"/>
          <w:i w:val="0"/>
        </w:rPr>
        <w:br/>
        <w:t>source_url: "https://www.ourdogs.co.uk/members/breednotes/RetrieverLabradorMain.php"</w:t>
      </w:r>
      <w:r>
        <w:br/>
      </w:r>
      <w:r>
        <w:rPr>
          <w:b w:val="0"/>
          <w:i w:val="0"/>
        </w:rPr>
        <w:br/>
        <w:t>scraped_at: "2026-09-13T15:06:29"</w:t>
      </w:r>
      <w:r>
        <w:br/>
      </w:r>
      <w:r>
        <w:rPr>
          <w:b w:val="0"/>
          <w:i w:val="0"/>
        </w:rPr>
        <w:br/>
        <w:t>word_count: 653</w:t>
      </w:r>
    </w:p>
    <w:p>
      <w:r>
        <w:t>――――――――――――――――――――――――――――――</w:t>
      </w:r>
    </w:p>
    <w:p>
      <w:r>
        <w:rPr>
          <w:b w:val="0"/>
          <w:i w:val="0"/>
        </w:rPr>
        <w:t>NEWS MEMBERS' AREA SHOP SUBSCRIBE UPCOMING SHOWS MORE</w:t>
      </w:r>
    </w:p>
    <w:p>
      <w:r>
        <w:rPr>
          <w:b w:val="0"/>
          <w:i w:val="0"/>
        </w:rPr>
        <w:t>RETRIEVER LABRADOR</w:t>
      </w:r>
    </w:p>
    <w:p>
      <w:r>
        <w:rPr>
          <w:b w:val="0"/>
          <w:i w:val="0"/>
        </w:rPr>
        <w:t>Issue: 07/02/2025</w:t>
      </w:r>
    </w:p>
    <w:p>
      <w:r>
        <w:rPr>
          <w:b w:val="0"/>
          <w:i w:val="0"/>
        </w:rPr>
        <w:t>Our healing thoughts and best wishes go to Michael Neachell  who is enduring what must be a horribly painful time in and out of hospital having bravely undergone major surgery. Wife and Nurse Judi has kept all their Facebook pals up to date. Thank you Judi. Get well Michael. Judi, please look after yourself too.</w:t>
      </w:r>
    </w:p>
    <w:p>
      <w:r>
        <w:rPr>
          <w:b w:val="0"/>
          <w:i w:val="0"/>
        </w:rPr>
        <w:t>Labrador entry at URC Open Show at the Kennel Club Building, Stoneleigh on Feb 12th 2025  is 64  dogs and bitches. The Lab Judge, a replacement from when the schedule was printed, I believe,  is Kay Cook (Exelby) with seven classes of dogs and 7 classes of bitches. Judging starts at 10am</w:t>
      </w:r>
    </w:p>
    <w:p>
      <w:r>
        <w:rPr>
          <w:b w:val="0"/>
          <w:i w:val="0"/>
        </w:rPr>
        <w:t>We all know that a dogs sense of smell is a zillion times better than humans. However, it never ceases to amaze me that whilst I will be unaware there is a teeny morsel of dog food in the â€œemptyâ€ pockets of the coat I am wearing, my  four legged terrier pal certainly thinks otherwise: from appearing  fast asleep curled up in bed 3 m away, as I sit down for a coffee, she wakes from her deep slumber, her somnolent food radar system  fully alert and aware that there are definitely three minute pieces of tasty kibble hidden deeply within the mixed fluffy contents  of my left hand pocket. One minute she is fast asleep, the next, up, alert and rushing  to get to the hidden treasure before anyone else. Quite amazing. Not believing her, I poke about in the pockets debris and yes, she is right. Three edible morsels in the left pocket, none in the right. All gone now and sheâ€™s back to sleep as though she never moved.</w:t>
      </w:r>
    </w:p>
    <w:p>
      <w:r>
        <w:rPr>
          <w:b w:val="0"/>
          <w:i w:val="0"/>
        </w:rPr>
        <w:t>As the wet winter seemed to be dragging on and on, I decided all the dogs could spend more time indoors in the kitchen and dog room, so I bought a selection of the latest long piled, cosy, doughnut shaped dog beds. The smallest bed is 20 inches diameter, ideal for a terrier. The largest is a meter wide, ideal for a couple of labradors. So which bed is the most popular? The tiny 20 inch one, which everyone, Labradors included, tries to squash on top of, or lie on the floor right next to it pretending theyâ€™re actually on it; the metre sized one is used as second best,  as an afterthought.</w:t>
      </w:r>
    </w:p>
    <w:p>
      <w:r>
        <w:rPr>
          <w:b w:val="0"/>
          <w:i w:val="0"/>
        </w:rPr>
        <w:t>The Labrador Retriever Club of Wales held their championship show on Sunday, 2nd of February 2025 at the excellent Forest Oak venue at Lydney.  The judges were Beppe  Messia from Italy (Dogs) and Sean Evans (Bitches) there was an entry of 198 dogs and bitches.</w:t>
      </w:r>
    </w:p>
    <w:p>
      <w:r>
        <w:rPr>
          <w:b w:val="0"/>
          <w:i w:val="0"/>
        </w:rPr>
        <w:t>The results were:- Best Of Breed  Shanorrell Seamus Coleman at Halshimoor (Mr &amp; Mrs M J, Miss L &amp; Mr &amp; Mrs D P Rawlinson &amp; Balshaw), Dog Challenge Certificate  - Shanorrell Seamus Coleman at Halshimoor (Mr &amp; Mrs M J, Miss L &amp; Mr &amp; Mrs D P Rawlinson &amp; Balshaw), Reserve Dog Challenge Certificate - Kimbajak Royal Mint (Ms C M Edwards), Best Puppy Dog State Park in Linjor (Mrs L Harvey-Major), Bitch Challenge Certificate    Alkhamhurst London Girl (Mrs M A Woodley) Reserve Bitch Challenge Certificate Sh Ch Kimbajak Miss Jazz Swinger JW (Ms C M Edwards), Best Puppy Bitch Serengochâ€™s Calistoga (Miss K L Jones), Best Puppy - Serengochâ€™s Calistoga (Miss K L Jones), Best Veteran  - Gallybob Marmalade (Mrs S M B Walton)</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