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- 9 Jul 2010"</w:t>
      </w:r>
      <w:r>
        <w:br/>
      </w:r>
      <w:r>
        <w:rPr>
          <w:b w:val="0"/>
          <w:i w:val="0"/>
        </w:rPr>
        <w:br/>
        <w:t>date_original: "9 Jul 2010"</w:t>
      </w:r>
      <w:r>
        <w:br/>
      </w:r>
      <w:r>
        <w:rPr>
          <w:b w:val="0"/>
          <w:i w:val="0"/>
        </w:rPr>
        <w:br/>
        <w:t>source_url: "https://www.ourdogs.co.uk/members/breednotes/2010/RetrieverLabrador/RetrieverLabrador-jul9.htm"</w:t>
      </w:r>
      <w:r>
        <w:br/>
      </w:r>
      <w:r>
        <w:rPr>
          <w:b w:val="0"/>
          <w:i w:val="0"/>
        </w:rPr>
        <w:br/>
        <w:t>archive_type: "static_html"</w:t>
      </w:r>
      <w:r>
        <w:br/>
      </w:r>
      <w:r>
        <w:rPr>
          <w:b w:val="0"/>
          <w:i w:val="0"/>
        </w:rPr>
        <w:br/>
        <w:t>scraped_at: "2026-09-13T22:00:15"</w:t>
      </w:r>
      <w:r>
        <w:br/>
      </w:r>
      <w:r>
        <w:rPr>
          <w:b w:val="0"/>
          <w:i w:val="0"/>
        </w:rPr>
        <w:br/>
        <w:t>word_count: 1080</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Blackpool championship show saw Frank Gilroy taking centre stage and awarding dog CCs for the first time. The Dog CC and Best of Breed was won by the Hodge family’s chocolate, Sh Ch Naiken Way Out West JW. (Am Ch Simmerdown Dr Pepper x Buckholt Katie at Naiken).</w:t>
      </w:r>
    </w:p>
    <w:p>
      <w:r>
        <w:rPr>
          <w:b w:val="0"/>
          <w:i w:val="0"/>
        </w:rPr>
        <w:t>The Dog RCC went to Mrs J McDonalds black, Linnburnhead Reed Warbler (Charway Water Reed at Brigburn x Linnburnhead Genie). Feffie Somerfield was awarding the Bitch CCs and her CC winner was Mr and Mrs Merrills yellow, Ir Ch Brockburrow Dream Maker for Gostwyck, Linjor (Linjor Valentino JW Sh CM x Eneleon Amethyst), whilst the Bitch RCC went to Anne Taylors black, Ch Fabracken Remember Me. (Steeleigh American Express x Fabracken Pure Meadow Brown). Best Puppy was Linda Harvey-Majors Gostwyck I Spy Linjor. Best Veteran was Donna and Phil Goodall’s black dog Bowstones Morning Star over Beaverbrook.ShCM (Carpenny Corker x Sh Ch Bowstones Martha Black).</w:t>
      </w:r>
    </w:p>
    <w:p>
      <w:r>
        <w:rPr>
          <w:b w:val="0"/>
          <w:i w:val="0"/>
        </w:rPr>
        <w:t>The latter veteran, a son of my dear kind, now departed, Sh Ch Bowstones Martha Black is much adored by his owners, both as a family pet and as a show dog. Consequently, living in the house, he has never been used at stud. As his precious years advanced into Veteran his owners realised that it was probably too late for him to sire a litter but what should they do? They desperately wanted a puppy from him. He had all his health tests; all they had to do was find him a wife. Now Mother Nature goes about things in a quaint way and I believe will always be one step ahead of the theoreticians. Those in the know would presume that a nine-year old dog who had never been used at stud would be most unlikely to produce puppies, especially as he co-habits soberly with several Labrador bitches in whom he has never shown the slightest romantic interest.</w:t>
      </w:r>
    </w:p>
    <w:p>
      <w:r>
        <w:rPr>
          <w:b w:val="0"/>
          <w:i w:val="0"/>
        </w:rPr>
        <w:t>However, forget theory; Mother Nature had plenty of tricks up her sleeve on the day. A mating took place with my gentle Bowstones Beattie, also maiden, who was luckily in season at the time, and lo and behold, the old boy wasn t firing blanks at all. The first-timer at nine years of age obviously took a leaf out of Rod Stewarts book, proving that paternal age is no barrier to making babies. I had Beattie scanned at four weeks and she is certainly well and truly in whelp; a litter of puppies due in a couple of weeks; a pedigree I couldn t better, and something pleasant at last to keep me occupied over the next few of months.</w:t>
      </w:r>
    </w:p>
    <w:p>
      <w:r>
        <w:rPr>
          <w:b w:val="0"/>
          <w:i w:val="0"/>
        </w:rPr>
        <w:t>In the hot weather the dogs have been enjoying themselves sploshing about in water buckets or tin baths which I have filled for them to play in on the lawns. They love being wet. One of the youngsters got a bit carried away and decided he would proudly demonstrate his inborn gundog skills. He picked up his stuffed squeaky duck from the garden and proudly carried it into the kitchen where, looking around, he spied more water; an indoor water bucket standing filled to the brim on the carpet tiles.</w:t>
      </w:r>
    </w:p>
    <w:p>
      <w:r>
        <w:rPr>
          <w:b w:val="0"/>
          <w:i w:val="0"/>
        </w:rPr>
        <w:t>His thought in a flash, Ah, I will teach the duck to swim and then retrieve it from water just to show her that I can do some of those gundoggy things my brain is meant to be programmed to do. First he launched the stuffed duck into the water bucket with such great gusto the water flew up the wall. He swooped the duck around and around the bucket, up and down, trying to get it to swim.</w:t>
      </w:r>
    </w:p>
    <w:p>
      <w:r>
        <w:rPr>
          <w:b w:val="0"/>
          <w:i w:val="0"/>
        </w:rPr>
        <w:t>No joy in the latter, these stuffed things are nowhere near as good as the real ones! He muttered under his breath. Abandoning the stuffed duck- swim, he decided to flamboyantly retrieve it from the water and having done so proudly careered outside, carrying its sodden remains off to show to all the other dogs how clever he was in his only just Junior months.</w:t>
      </w:r>
    </w:p>
    <w:p>
      <w:r>
        <w:rPr>
          <w:b w:val="0"/>
          <w:i w:val="0"/>
        </w:rPr>
        <w:t>As he did so, the remains of the water in the bucket went flying and tipped all over the carpet tiles. What did I do? I just stood there laughing so much I couldn’t tell him off; after all he was retrieving from water wasn’t he?</w:t>
      </w:r>
    </w:p>
    <w:p>
      <w:r>
        <w:rPr>
          <w:b w:val="0"/>
          <w:i w:val="0"/>
        </w:rPr>
        <w:t>Ann Britton 01989720665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