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- 11/06/2021 - ISSUE"</w:t>
      </w:r>
      <w:r>
        <w:br/>
      </w:r>
      <w:r>
        <w:rPr>
          <w:b w:val="0"/>
          <w:i w:val="0"/>
        </w:rPr>
        <w:br/>
        <w:t>date_original: "11/06/2021 - ISSUE"</w:t>
      </w:r>
      <w:r>
        <w:br/>
      </w:r>
      <w:r>
        <w:rPr>
          <w:b w:val="0"/>
          <w:i w:val="0"/>
        </w:rPr>
        <w:br/>
        <w:t>source_url: "https://www.ourdogs.co.uk/members/breednotes/RetrieverLabradorMain.php"</w:t>
      </w:r>
      <w:r>
        <w:br/>
      </w:r>
      <w:r>
        <w:rPr>
          <w:b w:val="0"/>
          <w:i w:val="0"/>
        </w:rPr>
        <w:br/>
        <w:t>scraped_at: "2026-09-13T15:14:47"</w:t>
      </w:r>
      <w:r>
        <w:br/>
      </w:r>
      <w:r>
        <w:rPr>
          <w:b w:val="0"/>
          <w:i w:val="0"/>
        </w:rPr>
        <w:br/>
        <w:t>word_count: 389</w:t>
      </w:r>
    </w:p>
    <w:p>
      <w:r>
        <w:t>――――――――――――――――――――――――――――――</w:t>
      </w:r>
    </w:p>
    <w:p>
      <w:r>
        <w:rPr>
          <w:b w:val="0"/>
          <w:i w:val="0"/>
        </w:rPr>
        <w:t>NEWS MEMBERS' AREA SHOP SUBSCRIBE UPCOMING SHOWS MORE</w:t>
      </w:r>
    </w:p>
    <w:p>
      <w:r>
        <w:rPr>
          <w:b w:val="0"/>
          <w:i w:val="0"/>
        </w:rPr>
        <w:t>RETRIEVER LABRADOR</w:t>
      </w:r>
    </w:p>
    <w:p>
      <w:r>
        <w:rPr>
          <w:b w:val="0"/>
          <w:i w:val="0"/>
        </w:rPr>
        <w:t>Issue: 11/06/2021</w:t>
      </w:r>
    </w:p>
    <w:p>
      <w:r>
        <w:rPr>
          <w:b w:val="0"/>
          <w:i w:val="0"/>
        </w:rPr>
        <w:t>Short notes this week due to limited time available during a very stressful period. Hopefully normal service will be restored soon.</w:t>
      </w:r>
    </w:p>
    <w:p>
      <w:r>
        <w:rPr>
          <w:b w:val="0"/>
          <w:i w:val="0"/>
        </w:rPr>
        <w:t>Congratulations to the committee of the Yellow Labrador club for running their successful, yellow only open show at Warwick Racecourse with necessary Covid safety requirements all satisfied; what a lovely setting. I gather the venue is a real find for shows and the ability to use the stables for dogs, bags and baggage was greatly appreciated by those able to attend. The weather looked splendidly sunny and warm as well. Lucy Rawlinson was the judge and her winners from 97 Dogs and Bitches were :-</w:t>
      </w:r>
    </w:p>
    <w:p>
      <w:r>
        <w:rPr>
          <w:b w:val="0"/>
          <w:i w:val="0"/>
        </w:rPr>
        <w:t xml:space="preserve">Best in Show and Best Dog - Elaine Grummit and Anne Dempsey Ir Ch Drumtacker Made to Order. </w:t>
      </w:r>
    </w:p>
    <w:p>
      <w:r>
        <w:rPr>
          <w:b w:val="0"/>
          <w:i w:val="0"/>
        </w:rPr>
        <w:t>Res Best Dog - Carole and Mervyn Reynolds Carromer Chippendale at his first ever show.</w:t>
      </w:r>
    </w:p>
    <w:p>
      <w:r>
        <w:rPr>
          <w:b w:val="0"/>
          <w:i w:val="0"/>
        </w:rPr>
        <w:t>Best Bitch and Res BIS - Marion HopkinsonÃ¢â‚¬â„¢s Rocheby String of Pearls</w:t>
      </w:r>
    </w:p>
    <w:p>
      <w:r>
        <w:rPr>
          <w:b w:val="0"/>
          <w:i w:val="0"/>
        </w:rPr>
        <w:t>Res Best Bitch - Judith Charltons Sh Ch Classical Act at Foxrush celebrating Judiths birthday on the day.</w:t>
      </w:r>
    </w:p>
    <w:p>
      <w:r>
        <w:rPr>
          <w:b w:val="0"/>
          <w:i w:val="0"/>
        </w:rPr>
        <w:t>Best Puppy Dennis and Sarah Mclellans bitch Sarenden the River.</w:t>
      </w:r>
    </w:p>
    <w:p>
      <w:r>
        <w:rPr>
          <w:b w:val="0"/>
          <w:i w:val="0"/>
        </w:rPr>
        <w:t xml:space="preserve">Best Minor Puppy and Best Dog Puppy - Penny Carpaninis Carpenny Patrick. </w:t>
      </w:r>
    </w:p>
    <w:p>
      <w:r>
        <w:rPr>
          <w:b w:val="0"/>
          <w:i w:val="0"/>
        </w:rPr>
        <w:t xml:space="preserve">My apologies for any errors in the results above. As I was unable to attend, I have had to pick them up online from adverts here and there on Facebook.  </w:t>
      </w:r>
    </w:p>
    <w:p>
      <w:r>
        <w:rPr>
          <w:b w:val="0"/>
          <w:i w:val="0"/>
        </w:rPr>
        <w:t>Not everyone has a computer to look at Our Dogs online. People do enjoy reading the newspaper but we do need the information. Some breed clubs kindly send in the results but oh, it would be so lovely if after all breed club shows, major winners and club officials could simply email the winning exhibits name and breeding then there would be fewer mistakes for me to be reprimanded about after publication in the breed notes.</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