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- 03/04/2020 - ISSUE"</w:t>
      </w:r>
      <w:r>
        <w:br/>
      </w:r>
      <w:r>
        <w:rPr>
          <w:b w:val="0"/>
          <w:i w:val="0"/>
        </w:rPr>
        <w:br/>
        <w:t>date_original: "03/04/2020 - ISSUE"</w:t>
      </w:r>
      <w:r>
        <w:br/>
      </w:r>
      <w:r>
        <w:rPr>
          <w:b w:val="0"/>
          <w:i w:val="0"/>
        </w:rPr>
        <w:br/>
        <w:t>source_url: "https://www.ourdogs.co.uk/members/breednotes/RetrieverLabradorMain.php"</w:t>
      </w:r>
      <w:r>
        <w:br/>
      </w:r>
      <w:r>
        <w:rPr>
          <w:b w:val="0"/>
          <w:i w:val="0"/>
        </w:rPr>
        <w:br/>
        <w:t>scraped_at: "2026-09-13T15:17:57"</w:t>
      </w:r>
      <w:r>
        <w:br/>
      </w:r>
      <w:r>
        <w:rPr>
          <w:b w:val="0"/>
          <w:i w:val="0"/>
        </w:rPr>
        <w:br/>
        <w:t>word_count: 1429</w:t>
      </w:r>
    </w:p>
    <w:p>
      <w:r>
        <w:t>――――――――――――――――――――――――――――――</w:t>
      </w:r>
    </w:p>
    <w:p>
      <w:r>
        <w:rPr>
          <w:b w:val="0"/>
          <w:i w:val="0"/>
        </w:rPr>
        <w:t>NEWS MEMBERS' AREA SHOP SUBSCRIBE UPCOMING SHOWS MORE</w:t>
      </w:r>
    </w:p>
    <w:p>
      <w:r>
        <w:rPr>
          <w:b w:val="0"/>
          <w:i w:val="0"/>
        </w:rPr>
        <w:t>RETRIEVER LABRADOR</w:t>
      </w:r>
    </w:p>
    <w:p>
      <w:r>
        <w:rPr>
          <w:b w:val="0"/>
          <w:i w:val="0"/>
        </w:rPr>
        <w:t>Issue: 03/04/2020</w:t>
      </w:r>
    </w:p>
    <w:p>
      <w:r>
        <w:rPr>
          <w:b w:val="0"/>
          <w:i w:val="0"/>
        </w:rPr>
        <w:t xml:space="preserve">With all shows cancelled for the foreseeable future, I think the majority of us are in shock at the speed of transfer of the horrendous Covid 19 and the uncertain times that lie ahead. It is a waiting game. Hopefully we will all still be here by the end of it. </w:t>
      </w:r>
    </w:p>
    <w:p>
      <w:r>
        <w:rPr>
          <w:b w:val="0"/>
          <w:i w:val="0"/>
        </w:rPr>
        <w:t xml:space="preserve">In the meantime I will try to keep the Labrador Breed Note column going and as I suggested online, I hope to amuse readers over the coming months via your stories; a Ã¢â‚¬Å"Get to know your Fellow Exhibitors, Judges and Pet-ownersÃ¢â‚¬Â weekly feature, with tales of lives with animals, travel tales on judging trips or holidays with the family Labrador; your experiences training or breeding dogs or horses or in fact any mammal. </w:t>
      </w:r>
    </w:p>
    <w:p>
      <w:r>
        <w:rPr>
          <w:b w:val="0"/>
          <w:i w:val="0"/>
        </w:rPr>
        <w:t>Happy times, shocking times that turned out well, how and why you acquired your first Labrador. The topics are endless and no one is excluded. So get writing and email the stories to me for publication.</w:t>
      </w:r>
    </w:p>
    <w:p>
      <w:r>
        <w:rPr>
          <w:b w:val="0"/>
          <w:i w:val="0"/>
        </w:rPr>
        <w:t>I read the latest Kennel Club statement offering the over 70s advice re Corvid 19. Having quickly scanned the wording I smiled and thought the KC somewhat optimistic. Ã¢â‚¬Å"Those over 70 and with underlying health conditions should avoid social contact. In particular, social contact at clubs, restaurants and pubs should be avoided, especially those who are pregnant, older and vulnerableÃ¢â‚¬Â. Pregnant?? Over 70s, I think not!</w:t>
      </w:r>
    </w:p>
    <w:p>
      <w:r>
        <w:rPr>
          <w:b w:val="0"/>
          <w:i w:val="0"/>
        </w:rPr>
        <w:t xml:space="preserve">On the first dry sunny day of spring, last week I was walking the dogs along the tiny lane, high up beyond my house, a long narrow ridge of rock on a roadway which has seen thousands of years of human life pass lazily by. It has a special aura and to those spiritually inclined is classed as a mysterious ley line leading to the 2000 year old yew tree, the second oldest in the UK, beside the church, a mere 1000 years younger, opposite my house. </w:t>
      </w:r>
    </w:p>
    <w:p>
      <w:r>
        <w:rPr>
          <w:b w:val="0"/>
          <w:i w:val="0"/>
        </w:rPr>
        <w:t xml:space="preserve">As I walked along, I admired the wonderful views, in one direction, the outline of an Iron Age hillfort atop a steeply terraced hillside, in the other, the location of a Roman smelting works and vineyard, all gone now, bar the gentle undulations left on the green grassy slopes. </w:t>
      </w:r>
    </w:p>
    <w:p>
      <w:r>
        <w:rPr>
          <w:b w:val="0"/>
          <w:i w:val="0"/>
        </w:rPr>
        <w:t xml:space="preserve">Enhancing the raw natural magic and continuity through the centuries of this scene, under a pure blue sky, the rooks were busy pecking twigs off the trees, re-making the vast nests that each year the winter winds blow away. </w:t>
      </w:r>
    </w:p>
    <w:p>
      <w:r>
        <w:rPr>
          <w:b w:val="0"/>
          <w:i w:val="0"/>
        </w:rPr>
        <w:t>As we walked, the ethereal cries of a pair of Buzzards floated down, whilst they drifted gently on the thermals high above. Bright yellow wild daffodils flowered in the grassy verges whilst palest pink candles of elegant magnolias and bright orange flowering quinces sparkled untended in long abandoned gardens where ancient cottages had once stood.</w:t>
      </w:r>
    </w:p>
    <w:p>
      <w:r>
        <w:rPr>
          <w:b w:val="0"/>
          <w:i w:val="0"/>
        </w:rPr>
        <w:t xml:space="preserve">Looking from my high vantage point, to the right I could see the awakening farmland with acres of green shoots appearing through the rich dark Herefordshire soil, stretching towards the backdrop of the Malvern Hills and on the other side, over to my left, across the flood plain of the River Wye to the Black Mountains. It was a moment of such simple beauty, reborn every spring regardless of what awful terrors occupy our human world. </w:t>
      </w:r>
    </w:p>
    <w:p>
      <w:r>
        <w:rPr>
          <w:b w:val="0"/>
          <w:i w:val="0"/>
        </w:rPr>
        <w:t xml:space="preserve">Covid19 now has the country in its grip, and our shows and competitions have rightly come to a sudden halt for very many months. Our lives will be changed. I hope and pray everyone comes through in one piece. </w:t>
      </w:r>
    </w:p>
    <w:p>
      <w:r>
        <w:rPr>
          <w:b w:val="0"/>
          <w:i w:val="0"/>
        </w:rPr>
        <w:t>The post Crufts Labrador Breed Notes were written and received by Our Dogs but never made it into print. Here they are, a trifle late but hopefully still worth reading: Ã¢â‚¬Å"I missed Crufts this year, in the main due to my dog sitter being incapacitated and, this year especially, my not wishing to acquire the normal post-Crufts lurgy that IÃ¢â‚¬â„¢ve caught nearly every other year. Adding to my dilemma, the corona virus was now starting to spread around the U.K. and lots of visitors from all over the world, places that already had the virus established, were possibly expected at Crufts. Could I risk it?</w:t>
      </w:r>
    </w:p>
    <w:p>
      <w:r>
        <w:rPr>
          <w:b w:val="0"/>
          <w:i w:val="0"/>
        </w:rPr>
        <w:t xml:space="preserve">Living on my own in the country, I have to consider who would look after the dogs, should I get ill and, worse scenario, what would happen to them if I had to be put in isolation. Hopefully unlikely, but not out of the question. I thought it would be irresponsible of me to attend Crufts especially as despite declarations that people from excluded, coronavirus infected areas abroad would not be there, I gather that they certainly were there. Hence I was sure I had made the right decision and watched proceedings on TV and YouTube and was pleased that several kind people around the Lab ring also live-streamed the classes via their phones. </w:t>
      </w:r>
    </w:p>
    <w:p>
      <w:r>
        <w:rPr>
          <w:b w:val="0"/>
          <w:i w:val="0"/>
        </w:rPr>
        <w:t>The television coverage is all things to all men, a bit of a curateÃ¢â‚¬â„¢s egg; some pretty inane conversations, interspersed with patches of common sense during the day, also sweet cameo appearances by Angela MitchellÃ¢â‚¬â„¢s yellow bitch Chrystal mixing with her public.</w:t>
      </w:r>
    </w:p>
    <w:p>
      <w:r>
        <w:rPr>
          <w:b w:val="0"/>
          <w:i w:val="0"/>
        </w:rPr>
        <w:t>I enjoyed the agility dog that ran off with one of the green and white poles from a jump in the Agility ring, but thought the evening interview area, decked in fashionable grey and bold royal blue, looked decidedly dreary and hard on the presenters, interviewees and their dogs.</w:t>
      </w:r>
    </w:p>
    <w:p>
      <w:r>
        <w:rPr>
          <w:b w:val="0"/>
          <w:i w:val="0"/>
        </w:rPr>
        <w:t>Labradors had the largest entry of the whole show, 543 dogs and bitches, this year beating Golden Retrievers into second place. Absentees were high at 180 plus, due to lack of coat, bitches being in season or worries about the spread of the Coronavirus. The trade stands must have missed the usual crowds, whilst other visitors thought the less crowded environment made for great improvement.</w:t>
      </w:r>
    </w:p>
    <w:p>
      <w:r>
        <w:rPr>
          <w:b w:val="0"/>
          <w:i w:val="0"/>
        </w:rPr>
        <w:t>The judges were Lucy Kent (Dogs) and Carole Reynolds (Bitches). Their winners were: DCC &amp; BOB on the decision of the referee, Group judge Per Iverson, the Brown family, Todd and Farquarsons, black SH CH Ramsayville Ruby Walsh; The Dog RCC went to Fiona Braddons yellow Sh Ch Trendlewood Born to Run JW.</w:t>
      </w:r>
    </w:p>
    <w:p>
      <w:r>
        <w:rPr>
          <w:b w:val="0"/>
          <w:i w:val="0"/>
        </w:rPr>
        <w:t>Under Carole Reynolds, the Bitch CC was won by Marion Hopkinsons yellow Sh Ch Hailey Sun in Their Eyes and the Bitch RCC winner was Christine Bailiss yellow Tissalian Hi Society JW. Best Puppy was David Coodes black Warringahs the Bluff.</w:t>
      </w:r>
    </w:p>
    <w:p>
      <w:r>
        <w:rPr>
          <w:b w:val="0"/>
          <w:i w:val="0"/>
        </w:rPr>
        <w:t>The Labrador stand at Discover Dogs at Crufts 2020 was awarded Best Stand in the Gundog Catagory, organised by Lisa Finney and Jackie Hodge with help over the show days from Shirley Bean, Karen Callender, Paul and Irene Collins, Alan and Molly Lord, Chris and Tony Jury, Dave Falshaw, Sharon Lambert, Joan Woodall and Mandy Stewart, they and their Labradors entertained the visiting public and answered questions about our fabulously sociable breed.</w:t>
      </w:r>
    </w:p>
    <w:p>
      <w:r>
        <w:rPr>
          <w:b w:val="0"/>
          <w:i w:val="0"/>
        </w:rPr>
        <w:t>East Anglian Lab Club Ch Show was held at St Ives the very next day with a paper entry of 239 dogs and bitches less absentees for judges Julia Lewis (Dogs) and Linda Heron (Bitches) 665. There the Dog CC was won by the previous days RCC winner at Crufts, Christine Bailiss yellow Sh Ch Tissalian High Jack JW; The Dog RCC was won by Bravo Messi whom I gather comes from Russia, the Bitch CC and Best in Show was Maxine Woodleys black ShCh A Sense of Pleasures Ylvi at Alkamhurst whilst the Bitch RCC went to the chocolate Afinmore Ardmore, Best Puppy in Show was David Coodes black Warringahs The Bluff JW and Best Veteran Sh Ch Ramsayville Ruby Walsh. Best Minor Puppy Suttonpark Consuela.</w:t>
      </w:r>
    </w:p>
    <w:p>
      <w:r>
        <w:rPr>
          <w:b w:val="0"/>
          <w:i w:val="0"/>
        </w:rPr>
        <w:t>From an entry of 31 dogs and Bitches at Coventry Gundog the main results were:- BOB + BB ToothÃ¢â‚¬â„¢s Ludalor Lucille (Sandylands Over The Moon to Ludalor JW x Ludalor Lucrezia); Res BOB + BD ChapmanÃ¢â‚¬â„¢s Daisypatch Jelly Tot JW (Rocheby Town Cryer x Rocheby Gingersnap for Daisypatch); BPIB BalissÃ¢â‚¬â„¢ Tissalian Hi Chaperal (Sh Ch Tissalian Hi Jack JW x Tissalian One Vision)</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