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- 03/09/2021 - ISSUE"</w:t>
      </w:r>
      <w:r>
        <w:br/>
      </w:r>
      <w:r>
        <w:rPr>
          <w:b w:val="0"/>
          <w:i w:val="0"/>
        </w:rPr>
        <w:br/>
        <w:t>date_original: "03/09/2021 - ISSUE"</w:t>
      </w:r>
      <w:r>
        <w:br/>
      </w:r>
      <w:r>
        <w:rPr>
          <w:b w:val="0"/>
          <w:i w:val="0"/>
        </w:rPr>
        <w:br/>
        <w:t>source_url: "https://www.ourdogs.co.uk/members/breednotes/RetrieverLabradorMain.php"</w:t>
      </w:r>
      <w:r>
        <w:br/>
      </w:r>
      <w:r>
        <w:rPr>
          <w:b w:val="0"/>
          <w:i w:val="0"/>
        </w:rPr>
        <w:br/>
        <w:t>scraped_at: "2026-09-13T15:14:08"</w:t>
      </w:r>
      <w:r>
        <w:br/>
      </w:r>
      <w:r>
        <w:rPr>
          <w:b w:val="0"/>
          <w:i w:val="0"/>
        </w:rPr>
        <w:br/>
        <w:t>word_count: 825</w:t>
      </w:r>
    </w:p>
    <w:p>
      <w:r>
        <w:t>――――――――――――――――――――――――――――――</w:t>
      </w:r>
    </w:p>
    <w:p>
      <w:r>
        <w:rPr>
          <w:b w:val="0"/>
          <w:i w:val="0"/>
        </w:rPr>
        <w:t>NEWS MEMBERS' AREA SHOP SUBSCRIBE UPCOMING SHOWS MORE</w:t>
      </w:r>
    </w:p>
    <w:p>
      <w:r>
        <w:rPr>
          <w:b w:val="0"/>
          <w:i w:val="0"/>
        </w:rPr>
        <w:t>RETRIEVER LABRADOR</w:t>
      </w:r>
    </w:p>
    <w:p>
      <w:r>
        <w:rPr>
          <w:b w:val="0"/>
          <w:i w:val="0"/>
        </w:rPr>
        <w:t>Issue: 03/09/2021</w:t>
      </w:r>
    </w:p>
    <w:p>
      <w:r>
        <w:rPr>
          <w:b w:val="0"/>
          <w:i w:val="0"/>
        </w:rPr>
        <w:t xml:space="preserve">With a Bank Holiday looming, the notes have to be off extra early. Apologies for anything you feel has been missed out. </w:t>
      </w:r>
    </w:p>
    <w:p>
      <w:r>
        <w:rPr>
          <w:b w:val="0"/>
          <w:i w:val="0"/>
        </w:rPr>
        <w:t>Belated Greetings for a very happy 100th birthday to Bob Hepworth (of the world renowned Poolstead Labrador kennel) who celebrated this very special day last week. Trust amongst all the others, HRH sent the signed card?</w:t>
      </w:r>
    </w:p>
    <w:p>
      <w:r>
        <w:rPr>
          <w:b w:val="0"/>
          <w:i w:val="0"/>
        </w:rPr>
        <w:t>Trevor Barker husband of Club Secretary Margaret, kindly sent in the review of the Lab Club of Wales recent Championship show.</w:t>
      </w:r>
    </w:p>
    <w:p>
      <w:r>
        <w:rPr>
          <w:b w:val="0"/>
          <w:i w:val="0"/>
        </w:rPr>
        <w:t>Ã¢â‚¬Å"The Labrador Retriever Club Of WalesÃ¢â‚¬â„¢s 41st Championship Show was held on Sunday August 22nd at Forest Oak Farm near Lydney, Gloucestershire. This was the first time that our show has been held outside Wales, due, of course, to Covid Ã¢â‚¬â€œ as was our change of date. Dogs were judged by Chris Bailiss with Leigh Lesley judging the Bitches. The referee was Richard Morris. A total of 65 dogs and 102 bitches produced 191 class entries.</w:t>
      </w:r>
    </w:p>
    <w:p>
      <w:r>
        <w:rPr>
          <w:b w:val="0"/>
          <w:i w:val="0"/>
        </w:rPr>
        <w:t>With the agreement of both judges, B.I.S. was awarded to the Bitch C.C. winner from the Open class, the OÃ¢â‚¬â„¢NeillÃ¢â‚¬â„¢s Ramsayville Tali JW (Am GCh/Can.Ch Paradocs Bellwether Heath/Foulby Krista). Reserve B.I.S. was awarded to the second in Open Bitch and RBCC winner RoweÃ¢â‚¬â„¢s Rochevale Once Upon A Time (Rocheby Centenalee Sir Oliver/Manorwell Mrs Miniver At Rocheby).</w:t>
      </w:r>
    </w:p>
    <w:p>
      <w:r>
        <w:rPr>
          <w:b w:val="0"/>
          <w:i w:val="0"/>
        </w:rPr>
        <w:t xml:space="preserve">Best Opposite Sex was the Dog CC winner from the Post Graduate class, the HutchinsonÃ¢â‚¬â„¢s Glosmere The Grenadier JW (ShCh Rocheby Horn Blower/Tissalian Killer Queen At Glosmere) with the RDCC going to Ellis and MatullaÃ¢â‚¬â„¢s Mid Limit winner Dolwen Button Moon JW (ShCh Meadowleigh Brown Sugar/Dolwen Licorice Martini). </w:t>
      </w:r>
    </w:p>
    <w:p>
      <w:r>
        <w:rPr>
          <w:b w:val="0"/>
          <w:i w:val="0"/>
        </w:rPr>
        <w:t>Best Puppy In Show and Best Minor Puppy was the Minor Puppy Dog winner CainÃ¢â‚¬â„¢s Hannabee Applejack (ShCh Tissalian Hi Jack JW/Hannabee Queen Of Country).</w:t>
      </w:r>
    </w:p>
    <w:p>
      <w:r>
        <w:rPr>
          <w:b w:val="0"/>
          <w:i w:val="0"/>
        </w:rPr>
        <w:t>Best Veteran went to RogersÃ¢â‚¬â„¢ 7Ã‚Â½ year old bitch Woodmist Mimosa (ShCh Carpenny Made A Million/Woodmist Saffron).</w:t>
      </w:r>
    </w:p>
    <w:p>
      <w:r>
        <w:rPr>
          <w:b w:val="0"/>
          <w:i w:val="0"/>
        </w:rPr>
        <w:t>Full results are available at www.labclubofwales.co.uk</w:t>
      </w:r>
    </w:p>
    <w:p>
      <w:r>
        <w:rPr>
          <w:b w:val="0"/>
          <w:i w:val="0"/>
        </w:rPr>
        <w:t xml:space="preserve">Alison Scutcher posted the following on Facebook and itÃ¢â‚¬â„¢s such an enjoyable read I requested permission to reproduce it here. Having trained a dog myself years ago to run in a trial, I know full well how exciting the results of watching your trained dog can be. Alison wrote, </w:t>
      </w:r>
    </w:p>
    <w:p>
      <w:r>
        <w:rPr>
          <w:b w:val="0"/>
          <w:i w:val="0"/>
        </w:rPr>
        <w:t xml:space="preserve">Ã¢â‚¬Å"OMG where do I start.....I have been so fortunate over the years to do gundog training with some really great encouraging and knowledgeable trainers who have all helped train both me and the dogs. I was fortunate a couple of weeks ago to attend a working test in Hintlesham, Suffolk which is the training ground of A Panel Judge Kevin Doughty (Highseas Gundogs). ItÃ¢â‚¬â„¢s a fabulous ground and really local to me. I was grateful to Mike Tallamy who introduced me to Kevin and I finally plucked up courage and decided to book a lesson with him. There were a few that knew I was a bit terrified as you hear lots of field trial people talking about training there. This wasnÃ¢â‚¬â„¢t helped when Linda Saunders told me he was judging this years Retriever Championships and I was taking my show dog! </w:t>
      </w:r>
    </w:p>
    <w:p>
      <w:r>
        <w:rPr>
          <w:b w:val="0"/>
          <w:i w:val="0"/>
        </w:rPr>
        <w:t>Today I put on my big girls pants and took Annie for her first lesson! OMG she was AMAZING - we did</w:t>
      </w:r>
    </w:p>
    <w:p>
      <w:pPr>
        <w:pStyle w:val="ListBullet"/>
      </w:pPr>
      <w:r>
        <w:rPr>
          <w:b w:val="0"/>
          <w:i w:val="0"/>
        </w:rPr>
        <w:br/>
      </w:r>
      <w:r>
        <w:rPr>
          <w:b w:val="0"/>
          <w:i w:val="0"/>
        </w:rPr>
        <w:t>Short &amp; Long marks over a ditch</w:t>
      </w:r>
      <w:r>
        <w:rPr>
          <w:b w:val="0"/>
          <w:i w:val="0"/>
        </w:rPr>
        <w:br/>
      </w:r>
    </w:p>
    <w:p>
      <w:pPr>
        <w:pStyle w:val="ListBullet"/>
      </w:pPr>
      <w:r>
        <w:rPr>
          <w:b w:val="0"/>
          <w:i w:val="0"/>
        </w:rPr>
        <w:br/>
      </w:r>
      <w:r>
        <w:rPr>
          <w:b w:val="0"/>
          <w:i w:val="0"/>
        </w:rPr>
        <w:t>Memories over a ditch</w:t>
      </w:r>
      <w:r>
        <w:rPr>
          <w:b w:val="0"/>
          <w:i w:val="0"/>
        </w:rPr>
        <w:br/>
      </w:r>
    </w:p>
    <w:p>
      <w:pPr>
        <w:pStyle w:val="ListBullet"/>
      </w:pPr>
      <w:r>
        <w:rPr>
          <w:b w:val="0"/>
          <w:i w:val="0"/>
        </w:rPr>
        <w:br/>
      </w:r>
      <w:r>
        <w:rPr>
          <w:b w:val="0"/>
          <w:i w:val="0"/>
        </w:rPr>
        <w:t>Long memory with stop whistle twice going out</w:t>
      </w:r>
      <w:r>
        <w:rPr>
          <w:b w:val="0"/>
          <w:i w:val="0"/>
        </w:rPr>
        <w:br/>
      </w:r>
    </w:p>
    <w:p>
      <w:pPr>
        <w:pStyle w:val="ListBullet"/>
      </w:pPr>
      <w:r>
        <w:rPr>
          <w:b w:val="0"/>
          <w:i w:val="0"/>
        </w:rPr>
        <w:br/>
      </w:r>
      <w:r>
        <w:rPr>
          <w:b w:val="0"/>
          <w:i w:val="0"/>
        </w:rPr>
        <w:t>Mark &amp; Memory retrieves from water</w:t>
      </w:r>
      <w:r>
        <w:rPr>
          <w:b w:val="0"/>
          <w:i w:val="0"/>
        </w:rPr>
        <w:br/>
      </w:r>
    </w:p>
    <w:p>
      <w:pPr>
        <w:pStyle w:val="ListBullet"/>
      </w:pPr>
      <w:r>
        <w:rPr>
          <w:b w:val="0"/>
          <w:i w:val="0"/>
        </w:rPr>
        <w:br/>
      </w:r>
      <w:r>
        <w:rPr>
          <w:b w:val="0"/>
          <w:i w:val="0"/>
        </w:rPr>
        <w:t>Retrieves over water</w:t>
      </w:r>
      <w:r>
        <w:rPr>
          <w:b w:val="0"/>
          <w:i w:val="0"/>
        </w:rPr>
        <w:br/>
      </w:r>
    </w:p>
    <w:p>
      <w:pPr>
        <w:pStyle w:val="ListBullet"/>
      </w:pPr>
      <w:r>
        <w:rPr>
          <w:b w:val="0"/>
          <w:i w:val="0"/>
        </w:rPr>
        <w:br/>
      </w:r>
      <w:r>
        <w:rPr>
          <w:b w:val="0"/>
          <w:i w:val="0"/>
        </w:rPr>
        <w:t>Mark from island to other side with shot, then walked back to other end of island and sent back as memory over the water (I must confess I was astounded at that piece of work)</w:t>
      </w:r>
      <w:r>
        <w:rPr>
          <w:b w:val="0"/>
          <w:i w:val="0"/>
        </w:rPr>
        <w:br/>
      </w:r>
    </w:p>
    <w:p>
      <w:pPr>
        <w:pStyle w:val="ListBullet"/>
      </w:pPr>
      <w:r>
        <w:rPr>
          <w:b w:val="0"/>
          <w:i w:val="0"/>
        </w:rPr>
        <w:br/>
      </w:r>
      <w:r>
        <w:rPr>
          <w:b w:val="0"/>
          <w:i w:val="0"/>
        </w:rPr>
        <w:t>Long memory up track, distraction mark in water and send for memory first</w:t>
      </w:r>
      <w:r>
        <w:rPr>
          <w:b w:val="0"/>
          <w:i w:val="0"/>
        </w:rPr>
        <w:br/>
      </w:r>
    </w:p>
    <w:p>
      <w:pPr>
        <w:pStyle w:val="ListBullet"/>
      </w:pPr>
      <w:r>
        <w:rPr>
          <w:b w:val="0"/>
          <w:i w:val="0"/>
        </w:rPr>
        <w:br/>
      </w:r>
      <w:r>
        <w:rPr>
          <w:b w:val="0"/>
          <w:i w:val="0"/>
        </w:rPr>
        <w:t>finished on mark in reeds where she hunted and picked</w:t>
      </w:r>
      <w:r>
        <w:rPr>
          <w:b w:val="0"/>
          <w:i w:val="0"/>
        </w:rPr>
        <w:br/>
      </w:r>
    </w:p>
    <w:p>
      <w:r>
        <w:rPr>
          <w:b w:val="0"/>
          <w:i w:val="0"/>
        </w:rPr>
        <w:t>Anyway I could not be more proud of her, she did absolutely everything asked of her. Its not easy to push yourself out of your comfort zone but I am really glad I did as she was my little star.</w:t>
      </w:r>
    </w:p>
    <w:p>
      <w:r>
        <w:rPr>
          <w:b w:val="0"/>
          <w:i w:val="0"/>
        </w:rPr>
        <w:t>Kevin hadnÃ¢â‚¬â„¢t trained a show dog before, so I am extra proud she did so well Ã¢â‚¬Å"</w:t>
      </w:r>
    </w:p>
    <w:p>
      <w:r>
        <w:rPr>
          <w:b w:val="0"/>
          <w:i w:val="0"/>
        </w:rPr>
        <w:t>Well done Alison a great achievement!</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